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Pr>
        <w:spacing w:before="80" w:after="240"/>
        <w:jc w:val="center"/>
      </w:pPr>
      <w:r>
        <w:rPr>
          <w:b/>
          <w:color w:val="2E7D69"/>
          <w:sz w:val="20"/>
        </w:rPr>
        <w:t>RAWIBARI FAMILY ARCHIVE · LADY LUCK CONTINUITY</w:t>
      </w:r>
    </w:p>
    <w:p>
      <w:pPr>
        <w:pStyle w:val="Title"/>
        <w:jc w:val="center"/>
      </w:pPr>
      <w:r>
        <w:t>THE HOUSE THAT LUCK REFUSED TO LOSE</w:t>
      </w:r>
    </w:p>
    <w:p>
      <w:pPr>
        <w:pStyle w:val="Subtitle"/>
        <w:jc w:val="center"/>
      </w:pPr>
      <w:r>
        <w:t>Ultimate Databook Entry · Complete Family Edition</w:t>
      </w:r>
    </w:p>
    <w:p>
      <w:pPr>
        <w:spacing w:before="280" w:after="360"/>
        <w:jc w:val="center"/>
        <w:pBdr>
          <w:top w:val="single" w:sz="10" w:space="5" w:color="78D6B6"/>
          <w:bottom w:val="single" w:sz="10" w:space="5" w:color="78D6B6"/>
        </w:pBdr>
      </w:pPr>
      <w:r>
        <w:rPr>
          <w:b/>
          <w:color w:val="5B2C83"/>
          <w:sz w:val="20"/>
        </w:rPr>
        <w:t>DARIUS  ·  LADY LUCK  ·  KUMOKO  ·  LUCIUS  ·  ELARA  ·  SUKI  ·  THEO  ·  VENUS</w:t>
      </w:r>
    </w:p>
    <w:p>
      <w:pPr>
        <w:pStyle w:val="Quote"/>
        <w:shd w:fill="F1EAF6"/>
        <w:keepNext w:val="0"/>
        <w:keepLines/>
        <w:pBdr>
          <w:top w:val="single" w:sz="10" w:space="5" w:color="78D6B6"/>
          <w:bottom w:val="single" w:sz="10" w:space="5" w:color="78D6B6"/>
        </w:pBdr>
      </w:pPr>
      <w:r>
        <w:t>“A family is not the people fate lets you keep. It is the people you keep choosing after fate has taken its turn.” — Rawibari household maxim</w:t>
      </w:r>
    </w:p>
    <w:p>
      <w:pPr>
        <w:spacing w:before="760"/>
        <w:jc w:val="center"/>
      </w:pPr>
      <w:r>
        <w:rPr>
          <w:b/>
          <w:color w:val="6D6472"/>
          <w:sz w:val="18"/>
        </w:rPr>
        <w:t>CONTROLLING CANON EDITION · AUGUST 2026</w:t>
      </w:r>
    </w:p>
    <w:p>
      <w:pPr>
        <w:spacing w:before="160"/>
        <w:jc w:val="center"/>
      </w:pPr>
      <w:r>
        <w:rPr>
          <w:b/>
          <w:color w:val="341447"/>
        </w:rPr>
        <w:t>Darius remains classified MISSING. No death declaration is authorized.</w:t>
      </w:r>
    </w:p>
    <w:p>
      <w:r>
        <w:br w:type="page"/>
      </w:r>
    </w:p>
    <w:p>
      <w:pPr>
        <w:pStyle w:val="Heading1"/>
        <w:keepNext/>
        <w:keepLines/>
      </w:pPr>
      <w:r>
        <w:t>Volume Map</w:t>
      </w:r>
    </w:p>
    <w:p>
      <w:pPr>
        <w:keepNext w:val="0"/>
        <w:keepLines/>
        <w:spacing w:after="120" w:line="283" w:lineRule="auto"/>
      </w:pPr>
      <w:r>
        <w:rPr>
          <w:i w:val="0"/>
        </w:rPr>
        <w:t>This volume begins with the rules that govern the family and then treats every requested character as an independent databook block. Each block can be read alone, but the shared chronology and relationship appendix explain why their abilities become substantially more dangerous when the household acts together.</w:t>
      </w:r>
    </w:p>
    <w:p>
      <w:pPr>
        <w:keepNext w:val="0"/>
        <w:keepLines/>
        <w:spacing w:after="140"/>
        <w:ind w:left="259" w:hanging="259"/>
      </w:pPr>
      <w:r>
        <w:rPr>
          <w:b/>
          <w:color w:val="5B2C83"/>
        </w:rPr>
        <w:t xml:space="preserve">Registry I — </w:t>
      </w:r>
      <w:r>
        <w:t>Continuity, rank system, Bloodline Arts, Weapon Arts, Mythic weapons, True Names, and the Last Wager.</w:t>
      </w:r>
    </w:p>
    <w:p>
      <w:pPr>
        <w:keepNext w:val="0"/>
        <w:keepLines/>
        <w:spacing w:after="140"/>
        <w:ind w:left="259" w:hanging="259"/>
      </w:pPr>
      <w:r>
        <w:rPr>
          <w:b/>
          <w:color w:val="5B2C83"/>
        </w:rPr>
        <w:t xml:space="preserve">Registry II — </w:t>
      </w:r>
      <w:r>
        <w:t>The controlling family chronology, from Kurnoma and Darius’s early adventuring years to the current Missing-person era.</w:t>
      </w:r>
    </w:p>
    <w:p>
      <w:pPr>
        <w:keepNext w:val="0"/>
        <w:keepLines/>
        <w:spacing w:after="140"/>
        <w:ind w:left="259" w:hanging="259"/>
      </w:pPr>
      <w:r>
        <w:rPr>
          <w:b/>
          <w:color w:val="5B2C83"/>
        </w:rPr>
        <w:t xml:space="preserve">Block 01 — </w:t>
      </w:r>
      <w:r>
        <w:t>Darius Knight Rawibari — the Missing Vanguard.</w:t>
      </w:r>
    </w:p>
    <w:p>
      <w:pPr>
        <w:keepNext w:val="0"/>
        <w:keepLines/>
        <w:spacing w:after="140"/>
        <w:ind w:left="259" w:hanging="259"/>
      </w:pPr>
      <w:r>
        <w:rPr>
          <w:b/>
          <w:color w:val="5B2C83"/>
        </w:rPr>
        <w:t xml:space="preserve">Block 02 — </w:t>
      </w:r>
      <w:r>
        <w:t>Kurnoma Morvelyn Knight Rawibari — Lady Luck.</w:t>
      </w:r>
    </w:p>
    <w:p>
      <w:pPr>
        <w:keepNext w:val="0"/>
        <w:keepLines/>
        <w:spacing w:after="140"/>
        <w:ind w:left="259" w:hanging="259"/>
      </w:pPr>
      <w:r>
        <w:rPr>
          <w:b/>
          <w:color w:val="5B2C83"/>
        </w:rPr>
        <w:t xml:space="preserve">Block 03 — </w:t>
      </w:r>
      <w:r>
        <w:t>Kumoko Knight Rawibari — the Wild Engine.</w:t>
      </w:r>
    </w:p>
    <w:p>
      <w:pPr>
        <w:keepNext w:val="0"/>
        <w:keepLines/>
        <w:spacing w:after="140"/>
        <w:ind w:left="259" w:hanging="259"/>
      </w:pPr>
      <w:r>
        <w:rPr>
          <w:b/>
          <w:color w:val="5B2C83"/>
        </w:rPr>
        <w:t xml:space="preserve">Block 04 — </w:t>
      </w:r>
      <w:r>
        <w:t>Lucius Knight Rawibari — the Anchor Heir.</w:t>
      </w:r>
    </w:p>
    <w:p>
      <w:pPr>
        <w:keepNext w:val="0"/>
        <w:keepLines/>
        <w:spacing w:after="140"/>
        <w:ind w:left="259" w:hanging="259"/>
      </w:pPr>
      <w:r>
        <w:rPr>
          <w:b/>
          <w:color w:val="5B2C83"/>
        </w:rPr>
        <w:t xml:space="preserve">Block 05 — </w:t>
      </w:r>
      <w:r>
        <w:t>Elara Knight Rawibari — Quiet Dominion.</w:t>
      </w:r>
    </w:p>
    <w:p>
      <w:pPr>
        <w:keepNext w:val="0"/>
        <w:keepLines/>
        <w:spacing w:after="140"/>
        <w:ind w:left="259" w:hanging="259"/>
      </w:pPr>
      <w:r>
        <w:rPr>
          <w:b/>
          <w:color w:val="5B2C83"/>
        </w:rPr>
        <w:t xml:space="preserve">Block 06 — </w:t>
      </w:r>
      <w:r>
        <w:t>Suki Rawibari — the Scarred Puppeteer.</w:t>
      </w:r>
    </w:p>
    <w:p>
      <w:pPr>
        <w:keepNext w:val="0"/>
        <w:keepLines/>
        <w:spacing w:after="140"/>
        <w:ind w:left="259" w:hanging="259"/>
      </w:pPr>
      <w:r>
        <w:rPr>
          <w:b/>
          <w:color w:val="5B2C83"/>
        </w:rPr>
        <w:t xml:space="preserve">Block 07 — </w:t>
      </w:r>
      <w:r>
        <w:t>Theo Rawibari — the Homecurrent Hunter.</w:t>
      </w:r>
    </w:p>
    <w:p>
      <w:pPr>
        <w:keepNext w:val="0"/>
        <w:keepLines/>
        <w:spacing w:after="140"/>
        <w:ind w:left="259" w:hanging="259"/>
      </w:pPr>
      <w:r>
        <w:rPr>
          <w:b/>
          <w:color w:val="5B2C83"/>
        </w:rPr>
        <w:t xml:space="preserve">Block 08 — </w:t>
      </w:r>
      <w:r>
        <w:t>Venus, called Vivi — the Dream Thief.</w:t>
      </w:r>
    </w:p>
    <w:p>
      <w:pPr>
        <w:keepNext w:val="0"/>
        <w:keepLines/>
        <w:spacing w:after="140"/>
        <w:ind w:left="259" w:hanging="259"/>
      </w:pPr>
      <w:r>
        <w:rPr>
          <w:b/>
          <w:color w:val="5B2C83"/>
        </w:rPr>
        <w:t xml:space="preserve">Appendix — </w:t>
      </w:r>
      <w:r>
        <w:t>Pairwise bonds, full-team deployments, threat doctrine, archive gaps, and final ledger verdict.</w:t>
      </w:r>
    </w:p>
    <w:p>
      <w:pPr>
        <w:pStyle w:val="Heading2"/>
        <w:keepNext/>
        <w:keepLines/>
      </w:pPr>
      <w:r>
        <w:t>Canon Handling</w:t>
      </w:r>
    </w:p>
    <w:p>
      <w:pPr>
        <w:keepNext w:val="0"/>
        <w:keepLines/>
        <w:spacing w:after="120" w:line="283" w:lineRule="auto"/>
      </w:pPr>
      <w:r>
        <w:rPr>
          <w:i w:val="0"/>
        </w:rPr>
        <w:t>The Lady Luck continuity is separate from Prime, the Gryfaun of Winstonia, and from franchise-specific Kurnoma fragments. Names that repeat across continuities do not imply shared history. In particular, Kumoko Knight Rawibari is Kurnoma’s daughter and not the ancient fox-spirit guardian deity found in Prime canon. Darius and Theo in this volume are likewise not the corporate figures from the unrelated Nyxium continuity.</w:t>
      </w:r>
    </w:p>
    <w:p>
      <w:pPr>
        <w:keepNext w:val="0"/>
        <w:keepLines/>
        <w:spacing w:after="120" w:line="283" w:lineRule="auto"/>
      </w:pPr>
      <w:r>
        <w:rPr>
          <w:i w:val="0"/>
        </w:rPr>
        <w:t>Where older profiles conflict with later revisions, this edition follows the latest controlling material. The triplets are twenty years old and presently A Rank. Elara’s height is 6 feet 7 inches. Kumoko’s is 6 feet 2 inches. Lucius’s is 6 feet 9 inches. Theo’s later mature visual reference supersedes the fragile youth presentation without supplying a new numeric height; the ledger therefore records his current build and leaves the number unissued. Suki’s exact age is also unissued. Those omissions are retained as archive gaps rather than patched with false precision.</w:t>
      </w:r>
    </w:p>
    <w:p>
      <w:pPr>
        <w:sectPr>
          <w:headerReference w:type="default" r:id="rId9"/>
          <w:footerReference w:type="default" r:id="rId10"/>
          <w:pgSz w:w="12240" w:h="15840"/>
          <w:pgMar w:top="1181" w:right="1296" w:bottom="1181" w:left="1296" w:header="547" w:footer="547" w:gutter="0"/>
          <w:cols w:space="720"/>
          <w:docGrid w:linePitch="360"/>
        </w:sectPr>
      </w:pPr>
    </w:p>
    <w:p>
      <w:pPr>
        <w:pStyle w:val="Heading1"/>
        <w:keepNext/>
        <w:keepLines/>
      </w:pPr>
      <w:r>
        <w:t>Registry I · The Rules of Lady Luck’s World</w:t>
      </w:r>
    </w:p>
    <w:p>
      <w:pPr>
        <w:keepNext w:val="0"/>
        <w:keepLines/>
        <w:spacing w:after="120" w:line="283" w:lineRule="auto"/>
      </w:pPr>
      <w:r>
        <w:rPr>
          <w:i w:val="0"/>
        </w:rPr>
        <w:t>Lady Luck’s world is organized around an adventurer culture that mistakes visible finishing power for the whole truth. Contracts, guild reports, witnessed victories, and documented output determine rank far more readily than quiet prevention. That bias explains the central fraud of Kurnoma Rawibari’s early career. She was registered as a B-Rank healer because the Registry counted the enemy Darius struck down, not the fraction of a second Kurnoma stole from its reaction; it counted his surviving stamina, not the pheromonal reinforcement keeping his muscles from tearing; it counted the clean escape, not the illusion and probability pressure that made the route appear. The strongest observers eventually noticed that fighting beside her felt less like receiving good support and more like entering a battle whose bad outcomes had been edited before anyone else saw them.</w:t>
      </w:r>
    </w:p>
    <w:p>
      <w:pPr>
        <w:keepNext w:val="0"/>
        <w:keepLines/>
        <w:spacing w:after="120" w:line="283" w:lineRule="auto"/>
      </w:pPr>
      <w:r>
        <w:rPr>
          <w:i w:val="0"/>
        </w:rPr>
        <w:t>The rank ladder is therefore useful but incomplete. B Rank identifies dependable professionals capable of surviving dangerous regional work and supporting serious parties. A Rank marks specialists whose presence changes the structure of a mission: a defender who can hold what should move, a construct fighter who can invent the missing answer, a control operative who can make equipment betray its owner, or a dream hunter who can turn imagination into temporary fact. S Rank denotes national or continental crisis capability, the point at which one adventurer can become a strategic asset or disaster. SS Rank is not simply stronger S Rank. It is a classification for people whose systems can overturn ordinary assumptions about survival, causality, or battlefield control. The Upper Four sit beyond routine guild comparison as named apex threats whose intervention can decide regions and erase parties before reports are written.</w:t>
      </w:r>
    </w:p>
    <w:p>
      <w:pPr>
        <w:keepNext w:val="0"/>
        <w:keepLines/>
        <w:spacing w:after="120" w:line="283" w:lineRule="auto"/>
      </w:pPr>
      <w:r>
        <w:rPr>
          <w:i w:val="0"/>
        </w:rPr>
        <w:t>Every requested member occupies a different place in that structure. Darius advanced from an observed A-Rank duelist to S-Rank vanguard status before his disappearance. Lady Luck moved directly from her intentionally suppressed B-Rank record to SS Rank after the Upper Four incident exposed All-In Jackpot. The triplets were once newly B Rank and are now A Rank at twenty: Lucius as defensive anchor, Kumoko as improvisational wild engine, and Elara as authority specialist and Verdant Accord guardian. Suki and Theo remain B Rank under ordinary conditions, though the Last Wager can raise each of them temporarily to S-Rank performance. Venus is A Rank, less because she wins conventional damage contests than because Somnia Dominion lets her choose where reality ends and dream begins.</w:t>
      </w:r>
    </w:p>
    <w:p>
      <w:pPr>
        <w:keepNext w:val="0"/>
        <w:keepLines/>
        <w:spacing w:after="120" w:line="283" w:lineRule="auto"/>
      </w:pPr>
      <w:r>
        <w:rPr>
          <w:i w:val="0"/>
        </w:rPr>
        <w:t>Species and lineage matter without reducing anyone to biology. Kurnoma and the triplets belong to red-panda and panda Beast-Folk lines whose fur, ears, tails, senses, and Bloodline expressions coexist with humanoid anatomy. Darius is Panda Beast-Folk. Suki is Snow Leopard Beast-Folk. Theo is a rare tiger shark-human hybrid whose strongest body is revealed by water rather than land. Venus is the only known Nyctilucent Eidolsucca, a fallen-angel-to-succubus mutation that feeds on dream essence instead of desire. Their household is not a neat bloodline chart. It is a system of biological children, claimed children, adopted children, old friends, dangerous weapons, one bound spirit, and a missing husband whose absence still occupies space at the table.</w:t>
      </w:r>
    </w:p>
    <w:p>
      <w:pPr>
        <w:keepNext w:val="0"/>
        <w:keepLines/>
        <w:spacing w:after="120" w:line="283" w:lineRule="auto"/>
      </w:pPr>
      <w:r>
        <w:rPr>
          <w:i w:val="0"/>
        </w:rPr>
        <w:t>Power in this continuity is divided among magic, Bloodline Arts, Weapon Arts, and equipment. Magic is the broadest category: elements, reinforcement, illusion, barriers, time effects, psychic influence, sensory tracing, manifestation, and alchemical transformation. A Bloodline Art is more intimate. It translates inheritance, body, need, and identity into a rule that belongs to a person: Darius’s Weapon Gacha, Kurnoma’s Art of 1000 Healings, Lucius’s Unyielding Frame, Kumoko’s Wild Genesis, Elara’s Silent Dominion, Suki’s Puppeteer, Theo’s Shark Life, and Venus’s Somnia Dominion. Weapon Arts are learned combat grammars—Precision, Momentum, Counter, Speed, Flow, Guard, Impact, and related branches—that make motion more efficient when understood and, often, when named aloud.</w:t>
      </w:r>
    </w:p>
    <w:p>
      <w:pPr>
        <w:keepNext w:val="0"/>
        <w:keepLines/>
        <w:spacing w:after="120" w:line="283" w:lineRule="auto"/>
      </w:pPr>
      <w:r>
        <w:rPr>
          <w:i w:val="0"/>
        </w:rPr>
        <w:t>The household’s most important artifacts are not loot. Kurnoma’s Legendary and Mythic weapons are repaired into existence through regenerative metallurgy, alchemical refinement, enchantment stabilization, and the same instinct that lets her reconnect a severed nerve. A Legendary weapon carries extraordinary material and enchantment. A Mythic weapon carries an interior life. It knows its public name, remembers its maker, develops a temperament, and holds a True Name in Kurnoma’s private language. Public names belong to the children and their relationships with the weapon. True Names encode purpose. Speaking one is not a password. It is an act of recognition powerful enough to release the shape the weapon has been refusing to become.</w:t>
      </w:r>
    </w:p>
    <w:p>
      <w:pPr>
        <w:pStyle w:val="Heading2"/>
        <w:keepNext/>
        <w:keepLines/>
      </w:pPr>
      <w:r>
        <w:t>Adventurer Classification &amp; Registry Blindness</w:t>
      </w:r>
    </w:p>
    <w:p>
      <w:pPr>
        <w:keepNext w:val="0"/>
        <w:keepLines/>
        <w:spacing w:after="120" w:line="283" w:lineRule="auto"/>
      </w:pPr>
      <w:r>
        <w:rPr>
          <w:i w:val="0"/>
        </w:rPr>
        <w:t>The Registry measures what it can witness: direct wins, contract difficulty, casualties, finishing blows, raw output, and corroborated feats. This method rewards spectacular offense and penalizes prevention. Kurnoma exploited that weakness for years. She treated classification as camouflage, allowed Darius to receive the visible credit, and kept her most consequential work inside timing windows too small for ordinary observers to name.</w:t>
      </w:r>
    </w:p>
    <w:p>
      <w:pPr>
        <w:keepNext w:val="0"/>
        <w:keepLines/>
        <w:spacing w:after="120" w:line="283" w:lineRule="auto"/>
      </w:pPr>
      <w:r>
        <w:rPr>
          <w:i w:val="0"/>
        </w:rPr>
        <w:t>Rank still carries practical weight. It determines mission access, response authority, political attention, and how much collateral capability a region expects from the holder. B-Rank members are trusted professionals. A-Rank members are formation-changing specialists. S-Rank members are strategic forces. SS Rank is reserved for people who can alter the underlying terms of battle. Upper Four is not a normal promotion tier; it describes apex adversaries whose continued existence has become a geopolitical condition.</w:t>
      </w:r>
    </w:p>
    <w:p>
      <w:pPr>
        <w:keepNext w:val="0"/>
        <w:keepLines/>
        <w:spacing w:after="120" w:line="283" w:lineRule="auto"/>
      </w:pPr>
      <w:r>
        <w:rPr>
          <w:i w:val="0"/>
        </w:rPr>
        <w:t>A rank never guarantees victory. Specialization, terrain, preparation, information, and emotional state matter. A B-Rank Puppeteer can defeat a stronger opponent if the strings land. An A-Rank defender can lose to a pursuit specialist who refuses to attack the protected point. An SS-Rank probability sovereign can be isolated, starved of energy, overwhelmed by simultaneous endangered allies, or baited into spending everything on the person she loves.</w:t>
      </w:r>
    </w:p>
    <w:p>
      <w:pPr>
        <w:keepNext w:val="0"/>
        <w:keepLines/>
        <w:spacing w:after="120" w:line="283" w:lineRule="auto"/>
      </w:pPr>
      <w:r>
        <w:rPr>
          <w:i w:val="0"/>
        </w:rPr>
        <w:t>The Rawibari family treats rank as a logistical fact, not an identity. Lucius does not become less valuable because his best work is standing still. Venus does not become less dangerous because her domain lacks a conventional explosion. Suki and Theo do not plan around a temporary S-Rank emergency state as though it were ordinary capacity. The household’s internal measure is simpler: did the person understand the job, pay an acceptable cost, and bring the others home?</w:t>
      </w:r>
    </w:p>
    <w:p>
      <w:pPr>
        <w:pStyle w:val="Heading2"/>
        <w:keepNext/>
        <w:keepLines/>
      </w:pPr>
      <w:r>
        <w:t>Magic, Bloodline Arts &amp; Inheritance</w:t>
      </w:r>
    </w:p>
    <w:p>
      <w:pPr>
        <w:keepNext w:val="0"/>
        <w:keepLines/>
        <w:spacing w:after="120" w:line="283" w:lineRule="auto"/>
      </w:pPr>
      <w:r>
        <w:rPr>
          <w:i w:val="0"/>
        </w:rPr>
        <w:t>Magic is teachable, expandable, and culturally categorized. Bloodline Arts are personal rules carried by inheritance and transformed by lived experience. Darius inherited a weapon-summoning art from one parent and dimensional equipment storage from the other; their fusion became Weapon Gacha. The triplets inherited neither parent cleanly. Lucius expresses Darius’s mass and Kurnoma’s correction as an anchoring body. Kumoko turns need and emotion into temporary armament. Elara treats ownership itself as something that can be recognized, claimed, and redacted.</w:t>
      </w:r>
    </w:p>
    <w:p>
      <w:pPr>
        <w:keepNext w:val="0"/>
        <w:keepLines/>
        <w:spacing w:after="120" w:line="283" w:lineRule="auto"/>
      </w:pPr>
      <w:r>
        <w:rPr>
          <w:i w:val="0"/>
        </w:rPr>
        <w:t>A Bloodline Art develops through use, bodily adaptation, emotional clarity, and occasionally catastrophe. It may cooperate with ordinary magic, but it is not interchangeable with it. Lucius can cast barriers without Unyielding Frame, yet the Art makes those barriers part of an anchored position. Suki can move with Weapon Arts without Puppeteer, yet every landed thread changes the agency of the field. Venus can use Psychic Magic outside Somnia Dominion, yet the domain makes thought a landscape with weather, residue, and temporary matter.</w:t>
      </w:r>
    </w:p>
    <w:p>
      <w:pPr>
        <w:keepNext w:val="0"/>
        <w:keepLines/>
        <w:spacing w:after="120" w:line="283" w:lineRule="auto"/>
      </w:pPr>
      <w:r>
        <w:rPr>
          <w:i w:val="0"/>
        </w:rPr>
        <w:t>Personal rules create personal weaknesses. Wild Genesis becomes unstable when emotion outruns precision. Silent Dominion is less effective against living flesh, mindless elements, chaotic energy, or equipment held by a bond stronger than Elara’s claim. Shark Life becomes terrain-dependent and leaves Theo vulnerable through his gills. Art of 1000 Healings cannot restore a consciousness after irreversible brain death. Weapon Gacha supplies options without guaranteeing the option Darius wants.</w:t>
      </w:r>
    </w:p>
    <w:p>
      <w:pPr>
        <w:keepNext w:val="0"/>
        <w:keepLines/>
        <w:spacing w:after="120" w:line="283" w:lineRule="auto"/>
      </w:pPr>
      <w:r>
        <w:rPr>
          <w:i w:val="0"/>
        </w:rPr>
        <w:t>Kurnoma teaches her children not to worship inheritance. A Bloodline Art is a responsibility to understand the body and choices that carry it. That principle is why the triplets name their own Mythics, why Suki’s scar and Lilly’s bell are not treated as shameful contamination, and why Theo’s shark form is a homecoming rather than a monster state. The family uses lineage as material, not destiny.</w:t>
      </w:r>
    </w:p>
    <w:p>
      <w:pPr>
        <w:pStyle w:val="Heading2"/>
        <w:keepNext/>
        <w:keepLines/>
      </w:pPr>
      <w:r>
        <w:t>Weapon Arts</w:t>
      </w:r>
    </w:p>
    <w:p>
      <w:pPr>
        <w:keepNext w:val="0"/>
        <w:keepLines/>
        <w:spacing w:after="120" w:line="283" w:lineRule="auto"/>
      </w:pPr>
      <w:r>
        <w:rPr>
          <w:i w:val="0"/>
        </w:rPr>
        <w:t>Weapon Arts are disciplines of intention made physical. Precision reduces waste and places force exactly. Momentum carries prior motion into the next exchange. Flow removes the dead space between decisions. Counter turns the opponent’s commitment into an opening. Speed compresses initiation and recovery. Impact decides how force enters a target. Guard governs reception, coverage, and protected geometry. Naming an Art can improve efficiency because the spoken phrase aligns breath, decision, and bodily pattern; skilled users do not always need the call.</w:t>
      </w:r>
    </w:p>
    <w:p>
      <w:pPr>
        <w:keepNext w:val="0"/>
        <w:keepLines/>
        <w:spacing w:after="120" w:line="283" w:lineRule="auto"/>
      </w:pPr>
      <w:r>
        <w:rPr>
          <w:i w:val="0"/>
        </w:rPr>
        <w:t>Darius favors Momentum, Flow, and Impact because his Gacha can place a different weapon in his hands from one exchange to the next. Kurnoma uses Precision, Momentum, Counter, Speed, and Flow to make a physically powerful opponent miss by an inch and then discover that the inch was a trap. Lucius builds Guard and Counter around a position that refuses displacement. Kumoko uses Speed, Flow, Momentum, and Impact as connective tissue between unstable constructs. Elara uses Precision, Counter, Flow, and Silent Step to erase the readable approach. Theo applies Flow, Speed, Precision, Counter, and Tide-Step through water and line tension. Venus uses Flow, Precision, Counter, and Light Step while her domain attacks certainty.</w:t>
      </w:r>
    </w:p>
    <w:p>
      <w:pPr>
        <w:keepNext w:val="0"/>
        <w:keepLines/>
        <w:spacing w:after="120" w:line="283" w:lineRule="auto"/>
      </w:pPr>
      <w:r>
        <w:rPr>
          <w:i w:val="0"/>
        </w:rPr>
        <w:t>Weapon Arts refine motion; they do not erase anatomy, fatigue, reach, or bad information. Calling a name can clarify a technique and also announce intent. Momentum becomes a liability when the path is redirected. Counter requires something legible enough to answer. Precision cannot repair a fundamentally wrong objective. Speed without recovery creates openings. Every member therefore layers Arts with magic, environment, another family member, or a weapon temperament that recognizes the mistake before it becomes fatal.</w:t>
      </w:r>
    </w:p>
    <w:p>
      <w:pPr>
        <w:keepNext w:val="0"/>
        <w:keepLines/>
        <w:spacing w:after="120" w:line="283" w:lineRule="auto"/>
      </w:pPr>
      <w:r>
        <w:rPr>
          <w:i w:val="0"/>
        </w:rPr>
        <w:t>Training is one of the household’s most ordinary forms of affection. Lucius learns to receive correction without hearing accusation. Kumoko is permitted to fail constructs in a controlled yard because creativity cannot survive constant punishment. Elara is asked to explain what she noticed so silence does not become isolation. Suki practices consent and release as seriously as control. Theo trains return paths before executions. Kurnoma’s standard lesson is that an Art is not impressive because it has a name. The name matters only if it helps someone come home.</w:t>
      </w:r>
    </w:p>
    <w:p>
      <w:pPr>
        <w:pStyle w:val="Heading2"/>
        <w:keepNext/>
        <w:keepLines/>
      </w:pPr>
      <w:r>
        <w:t>Weapon Gacha &amp; Rarity</w:t>
      </w:r>
    </w:p>
    <w:p>
      <w:pPr>
        <w:keepNext w:val="0"/>
        <w:keepLines/>
        <w:spacing w:after="120" w:line="283" w:lineRule="auto"/>
      </w:pPr>
      <w:r>
        <w:rPr>
          <w:i w:val="0"/>
        </w:rPr>
        <w:t>Darius’s Weapon Gacha stores up to eight weapons and materializes a pull inside a blue crystalline shell that breaks on contact or the first swing. Common pulls are procedural and unimbued. Rare pulls have established craft and a weak random element. Legendary weapons belong to a named, often Kurnoma-forged pool with strong fusion. Mythics are sentient, autonomous-capable, and able to express reality-level functions. Their nominal summon chance is one percent within the Art’s relevant pool.</w:t>
      </w:r>
    </w:p>
    <w:p>
      <w:pPr>
        <w:keepNext w:val="0"/>
        <w:keepLines/>
        <w:spacing w:after="120" w:line="283" w:lineRule="auto"/>
      </w:pPr>
      <w:r>
        <w:rPr>
          <w:i w:val="0"/>
        </w:rPr>
        <w:t>There is no ordinary energy cost or standard cooldown. Darius may summon airborne and chain successive pulls, but he cannot cancel a weapon that has begun materializing. Rejecting a pull recalls it, adds a Pity stack, and imposes a seven-second cooldown. Five Pity guarantees Rare or higher. Once Darius swings a materialized weapon, it remains physically present and another sufficiently capable person can seize it. Recalled weapons return pristine but that exact model locks for the rest of the day. Weapons may permanently break when they are not in his hand.</w:t>
      </w:r>
    </w:p>
    <w:p>
      <w:pPr>
        <w:keepNext w:val="0"/>
        <w:keepLines/>
        <w:spacing w:after="120" w:line="283" w:lineRule="auto"/>
      </w:pPr>
      <w:r>
        <w:rPr>
          <w:i w:val="0"/>
        </w:rPr>
        <w:t>The Art creates option density, not perfect choice. A Common cleaver may arrive when range is needed. A powerful enemy can steal a weapon after the first swing. Seven seconds is long inside an apex duel. Rage modifies the pull quality and Mythic response but makes Darius harder to steer. A special Jackpot requires at least five Legendary calls in sequence and has a base chance of 0.001 percent; it grants seven minutes and seven seconds of manual selection, an event too rare to treat as doctrine.</w:t>
      </w:r>
    </w:p>
    <w:p>
      <w:pPr>
        <w:keepNext w:val="0"/>
        <w:keepLines/>
        <w:spacing w:after="120" w:line="283" w:lineRule="auto"/>
      </w:pPr>
      <w:r>
        <w:rPr>
          <w:i w:val="0"/>
        </w:rPr>
        <w:t>Kurnoma’s early hidden probability pressure made Darius’s best pulls look like personal fortune. She never fabricated an impossible weapon from nothing; she altered timing, reaction, footing, and survivability until an available favorable line became the one that happened. The emotional ambiguity matters. Darius earned the swings, but Lady Luck decided how often the world allowed the swing to matter. The triplets inherited the philosophical consequence: power can be yours even when someone who loves you quietly kept the door open.</w:t>
      </w:r>
    </w:p>
    <w:p>
      <w:pPr>
        <w:pStyle w:val="Heading2"/>
        <w:keepNext/>
        <w:keepLines/>
      </w:pPr>
      <w:r>
        <w:t>Legendary, Mythic &amp; True Name Doctrine</w:t>
      </w:r>
    </w:p>
    <w:p>
      <w:pPr>
        <w:keepNext w:val="0"/>
        <w:keepLines/>
        <w:spacing w:after="120" w:line="283" w:lineRule="auto"/>
      </w:pPr>
      <w:r>
        <w:rPr>
          <w:i w:val="0"/>
        </w:rPr>
        <w:t>Kurnoma forges by healing material. Broken metal is treated as a wounded body; missing alloy can be regenerated from what remains, impurities transmuted away, enchantment channels restored, and a damaged core stabilized until the artifact remembers its intended shape. Regrowing half an ingot into a whole one is possible and exhausting. She refuses to commercialize the act because material creation at that scale would consume her and distort every economy around her.</w:t>
      </w:r>
    </w:p>
    <w:p>
      <w:pPr>
        <w:keepNext w:val="0"/>
        <w:keepLines/>
        <w:spacing w:after="120" w:line="283" w:lineRule="auto"/>
      </w:pPr>
      <w:r>
        <w:rPr>
          <w:i w:val="0"/>
        </w:rPr>
        <w:t>Legendary weapons combine exceptional material, a coherent purpose, and strong enchantment. Mythics add sentience. A Mythic has preferences, fear, humor, loyalty, and the capacity to disagree with its wielder. The child chooses the public name: Hearthhold Bastion, Riot Wish, Redacted Mercy, Marionette’s Requiem, Tidehook Promise. Kurnoma gives or discovers the private True Name in her own language: a phrase that describes what the weapon was made to protect, permit, or end.</w:t>
      </w:r>
    </w:p>
    <w:p>
      <w:pPr>
        <w:keepNext w:val="0"/>
        <w:keepLines/>
        <w:spacing w:after="120" w:line="283" w:lineRule="auto"/>
      </w:pPr>
      <w:r>
        <w:rPr>
          <w:i w:val="0"/>
        </w:rPr>
        <w:t>Sentience is not obedience. Riot Wish encourages spectacular mistakes. Redacted Mercy judges. Hearthhold Bastion may refuse a reckless advance in favor of the protected point. Mythics can be exhausted, damaged, psychologically destabilized, or forced into emergency behaviors that hurt their wielders. A True Name cannot be spoken casually without consequence. It releases limiters and asks the weapon to embody its purpose at a scale the ordinary relationship was not built to sustain.</w:t>
      </w:r>
    </w:p>
    <w:p>
      <w:pPr>
        <w:keepNext w:val="0"/>
        <w:keepLines/>
        <w:spacing w:after="120" w:line="283" w:lineRule="auto"/>
      </w:pPr>
      <w:r>
        <w:rPr>
          <w:i w:val="0"/>
        </w:rPr>
        <w:t>The weapons recognize Kurnoma as creator without replacing the bond with their wielders. That distinction is why the children must name them publicly and why the Last Wager is horrifying. In ordinary life the Mythics help their children remain themselves. During the Wager their personalities invert into tailored cruelty, saying whatever will turn grief into forward motion. The same voice that once protected a child becomes the voice willing to wound that child if the wound keeps Kurnoma’s last defense from being wasted.</w:t>
      </w:r>
    </w:p>
    <w:p>
      <w:pPr>
        <w:pStyle w:val="Heading2"/>
        <w:keepNext/>
        <w:keepLines/>
      </w:pPr>
      <w:r>
        <w:t>All-In Jackpot</w:t>
      </w:r>
    </w:p>
    <w:p>
      <w:pPr>
        <w:keepNext w:val="0"/>
        <w:keepLines/>
        <w:spacing w:after="120" w:line="283" w:lineRule="auto"/>
      </w:pPr>
      <w:r>
        <w:rPr>
          <w:i w:val="0"/>
        </w:rPr>
        <w:t>All-In Jackpot is Kurnoma’s SS-Rank awakening and the unbound form of the hidden Lady Luck system. It first emerged when an Upper Four attacker bypassed her and reached for her six-month-old children. Fear, love, desperation, hope, accumulated memory, and refusal converged around an internal soul-slot machine. Kurnoma struck the lever rather than surrender. The result synchronized her Bloodline Art, magic, Weapon Arts, body, probability pressure, and emotional output into one self-correcting combat state.</w:t>
      </w:r>
    </w:p>
    <w:p>
      <w:pPr>
        <w:keepNext w:val="0"/>
        <w:keepLines/>
        <w:spacing w:after="120" w:line="283" w:lineRule="auto"/>
      </w:pPr>
      <w:r>
        <w:rPr>
          <w:i w:val="0"/>
        </w:rPr>
        <w:t>The user selects a duration from roughly five seconds to forty-eight minutes. Power scales inversely. Forty-eight minutes is the stable version for evacuation, sustained defense, healing, command, and battlefield control. Short durations concentrate more output and sharpen the recoil. At five seconds the state becomes a miracle compressed into violence: impossible distance can be crossed, an otherwise unavoidable attack interrupted, Localized Time Stop fully asserted, and a single unsurvivable action made temporarily possible. Healing continuously corrects the body; Time Dilation becomes Localized Time Stop; illusion becomes Radiant Myth; pheromonal influence becomes All-Out Command; favorable possible outcomes gather around each chosen decision.</w:t>
      </w:r>
    </w:p>
    <w:p>
      <w:pPr>
        <w:keepNext w:val="0"/>
        <w:keepLines/>
        <w:spacing w:after="120" w:line="283" w:lineRule="auto"/>
      </w:pPr>
      <w:r>
        <w:rPr>
          <w:i w:val="0"/>
        </w:rPr>
        <w:t>Jackpot is not free causality. It gathers favorable possibilities that already possess some path to existence and then spends Kurnoma’s body making that path real. Recoil includes severe exhaustion, delayed pain, muscle failure, mana starvation, tremors, overheating, coordination loss, sensory overload, emotional crash, and a temporary inability to self-heal. The shorter the miracle, the sharper the bill. A reroll may trade duration for output in extremis, as when a twenty-four-minute state was compressed to five seconds while a blade pierced her lung.</w:t>
      </w:r>
    </w:p>
    <w:p>
      <w:pPr>
        <w:keepNext w:val="0"/>
        <w:keepLines/>
        <w:spacing w:after="120" w:line="283" w:lineRule="auto"/>
      </w:pPr>
      <w:r>
        <w:rPr>
          <w:i w:val="0"/>
        </w:rPr>
        <w:t>The family remembers Jackpot less as a promotion than as the moment Kurnoma decided that no cosmic ranking mattered beside an infant’s next breath. Venus opened the evacuation route. Suki and Theo carried and defended. Kurnoma struck the attacker away with Hearthbreaker and used time, illusion, healing, command pheromones, probability, and the 777th Art: All-In Tiger Palm to keep the Upper Four from following. The later Last Wager grows from the same principle at a crueler scale: if Kurnoma cannot finish the protection herself, she will spend what remains of her soul teaching the children how.</w:t>
      </w:r>
    </w:p>
    <w:p>
      <w:pPr>
        <w:pStyle w:val="Heading2"/>
        <w:keepNext/>
        <w:keepLines/>
      </w:pPr>
      <w:r>
        <w:t>The Last Wager · Mythic Evolution Clause</w:t>
      </w:r>
    </w:p>
    <w:p>
      <w:pPr>
        <w:keepNext w:val="0"/>
        <w:keepLines/>
        <w:spacing w:after="120" w:line="283" w:lineRule="auto"/>
      </w:pPr>
      <w:r>
        <w:rPr>
          <w:i w:val="0"/>
        </w:rPr>
        <w:t>The final canon removes the Mourning Lock completely. Last Wager is not a seal broken by sadness and not a simple rage buff. It is the True Name Awakening System’s Mythic Evolution Clause: a do-or-die transfer initiated when Kurnoma appears dead or moments from death and the children sincerely believe they are losing her. The belief may be mistaken. What matters is that their bodies, Bloodline Arts, and weapons reach the point where ordinary restraint would guarantee the enemy survives and the family does not.</w:t>
      </w:r>
    </w:p>
    <w:p>
      <w:pPr>
        <w:keepNext w:val="0"/>
        <w:keepLines/>
        <w:spacing w:after="120" w:line="283" w:lineRule="auto"/>
      </w:pPr>
      <w:r>
        <w:rPr>
          <w:i w:val="0"/>
        </w:rPr>
        <w:t>Kurnoma asserts Localized Time Stop, addresses each Mythic individually, and calls its True Name. Hearthbreaker breaks the soul-transfer lock; Mercy’s Edge channels the flood with surgical precision. The triplets receive full physical and Bloodline evolution. Their Mythic weapons visibly change form: Hearthhold Bastion becomes Griefgate Citadel, Riot Wish becomes Stormlaugh Cataclysm, and Redacted Mercy becomes Null Saint Verdict. Suki’s Marionette’s Requiem becomes Unbound Choir and Theo’s Tidehook Promise becomes Homecurrent Fang, raising each from B-Rank to temporary S-Rank performance.</w:t>
      </w:r>
    </w:p>
    <w:p>
      <w:pPr>
        <w:keepNext w:val="0"/>
        <w:keepLines/>
        <w:spacing w:after="120" w:line="283" w:lineRule="auto"/>
      </w:pPr>
      <w:r>
        <w:rPr>
          <w:i w:val="0"/>
        </w:rPr>
        <w:t>The trigger is grief clarified into a killing objective. The triplets’ later Awakening Arts likewise require complete inner certainty that the target must die; anger alone is insufficient. The Wager ends when the enemy is eliminated, Kurnoma is confirmed alive, the children collapse, or the weapons are forcibly reverted. Soul-strength, body integrity, and weapon stability are all spent. Kurnoma’s life is placed at risk because the transfer originates in a body already at the edge of death. The children may survive the victory and still awaken to nerve damage, mana depletion, emotional shock, and the memory of their own weapons speaking like abusers.</w:t>
      </w:r>
    </w:p>
    <w:p>
      <w:pPr>
        <w:keepNext w:val="0"/>
        <w:keepLines/>
        <w:spacing w:after="120" w:line="283" w:lineRule="auto"/>
      </w:pPr>
      <w:r>
        <w:rPr>
          <w:i w:val="0"/>
        </w:rPr>
        <w:t>The inverted voices are calibrated. Griefgate tells Lucius, ‘You were the door. They passed you.’ Stormlaugh tells Kumoko, ‘They took Mama’s tomorrow.’ Null Saint Verdict turns Elara’s care into a surgical order to edit the enemy out. Unbound Choir weaponizes Suki’s fear of stolen agency. Homecurrent Fang turns Theo’s terror of homelessness into a current that refuses to lose another body. The cruelty is temporary and purposeful, but never harmless. Afterward, the family must decide whether victory justified making love sound like accusation.</w:t>
      </w:r>
    </w:p>
    <w:p>
      <w:pPr>
        <w:sectPr>
          <w:headerReference w:type="default" r:id="rId11"/>
          <w:footerReference w:type="default" r:id="rId12"/>
          <w:pgSz w:w="12240" w:h="15840"/>
          <w:pgMar w:top="1181" w:right="1296" w:bottom="1181" w:left="1296" w:header="547" w:footer="547" w:gutter="0"/>
          <w:cols w:space="720"/>
          <w:docGrid w:linePitch="360"/>
        </w:sectPr>
      </w:pPr>
    </w:p>
    <w:p>
      <w:pPr>
        <w:pStyle w:val="Heading1"/>
        <w:keepNext/>
        <w:keepLines/>
      </w:pPr>
      <w:r>
        <w:t>Registry II · Controlling Family Chronology</w:t>
      </w:r>
    </w:p>
    <w:p>
      <w:pPr>
        <w:keepNext w:val="0"/>
        <w:keepLines/>
        <w:spacing w:after="120" w:line="283" w:lineRule="auto"/>
      </w:pPr>
      <w:r>
        <w:rPr>
          <w:i w:val="0"/>
        </w:rPr>
        <w:t>The chronology below preserves the sequence that matters to the family even where the Registry never issued a calendar date. Ages are included only when the canon supplied them. This is important for Darius: his absence has lasted long enough to shape the triplets’ entire lives, but the absence is evidence of a disappearance, not proof of death.</w:t>
      </w:r>
    </w:p>
    <w:p>
      <w:pPr>
        <w:keepNext w:val="0"/>
        <w:keepLines/>
        <w:spacing w:after="140"/>
        <w:ind w:left="259" w:hanging="259"/>
      </w:pPr>
      <w:r>
        <w:rPr>
          <w:b/>
          <w:color w:val="5B2C83"/>
        </w:rPr>
        <w:t xml:space="preserve">The Early Partnership — </w:t>
      </w:r>
      <w:r>
        <w:t>Kurnoma and Darius entered the adventurer world as complementary opposites. Darius was the visible physical fighter whose Weapon Gacha could change the geometry of an exchange. Kurnoma presented herself as a B-Rank healer and weaponsmith while quietly shaping terrain, timing, stamina, reaction, and probability. Their romance was affectionate, teasing, and genuinely happy. He broke the formation in front of them; she made sure the formation had already begun to fail.</w:t>
      </w:r>
    </w:p>
    <w:p>
      <w:pPr>
        <w:keepNext w:val="0"/>
        <w:keepLines/>
        <w:spacing w:after="140"/>
        <w:ind w:left="259" w:hanging="259"/>
      </w:pPr>
      <w:r>
        <w:rPr>
          <w:b/>
          <w:color w:val="5B2C83"/>
        </w:rPr>
        <w:t xml:space="preserve">The Hidden Title — </w:t>
      </w:r>
      <w:r>
        <w:t>Elite observers began calling Kurnoma Lady Luck after recognizing that battles around her were too consistently favorable to be ordinary support work. The title remained unofficial long before the SS classification. Kurnoma redirected acclaim toward Darius, avoided visible finishing blows, and treated under-ranking as protection from institutions that would otherwise demand ownership of her body, healing, probability, or forge.</w:t>
      </w:r>
    </w:p>
    <w:p>
      <w:pPr>
        <w:keepNext w:val="0"/>
        <w:keepLines/>
        <w:spacing w:after="140"/>
        <w:ind w:left="259" w:hanging="259"/>
      </w:pPr>
      <w:r>
        <w:rPr>
          <w:b/>
          <w:color w:val="5B2C83"/>
        </w:rPr>
        <w:t xml:space="preserve">The Claimed Children — </w:t>
      </w:r>
      <w:r>
        <w:t>Kurnoma’s household grew by choice before and around its biological family. Suki became a claimed child and later a safe older-sibling figure. Theo was found scavenging a beach, hungry and guarded; Kurnoma promised food, blankets, and a home, and he accepted first because hunger made trust simpler. He later took the Rawibari surname. Neo also belongs to the wider history, though this volume follows only the eight requested figures.</w:t>
      </w:r>
    </w:p>
    <w:p>
      <w:pPr>
        <w:keepNext w:val="0"/>
        <w:keepLines/>
        <w:spacing w:after="140"/>
        <w:ind w:left="259" w:hanging="259"/>
      </w:pPr>
      <w:r>
        <w:rPr>
          <w:b/>
          <w:color w:val="5B2C83"/>
        </w:rPr>
        <w:t xml:space="preserve">Friendship Under a Green Sun — </w:t>
      </w:r>
      <w:r>
        <w:t>During pre-children world travel, Kurnoma met Venus—Vivi—the singular dream-feeding Nyctilucent Eidolsucca from a continent of cracked purple ground, green-tinted sunlight, persistent haze, succubi, incubi, and fallen angels. Darius initially behaved as though the friendship had been imposed upon him. He later enjoyed Vivi’s company while remaining wary of her theatrical flirting and dream-domain instincts.</w:t>
      </w:r>
    </w:p>
    <w:p>
      <w:pPr>
        <w:keepNext w:val="0"/>
        <w:keepLines/>
        <w:spacing w:after="140"/>
        <w:ind w:left="259" w:hanging="259"/>
      </w:pPr>
      <w:r>
        <w:rPr>
          <w:b/>
          <w:color w:val="5B2C83"/>
        </w:rPr>
        <w:t xml:space="preserve">The Wanted Pregnancy — </w:t>
      </w:r>
      <w:r>
        <w:t>Kurnoma carried Lucius, Kumoko, and Elara. The wanted pregnancy activated the Rawibari Blessing, adapting her for mixed panda/red-panda lineage, multiples, large children, Bloodline Arts, and magical strain without making the process painless. Darius hovered protectively during the peaceful domestic months. Kurnoma cooked, visited markets, and permitted herself to imagine a future in which extraordinary power would be used mainly to keep a loud household fed.</w:t>
      </w:r>
    </w:p>
    <w:p>
      <w:pPr>
        <w:keepNext w:val="0"/>
        <w:keepLines/>
        <w:spacing w:after="140"/>
        <w:ind w:left="259" w:hanging="259"/>
      </w:pPr>
      <w:r>
        <w:rPr>
          <w:b/>
          <w:color w:val="5B2C83"/>
        </w:rPr>
        <w:t xml:space="preserve">The Empty Place — </w:t>
      </w:r>
      <w:r>
        <w:t>Darius left after the triplets’ birth and is now classified Missing. The children never met him. Older household language called him an abandoning deadbeat because Kurnoma was left with the fear, labor, and responsibility. The current ledger refuses to convert that pain into an unsupported death declaration. His absence is fact. His motives, destination, and condition are not. Lucius carries the resemblance most visibly and fears that similarity could become destiny.</w:t>
      </w:r>
    </w:p>
    <w:p>
      <w:pPr>
        <w:keepNext w:val="0"/>
        <w:keepLines/>
        <w:spacing w:after="140"/>
        <w:ind w:left="259" w:hanging="259"/>
      </w:pPr>
      <w:r>
        <w:rPr>
          <w:b/>
          <w:color w:val="5B2C83"/>
        </w:rPr>
        <w:t xml:space="preserve">The Upper Four Ambush — </w:t>
      </w:r>
      <w:r>
        <w:t>When Kurnoma was thirty-eight and the triplets were six months old, an Upper Four attack displaced the family to Vivi’s hostile homeland. Vivi defended the infants, Suki, and Theo while trying to open an evacuation portal. Kurnoma retained only Hearthbreaker and Mercy’s Edge. An attacker slipped past her and moved for a baby. Kurnoma nearly surrendered to the arithmetic of being too slow—then her internal slot mechanism stopped, memory flooded the silence, and she screamed ‘No’ as she struck the lever.</w:t>
      </w:r>
    </w:p>
    <w:p>
      <w:pPr>
        <w:keepNext w:val="0"/>
        <w:keepLines/>
        <w:spacing w:after="140"/>
        <w:ind w:left="259" w:hanging="259"/>
      </w:pPr>
      <w:r>
        <w:rPr>
          <w:b/>
          <w:color w:val="5B2C83"/>
        </w:rPr>
        <w:t xml:space="preserve">Jackpot &amp; Reclassification — </w:t>
      </w:r>
      <w:r>
        <w:t>All-In Jackpot rang. Kurnoma hit the attacker away with her hammer, held time locally, repaired herself as she fought, cast Radiant Myth, imposed All-Out Command, and gathered favorable outcomes around deliberate choices. Vivi’s portal carried Suki, Theo, and the infants away. The battle exposed what the B-Rank record had concealed. Kurnoma was reclassified SS Rank: probability sovereign, battlefield architect, regenerative alchemist, and Mythic weaponsmith.</w:t>
      </w:r>
    </w:p>
    <w:p>
      <w:pPr>
        <w:keepNext w:val="0"/>
        <w:keepLines/>
        <w:spacing w:after="140"/>
        <w:ind w:left="259" w:hanging="259"/>
      </w:pPr>
      <w:r>
        <w:rPr>
          <w:b/>
          <w:color w:val="5B2C83"/>
        </w:rPr>
        <w:t xml:space="preserve">Twenty Years of Choosing — </w:t>
      </w:r>
      <w:r>
        <w:t>Kurnoma raised the triplets without Darius. Suki helped care for them. Theo learned that a return route could be a form of love. Venus remained an old friend whose home had witnessed the family’s defining catastrophe. The children grew into distinct adult specialists rather than replicas: Lucius the anchor, Kumoko the wild engine, Elara the quiet authority. Each chose and was chosen by a Kurnoma-forged Mythic weapon.</w:t>
      </w:r>
    </w:p>
    <w:p>
      <w:pPr>
        <w:keepNext w:val="0"/>
        <w:keepLines/>
        <w:spacing w:after="140"/>
        <w:ind w:left="259" w:hanging="259"/>
      </w:pPr>
      <w:r>
        <w:rPr>
          <w:b/>
          <w:color w:val="5B2C83"/>
        </w:rPr>
        <w:t xml:space="preserve">The Last Wager — </w:t>
      </w:r>
      <w:r>
        <w:t>In the later do-or-die event, Kurnoma was seen armless, impaled through the lung, and bleeding while a five-second Jackpot burned through what remained. She used Localized Time Stop to call the True Names. The triplets fully awakened; Suki and Theo rose temporarily to S Rank; the weapons physically evolved and inverted their personalities into weapons of grief. The system ended only with the enemy’s removal, proof that Kurnoma lived, collapse, or forced reversion. The family survived with a new understanding of what Kurnoma is willing to spend.</w:t>
      </w:r>
    </w:p>
    <w:p>
      <w:pPr>
        <w:keepNext w:val="0"/>
        <w:keepLines/>
        <w:spacing w:after="140"/>
        <w:ind w:left="259" w:hanging="259"/>
      </w:pPr>
      <w:r>
        <w:rPr>
          <w:b/>
          <w:color w:val="5B2C83"/>
        </w:rPr>
        <w:t xml:space="preserve">Current Ledger — </w:t>
      </w:r>
      <w:r>
        <w:t>Lady Luck is active at fifty-eight. The triplets are twenty and A Rank. Theo is thirty-two in the current mature reference and B Rank under ordinary classification. Suki’s exact age remains unissued; he is an adult B-Rank claimed child. Venus remains A Rank and active. Darius remains Missing. The household continues to train, forge, heal, argue, cook, tease, and maintain the spaces left by people who did not stay.</w:t>
      </w:r>
    </w:p>
    <w:p>
      <w:pPr>
        <w:sectPr>
          <w:headerReference w:type="default" r:id="rId13"/>
          <w:footerReference w:type="default" r:id="rId14"/>
          <w:pgSz w:w="12240" w:h="15840"/>
          <w:pgMar w:top="1181" w:right="1296" w:bottom="1181" w:left="1296" w:header="547" w:footer="547" w:gutter="0"/>
          <w:cols w:space="720"/>
          <w:docGrid w:linePitch="360"/>
        </w:sectPr>
      </w:pPr>
    </w:p>
    <w:p>
      <w:pPr>
        <w:spacing w:before="80" w:after="240"/>
        <w:jc w:val="center"/>
      </w:pPr>
      <w:r>
        <w:rPr>
          <w:b/>
          <w:color w:val="2E7D69"/>
          <w:sz w:val="20"/>
        </w:rPr>
        <w:t>CHARACTER BLOCK 01</w:t>
      </w:r>
    </w:p>
    <w:p>
      <w:pPr>
        <w:pStyle w:val="Heading1"/>
        <w:keepNext/>
        <w:keepLines/>
      </w:pPr>
      <w:r>
        <w:t>Darius Knight Rawibari</w:t>
      </w:r>
    </w:p>
    <w:p>
      <w:pPr>
        <w:spacing w:after="200"/>
        <w:jc w:val="center"/>
      </w:pPr>
      <w:r>
        <w:rPr>
          <w:b/>
          <w:color w:val="2E7D69"/>
          <w:sz w:val="28"/>
        </w:rPr>
        <w:t>The Missing Vanguard · The Weapon Drawn from an Empty Hand</w:t>
      </w:r>
    </w:p>
    <w:tbl>
      <w:tblPr>
        <w:tblStyle w:val="TableGrid"/>
        <w:tblW w:type="dxa" w:w="9360"/>
        <w:jc w:val="left"/>
        <w:tblLayout w:type="fixed"/>
        <w:tblLook w:firstColumn="1" w:firstRow="1" w:lastColumn="0" w:lastRow="0" w:noHBand="0" w:noVBand="1" w:val="04A0"/>
        <w:tblInd w:w="120" w:type="dxa"/>
      </w:tblPr>
      <w:tblGrid>
        <w:gridCol w:w="2500"/>
        <w:gridCol w:w="6860"/>
      </w:tblGrid>
      <w:tr>
        <w:tc>
          <w:tcPr>
            <w:tcW w:type="dxa" w:w="2500"/>
            <w:tcMar>
              <w:top w:w="90" w:type="dxa"/>
              <w:start w:w="120" w:type="dxa"/>
              <w:bottom w:w="90" w:type="dxa"/>
              <w:end w:w="120" w:type="dxa"/>
            </w:tcMar>
            <w:shd w:fill="341447"/>
          </w:tcPr>
          <w:p>
            <w:r>
              <w:rPr>
                <w:b/>
                <w:color w:val="FFFFFF"/>
              </w:rPr>
              <w:t>MISSING</w:t>
            </w:r>
          </w:p>
        </w:tc>
        <w:tc>
          <w:tcPr>
            <w:tcW w:type="dxa" w:w="6860"/>
            <w:tcMar>
              <w:top w:w="90" w:type="dxa"/>
              <w:start w:w="120" w:type="dxa"/>
              <w:bottom w:w="90" w:type="dxa"/>
              <w:end w:w="120" w:type="dxa"/>
            </w:tcMar>
            <w:shd w:fill="EAF8F3"/>
          </w:tcPr>
          <w:p>
            <w:r>
              <w:rPr>
                <w:b/>
                <w:color w:val="2E7D69"/>
              </w:rPr>
              <w:t>The household lived with abandonment; the Registry still lacks evidence sufficient to declare death.</w:t>
            </w:r>
          </w:p>
        </w:tc>
      </w:tr>
    </w:tbl>
    <w:p>
      <w:pPr>
        <w:spacing w:after="20"/>
      </w:pPr>
    </w:p>
    <w:tbl>
      <w:tblPr>
        <w:tblStyle w:val="TableGrid"/>
        <w:tblW w:type="dxa" w:w="9360"/>
        <w:jc w:val="left"/>
        <w:tblLayout w:type="fixed"/>
        <w:tblLook w:firstColumn="1" w:firstRow="1" w:lastColumn="0" w:lastRow="0" w:noHBand="0" w:noVBand="1" w:val="04A0"/>
        <w:tblInd w:w="120" w:type="dxa"/>
      </w:tblPr>
      <w:tblGrid>
        <w:gridCol w:w="2700"/>
        <w:gridCol w:w="6660"/>
      </w:tblGrid>
      <w:tr>
        <w:tc>
          <w:tcPr>
            <w:tcW w:type="dxa" w:w="2700"/>
            <w:vAlign w:val="center"/>
            <w:shd w:fill="F1EAF6"/>
            <w:tcMar>
              <w:top w:w="90" w:type="dxa"/>
              <w:start w:w="120" w:type="dxa"/>
              <w:bottom w:w="90" w:type="dxa"/>
              <w:end w:w="120" w:type="dxa"/>
            </w:tcMar>
          </w:tcPr>
          <w:p>
            <w:pPr>
              <w:spacing w:before="0" w:after="0" w:line="240" w:lineRule="auto"/>
            </w:pPr>
            <w:r>
              <w:rPr>
                <w:b/>
                <w:color w:val="341447"/>
              </w:rPr>
              <w:t>Full name</w:t>
            </w:r>
          </w:p>
        </w:tc>
        <w:tc>
          <w:tcPr>
            <w:tcW w:type="dxa" w:w="6660"/>
            <w:vAlign w:val="center"/>
            <w:shd w:fill="FFFFFF"/>
            <w:tcMar>
              <w:top w:w="90" w:type="dxa"/>
              <w:start w:w="120" w:type="dxa"/>
              <w:bottom w:w="90" w:type="dxa"/>
              <w:end w:w="120" w:type="dxa"/>
            </w:tcMar>
          </w:tcPr>
          <w:p>
            <w:pPr>
              <w:spacing w:before="0" w:after="0" w:line="240" w:lineRule="auto"/>
            </w:pPr>
            <w:r>
              <w:t>Darius Knight Rawibari</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Current status</w:t>
            </w:r>
          </w:p>
        </w:tc>
        <w:tc>
          <w:tcPr>
            <w:tcW w:type="dxa" w:w="6660"/>
            <w:vAlign w:val="center"/>
            <w:shd w:fill="F4F2F5"/>
            <w:tcMar>
              <w:top w:w="90" w:type="dxa"/>
              <w:start w:w="120" w:type="dxa"/>
              <w:bottom w:w="90" w:type="dxa"/>
              <w:end w:w="120" w:type="dxa"/>
            </w:tcMar>
          </w:tcPr>
          <w:p>
            <w:pPr>
              <w:spacing w:before="0" w:after="0" w:line="240" w:lineRule="auto"/>
            </w:pPr>
            <w:r>
              <w:t>MISSING — no confirmed death, body, or authorized death declaration</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Projected age</w:t>
            </w:r>
          </w:p>
        </w:tc>
        <w:tc>
          <w:tcPr>
            <w:tcW w:type="dxa" w:w="6660"/>
            <w:vAlign w:val="center"/>
            <w:shd w:fill="FFFFFF"/>
            <w:tcMar>
              <w:top w:w="90" w:type="dxa"/>
              <w:start w:w="120" w:type="dxa"/>
              <w:bottom w:w="90" w:type="dxa"/>
              <w:end w:w="120" w:type="dxa"/>
            </w:tcMar>
          </w:tcPr>
          <w:p>
            <w:pPr>
              <w:spacing w:before="0" w:after="0" w:line="240" w:lineRule="auto"/>
            </w:pPr>
            <w:r>
              <w:t>Approximately 59 if alive; introduced at age 24</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Height</w:t>
            </w:r>
          </w:p>
        </w:tc>
        <w:tc>
          <w:tcPr>
            <w:tcW w:type="dxa" w:w="6660"/>
            <w:vAlign w:val="center"/>
            <w:shd w:fill="F4F2F5"/>
            <w:tcMar>
              <w:top w:w="90" w:type="dxa"/>
              <w:start w:w="120" w:type="dxa"/>
              <w:bottom w:w="90" w:type="dxa"/>
              <w:end w:w="120" w:type="dxa"/>
            </w:tcMar>
          </w:tcPr>
          <w:p>
            <w:pPr>
              <w:spacing w:before="0" w:after="0" w:line="240" w:lineRule="auto"/>
            </w:pPr>
            <w:r>
              <w:t>6'8" / 203.2 cm</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Species</w:t>
            </w:r>
          </w:p>
        </w:tc>
        <w:tc>
          <w:tcPr>
            <w:tcW w:type="dxa" w:w="6660"/>
            <w:vAlign w:val="center"/>
            <w:shd w:fill="FFFFFF"/>
            <w:tcMar>
              <w:top w:w="90" w:type="dxa"/>
              <w:start w:w="120" w:type="dxa"/>
              <w:bottom w:w="90" w:type="dxa"/>
              <w:end w:w="120" w:type="dxa"/>
            </w:tcMar>
          </w:tcPr>
          <w:p>
            <w:pPr>
              <w:spacing w:before="0" w:after="0" w:line="240" w:lineRule="auto"/>
            </w:pPr>
            <w:r>
              <w:t>Panda Beast-Folk</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Recorded rank</w:t>
            </w:r>
          </w:p>
        </w:tc>
        <w:tc>
          <w:tcPr>
            <w:tcW w:type="dxa" w:w="6660"/>
            <w:vAlign w:val="center"/>
            <w:shd w:fill="F4F2F5"/>
            <w:tcMar>
              <w:top w:w="90" w:type="dxa"/>
              <w:start w:w="120" w:type="dxa"/>
              <w:bottom w:w="90" w:type="dxa"/>
              <w:end w:w="120" w:type="dxa"/>
            </w:tcMar>
          </w:tcPr>
          <w:p>
            <w:pPr>
              <w:spacing w:before="0" w:after="0" w:line="240" w:lineRule="auto"/>
            </w:pPr>
            <w:r>
              <w:t>S Rank before disappearance; earlier A-Rank duel record</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Primary role</w:t>
            </w:r>
          </w:p>
        </w:tc>
        <w:tc>
          <w:tcPr>
            <w:tcW w:type="dxa" w:w="6660"/>
            <w:vAlign w:val="center"/>
            <w:shd w:fill="FFFFFF"/>
            <w:tcMar>
              <w:top w:w="90" w:type="dxa"/>
              <w:start w:w="120" w:type="dxa"/>
              <w:bottom w:w="90" w:type="dxa"/>
              <w:end w:w="120" w:type="dxa"/>
            </w:tcMar>
          </w:tcPr>
          <w:p>
            <w:pPr>
              <w:spacing w:before="0" w:after="0" w:line="240" w:lineRule="auto"/>
            </w:pPr>
            <w:r>
              <w:t>Vanguard, formation breaker, adaptive weapon specialist</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Bloodline Art</w:t>
            </w:r>
          </w:p>
        </w:tc>
        <w:tc>
          <w:tcPr>
            <w:tcW w:type="dxa" w:w="6660"/>
            <w:vAlign w:val="center"/>
            <w:shd w:fill="F4F2F5"/>
            <w:tcMar>
              <w:top w:w="90" w:type="dxa"/>
              <w:start w:w="120" w:type="dxa"/>
              <w:bottom w:w="90" w:type="dxa"/>
              <w:end w:w="120" w:type="dxa"/>
            </w:tcMar>
          </w:tcPr>
          <w:p>
            <w:pPr>
              <w:spacing w:before="0" w:after="0" w:line="240" w:lineRule="auto"/>
            </w:pPr>
            <w:r>
              <w:t>Weapon Gacha</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Magic</w:t>
            </w:r>
          </w:p>
        </w:tc>
        <w:tc>
          <w:tcPr>
            <w:tcW w:type="dxa" w:w="6660"/>
            <w:vAlign w:val="center"/>
            <w:shd w:fill="FFFFFF"/>
            <w:tcMar>
              <w:top w:w="90" w:type="dxa"/>
              <w:start w:w="120" w:type="dxa"/>
              <w:bottom w:w="90" w:type="dxa"/>
              <w:end w:w="120" w:type="dxa"/>
            </w:tcMar>
          </w:tcPr>
          <w:p>
            <w:pPr>
              <w:spacing w:before="0" w:after="0" w:line="240" w:lineRule="auto"/>
            </w:pPr>
            <w:r>
              <w:t>Earth, Shadow, Wind, Psyonic; primarily channeled through weapons</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Weapon Arts</w:t>
            </w:r>
          </w:p>
        </w:tc>
        <w:tc>
          <w:tcPr>
            <w:tcW w:type="dxa" w:w="6660"/>
            <w:vAlign w:val="center"/>
            <w:shd w:fill="F4F2F5"/>
            <w:tcMar>
              <w:top w:w="90" w:type="dxa"/>
              <w:start w:w="120" w:type="dxa"/>
              <w:bottom w:w="90" w:type="dxa"/>
              <w:end w:w="120" w:type="dxa"/>
            </w:tcMar>
          </w:tcPr>
          <w:p>
            <w:pPr>
              <w:spacing w:before="0" w:after="0" w:line="240" w:lineRule="auto"/>
            </w:pPr>
            <w:r>
              <w:t>Momentum, Flow, Impact; secondary Speed-chain applications</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Family position</w:t>
            </w:r>
          </w:p>
        </w:tc>
        <w:tc>
          <w:tcPr>
            <w:tcW w:type="dxa" w:w="6660"/>
            <w:vAlign w:val="center"/>
            <w:shd w:fill="FFFFFF"/>
            <w:tcMar>
              <w:top w:w="90" w:type="dxa"/>
              <w:start w:w="120" w:type="dxa"/>
              <w:bottom w:w="90" w:type="dxa"/>
              <w:end w:w="120" w:type="dxa"/>
            </w:tcMar>
          </w:tcPr>
          <w:p>
            <w:pPr>
              <w:spacing w:before="0" w:after="0" w:line="240" w:lineRule="auto"/>
            </w:pPr>
            <w:r>
              <w:t>Kurnoma’s husband; biological father of Lucius, Kumoko, and Elara</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Archive caution</w:t>
            </w:r>
          </w:p>
        </w:tc>
        <w:tc>
          <w:tcPr>
            <w:tcW w:type="dxa" w:w="6660"/>
            <w:vAlign w:val="center"/>
            <w:shd w:fill="F4F2F5"/>
            <w:tcMar>
              <w:top w:w="90" w:type="dxa"/>
              <w:start w:w="120" w:type="dxa"/>
              <w:bottom w:w="90" w:type="dxa"/>
              <w:end w:w="120" w:type="dxa"/>
            </w:tcMar>
          </w:tcPr>
          <w:p>
            <w:pPr>
              <w:spacing w:before="0" w:after="0" w:line="240" w:lineRule="auto"/>
            </w:pPr>
            <w:r>
              <w:t>Absence is confirmed. Motive, destination, and condition remain unknown.</w:t>
            </w:r>
          </w:p>
        </w:tc>
      </w:tr>
    </w:tbl>
    <w:p>
      <w:pPr>
        <w:spacing w:after="20"/>
      </w:pPr>
    </w:p>
    <w:p>
      <w:pPr>
        <w:pStyle w:val="Heading2"/>
        <w:keepNext/>
        <w:keepLines/>
      </w:pPr>
      <w:r>
        <w:t>Databook Thesis</w:t>
      </w:r>
    </w:p>
    <w:p>
      <w:pPr>
        <w:keepNext w:val="0"/>
        <w:keepLines/>
        <w:spacing w:after="120" w:line="283" w:lineRule="auto"/>
      </w:pPr>
      <w:r>
        <w:rPr>
          <w:i w:val="0"/>
        </w:rPr>
        <w:t>Darius is the absence against which much of the modern Rawibari family defines itself. Before he vanished, he was not a rumor or a villain-shaped blank. He was Kurnoma’s partner, a Panda Beast-Folk vanguard whose combat art could put a different weapon in his hands from one heartbeat to the next. He was broad, physically overwhelming, sometimes barely contained by rage, and still capable of allowing Kurnoma’s gaze to reach him when nearly every other cue had become noise. The early household knew him as a husband who received the visible credit while Lady Luck rearranged the battle beneath his feet.</w:t>
      </w:r>
    </w:p>
    <w:p>
      <w:pPr>
        <w:keepNext w:val="0"/>
        <w:keepLines/>
        <w:spacing w:after="120" w:line="283" w:lineRule="auto"/>
      </w:pPr>
      <w:r>
        <w:rPr>
          <w:i w:val="0"/>
        </w:rPr>
        <w:t>That history makes the later abandonment harder, not easier. Darius left after the triplets’ birth. Kurnoma raised them without him, and the triplets never met their father. Lucius grew into his height, defensive instinct, panda dominance, and disciplined silence while fearing that resemblance could carry the same capacity to leave. Kumoko inherited a split of both parents so visually obvious that the absent half of the lineage is always present. Elara learned to read ownership, hesitation, and concealed intent in a home where one of the most important intentions was never explained.</w:t>
      </w:r>
    </w:p>
    <w:p>
      <w:pPr>
        <w:keepNext w:val="0"/>
        <w:keepLines/>
        <w:spacing w:after="120" w:line="283" w:lineRule="auto"/>
      </w:pPr>
      <w:r>
        <w:rPr>
          <w:i w:val="0"/>
        </w:rPr>
        <w:t>The current designation is Missing because pain cannot substitute for evidence. Nothing in the surviving ledger supplies a confirmed body, last stand, destination, captor, confession, or reason. The family is entitled to call the act abandonment because that is what they experienced. The Registry is not entitled to call it death. An ultimate databook must hold both truths without weakening either: Darius failed the people who needed him, and the final condition of Darius Knight Rawibari remains unresolved.</w:t>
      </w:r>
    </w:p>
    <w:p>
      <w:pPr>
        <w:pStyle w:val="Quote"/>
        <w:shd w:fill="F1EAF6"/>
        <w:keepNext w:val="0"/>
        <w:keepLines/>
        <w:pBdr>
          <w:top w:val="single" w:sz="10" w:space="5" w:color="78D6B6"/>
          <w:bottom w:val="single" w:sz="10" w:space="5" w:color="78D6B6"/>
        </w:pBdr>
      </w:pPr>
      <w:r>
        <w:t>“If the weapon is wrong, move until it becomes the right answer.” — Darius, representative vanguard doctrine</w:t>
      </w:r>
    </w:p>
    <w:p>
      <w:pPr>
        <w:pStyle w:val="Heading2"/>
        <w:keepNext/>
        <w:keepLines/>
      </w:pPr>
      <w:r>
        <w:t>Appearance &amp; Silhouette</w:t>
      </w:r>
    </w:p>
    <w:p>
      <w:pPr>
        <w:keepNext w:val="0"/>
        <w:keepLines/>
        <w:spacing w:after="120" w:line="283" w:lineRule="auto"/>
      </w:pPr>
      <w:r>
        <w:rPr>
          <w:i w:val="0"/>
        </w:rPr>
        <w:t>Darius stands 6 feet 8 inches, matching Kurnoma’s height but carrying it in a radically different silhouette. He has a broad muscular strong-fat build: the mass of a tank rather than the display anatomy of a sculpted duelist. His shoulders and back are built to receive recoil from weapons that may change weight, balance, and length without warning. A thick middle does not soften the impression of strength; it tells an experienced fighter that his body stores leverage and can survive its own Momentum Arts.</w:t>
      </w:r>
    </w:p>
    <w:p>
      <w:pPr>
        <w:keepNext w:val="0"/>
        <w:keepLines/>
        <w:spacing w:after="120" w:line="283" w:lineRule="auto"/>
      </w:pPr>
      <w:r>
        <w:rPr>
          <w:i w:val="0"/>
        </w:rPr>
        <w:t>His skin is dark chocolate. Jet-black hair is worn in long braided dreadlocks, providing a clean dark frame around bright green eyes. Those eyes are the most humanly readable part of him during escalation. In ordinary conversation they carry a direct, alert steadiness. During Rage they remain fixed on Kurnoma as an anchor even while other recognition deteriorates. The visual is central to the old partnership: a body becoming more animal and violent while the eyes continue to remember one person.</w:t>
      </w:r>
    </w:p>
    <w:p>
      <w:pPr>
        <w:keepNext w:val="0"/>
        <w:keepLines/>
        <w:spacing w:after="120" w:line="283" w:lineRule="auto"/>
      </w:pPr>
      <w:r>
        <w:rPr>
          <w:i w:val="0"/>
        </w:rPr>
        <w:t>Panda traits are high-expression rather than cosmetic. Rounded black ears sit through the hair, and a compact panda tail breaks the line of his lower clothing. Fur covers the shins, feet, forearms, neck, and sides of the torso while the face, head, hands, and front abdomen remain predominantly exposed. The distribution explains the triplets’ inheritance. Lucius takes the panda-dominant coverage and dark mass. Kumoko divides panda and red-panda color across one red-panda-shaped body. Elara favors Kurnoma’s red-panda line while retaining Darius’s black foundation in her hair.</w:t>
      </w:r>
    </w:p>
    <w:p>
      <w:pPr>
        <w:keepNext w:val="0"/>
        <w:keepLines/>
        <w:spacing w:after="120" w:line="283" w:lineRule="auto"/>
      </w:pPr>
      <w:r>
        <w:rPr>
          <w:i w:val="0"/>
        </w:rPr>
        <w:t>Rage changes the silhouette mechanically. Stored fat burns away at unnatural speed and reveals densely separated muscle; fur spreads over more of the body; the stance lowers; and the broad tank becomes a shredded pursuit animal without losing overall mass. This is not a painless transformation or a cosmetic power-up. The energy has to come from somewhere. The heat, metabolic demand, and post-state crash are the bodily cost of converting reserve into immediate violence.</w:t>
      </w:r>
    </w:p>
    <w:p>
      <w:pPr>
        <w:keepNext w:val="0"/>
        <w:keepLines/>
        <w:spacing w:after="120" w:line="283" w:lineRule="auto"/>
      </w:pPr>
      <w:r>
        <w:rPr>
          <w:i w:val="0"/>
        </w:rPr>
        <w:t>His adventuring clothing favors reinforced sleeveless or short-sleeved layers that do not obstruct forearm fur, weapon rotation, or sudden changes in grip width. Belts and dimensional-storage harness cues matter less for literal storage than for habit: he dresses like someone who expects a weapon to arrive but refuses to trust arrival as the only plan. Gauntlet bracing, heavy boots fitted around furred feet, and impact-resistant waist protection allow Common cleavers, twin axes, colossal greatswords, and Mythic crystal-metal to be used without rebuilding the outfit after every pull.</w:t>
      </w:r>
    </w:p>
    <w:p>
      <w:pPr>
        <w:pStyle w:val="Heading2"/>
        <w:keepNext/>
        <w:keepLines/>
      </w:pPr>
      <w:r>
        <w:t>Temperament &amp; Interior Life</w:t>
      </w:r>
    </w:p>
    <w:p>
      <w:pPr>
        <w:keepNext w:val="0"/>
        <w:keepLines/>
        <w:spacing w:after="120" w:line="283" w:lineRule="auto"/>
      </w:pPr>
      <w:r>
        <w:rPr>
          <w:i w:val="0"/>
        </w:rPr>
        <w:t>The Darius remembered by the early ledger is physical but not stupid, intimidating but not theatrically cruel. He thinks through commitment, pressure, and consequence. His magic is weaker when treated as distant spellcasting, so he refuses to pretend to be the kind of mage he is not. He puts Earth into the landing, Wind into the acceleration, Shadow into the angle, and Psyonic pressure into the moment the weapon connects. The philosophy extends beyond combat: if an idea cannot survive contact with reality, he would rather strike it once than discuss it forever.</w:t>
      </w:r>
    </w:p>
    <w:p>
      <w:pPr>
        <w:keepNext w:val="0"/>
        <w:keepLines/>
        <w:spacing w:after="120" w:line="283" w:lineRule="auto"/>
      </w:pPr>
      <w:r>
        <w:rPr>
          <w:i w:val="0"/>
        </w:rPr>
        <w:t>With Kurnoma he was affectionate, attracted, playful, and comfortable being the more visible half of the pair. She teased, flirted, cooked, locked in emotionally when the moment required seriousness, and allowed him to feel powerful without lying about the work she was doing. Darius’s best dynamic with her is not protector and protected. It is hammer and hand: he creates the undeniable event; she decides where that event can happen safely.</w:t>
      </w:r>
    </w:p>
    <w:p>
      <w:pPr>
        <w:keepNext w:val="0"/>
        <w:keepLines/>
        <w:spacing w:after="120" w:line="283" w:lineRule="auto"/>
      </w:pPr>
      <w:r>
        <w:rPr>
          <w:i w:val="0"/>
        </w:rPr>
        <w:t>His leadership, where the older material remains reliable, favors correction without humiliation. Fear makes people rigid; shame makes them sloppy. That ethic makes his disappearance more morally dissonant. A man who understood that dignity improved performance still left Kurnoma to manage pregnancy aftermath, infants, adopted children, work, and danger. The databook does not resolve the dissonance by inventing a secret noble mission. It records it as an open wound in the character.</w:t>
      </w:r>
    </w:p>
    <w:p>
      <w:pPr>
        <w:keepNext w:val="0"/>
        <w:keepLines/>
        <w:spacing w:after="120" w:line="283" w:lineRule="auto"/>
      </w:pPr>
      <w:r>
        <w:rPr>
          <w:i w:val="0"/>
        </w:rPr>
        <w:t>Darius’s largest flaw is not randomness. Weapon Gacha is random, but he learned to improvise around it. His deeper flaw is the capacity to let forward motion become an answer to an emotional problem. Momentum rewards continuing. Rage rewards burning reserve rather than stopping. A man built around those systems may find retreat, confession, and stillness harder than another battle. That is interpretation, not an excuse. Whatever internal conflict existed, the people he left paid its cost.</w:t>
      </w:r>
    </w:p>
    <w:p>
      <w:pPr>
        <w:keepNext w:val="0"/>
        <w:keepLines/>
        <w:spacing w:after="120" w:line="283" w:lineRule="auto"/>
      </w:pPr>
      <w:r>
        <w:rPr>
          <w:i w:val="0"/>
        </w:rPr>
        <w:t>His present psychological state is unknowable. A Missing classification cannot carry current likes, loyalties, sanity, or intent. Any return would therefore be treated as both reunion and threat assessment. Kurnoma’s love does not erase twenty years. Lucius’s resemblance does not create obligation. Kumoko’s curiosity does not guarantee forgiveness. Elara would notice every evasion. Suki and Theo would evaluate the man against the mother who stayed. Darius would have to enter the home as a claimant with evidence, not as a father entitled to his old position.</w:t>
      </w:r>
    </w:p>
    <w:p>
      <w:pPr>
        <w:pStyle w:val="Heading2"/>
        <w:keepNext/>
        <w:keepLines/>
      </w:pPr>
      <w:r>
        <w:t>Position in the World</w:t>
      </w:r>
    </w:p>
    <w:p>
      <w:pPr>
        <w:keepNext w:val="0"/>
        <w:keepLines/>
        <w:spacing w:after="120" w:line="283" w:lineRule="auto"/>
      </w:pPr>
      <w:r>
        <w:rPr>
          <w:i w:val="0"/>
        </w:rPr>
        <w:t>Before disappearance, Darius occupied the public-facing half of the original adventurer pair. His A-Rank duel record established raw credibility; later material places him at S Rank, reflecting the strategic danger of an adaptive weapon specialist whose pull quality can climb through Pity, Rage, Legendary sequences, and rare Mythic intervention. He was a formation breaker: the person sent through the obstruction once Kurnoma had made the obstruction vulnerable.</w:t>
      </w:r>
    </w:p>
    <w:p>
      <w:pPr>
        <w:keepNext w:val="0"/>
        <w:keepLines/>
        <w:spacing w:after="120" w:line="283" w:lineRule="auto"/>
      </w:pPr>
      <w:r>
        <w:rPr>
          <w:i w:val="0"/>
        </w:rPr>
        <w:t>Weapon Gacha made him politically difficult to catalogue. A predictable S-Rank swordsman can be counter-equipped. Darius might begin with an unimbued cleaver, transition through wind axes, call a gravity-reinforced Legendary greatsword, and—on an exceptional pull—place a sentient Moonlight Greatsword on the field. Every response plan had to account not only for what he held but for what he could refuse, recall, or leave available for someone else to seize.</w:t>
      </w:r>
    </w:p>
    <w:p>
      <w:pPr>
        <w:keepNext w:val="0"/>
        <w:keepLines/>
        <w:spacing w:after="120" w:line="283" w:lineRule="auto"/>
      </w:pPr>
      <w:r>
        <w:rPr>
          <w:i w:val="0"/>
        </w:rPr>
        <w:t>His current position is absence with continuing strategic relevance. Old weapons may still recognize him. Enemies may seek him for access to Kurnoma’s forge pool or the hereditary Art. Institutions may treat the Missing label as a dormant S-Rank incident. The family treats it more personally: a question that may never be answered but cannot be permitted to overwrite the life Kurnoma built afterward.</w:t>
      </w:r>
    </w:p>
    <w:p>
      <w:pPr>
        <w:pStyle w:val="Heading2"/>
        <w:keepNext/>
        <w:keepLines/>
      </w:pPr>
      <w:r>
        <w:t>Powers, Abilities &amp; Combat Systems</w:t>
      </w:r>
    </w:p>
    <w:p>
      <w:pPr>
        <w:pStyle w:val="Heading3"/>
        <w:keepNext/>
        <w:keepLines/>
      </w:pPr>
      <w:r>
        <w:t>Weapon Gacha</w:t>
      </w:r>
    </w:p>
    <w:p>
      <w:pPr>
        <w:keepNext/>
        <w:spacing w:after="80"/>
      </w:pPr>
      <w:r>
        <w:rPr>
          <w:b/>
          <w:color w:val="2E7D69"/>
          <w:sz w:val="17"/>
        </w:rPr>
        <w:t>HEREDITARY BLOODLINE ART</w:t>
      </w:r>
    </w:p>
    <w:p>
      <w:pPr>
        <w:keepNext w:val="0"/>
        <w:keepLines/>
        <w:spacing w:after="120" w:line="283" w:lineRule="auto"/>
      </w:pPr>
      <w:r>
        <w:rPr>
          <w:i w:val="0"/>
        </w:rPr>
        <w:t>Function. Weapon Gacha fuses inherited weapon summoning and dimensional equipment storage into an eight-slot adaptive arsenal. A pull materializes in Darius’s hands inside a blue crystalline shell that shatters on impact or the first swing. Common, Rare, Legendary, and Mythic results obey different craft and imbuement rules.</w:t>
      </w:r>
    </w:p>
    <w:p>
      <w:pPr>
        <w:keepNext w:val="0"/>
        <w:keepLines/>
        <w:spacing w:after="120" w:line="283" w:lineRule="auto"/>
      </w:pPr>
      <w:r>
        <w:rPr>
          <w:i w:val="0"/>
        </w:rPr>
        <w:t>Field application. In practice, Darius uses this capability as a live tactical lottery whose value comes from improvisation rather than certainty. Airborne summons and chained calls allow him to change reach and threat angle mid-sequence. Once a weapon has been swung it remains in the world, making the battlefield itself accumulate options—and theft risks.</w:t>
      </w:r>
    </w:p>
    <w:p>
      <w:pPr>
        <w:keepNext w:val="0"/>
        <w:keepLines/>
        <w:spacing w:after="120" w:line="283" w:lineRule="auto"/>
      </w:pPr>
      <w:r>
        <w:rPr>
          <w:i w:val="0"/>
        </w:rPr>
        <w:t>System interaction. Rejecting a pull adds Pity and imposes a seven-second cooldown; five Pity guarantees Rare or better. Rage is the strongest quality modifier. Kurnoma’s hidden probability pressure historically improved the survival and timing around favorable pulls without eliminating the Art’s genuine randomness.</w:t>
      </w:r>
    </w:p>
    <w:p>
      <w:pPr>
        <w:keepNext w:val="0"/>
        <w:keepLines/>
        <w:spacing w:after="120" w:line="283" w:lineRule="auto"/>
      </w:pPr>
      <w:r>
        <w:rPr>
          <w:i w:val="0"/>
        </w:rPr>
        <w:t>Limits and counterplay. Darius cannot cancel a weapon already materializing. Recalling an exact model locks it for the rest of the day. Weapons can break permanently while not held, and enemies with sufficient strength or elemental resistance can pick them up after the first swing. Option density becomes dangerous clutter if control of the field is lost.</w:t>
      </w:r>
    </w:p>
    <w:p>
      <w:pPr>
        <w:keepNext w:val="0"/>
        <w:keepLines/>
        <w:spacing w:after="120" w:line="283" w:lineRule="auto"/>
      </w:pPr>
      <w:r>
        <w:rPr>
          <w:i w:val="0"/>
        </w:rPr>
        <w:t>Archive note. The blue shell is both arrival flare and warning. It briefly conceals the exact weapon profile, then fractures into crystalline light as the first motion begins. The Art made Darius the visible star of early contracts and allowed Lady Luck’s subtler architecture to remain hidden behind his spectacular draws.</w:t>
      </w:r>
    </w:p>
    <w:p>
      <w:pPr>
        <w:pStyle w:val="Heading3"/>
        <w:keepNext/>
        <w:keepLines/>
      </w:pPr>
      <w:r>
        <w:t>Pity &amp; Gacha Jackpot</w:t>
      </w:r>
    </w:p>
    <w:p>
      <w:pPr>
        <w:keepNext/>
        <w:spacing w:after="80"/>
      </w:pPr>
      <w:r>
        <w:rPr>
          <w:b/>
          <w:color w:val="2E7D69"/>
          <w:sz w:val="17"/>
        </w:rPr>
        <w:t>WEAPON GACHA ESCALATION</w:t>
      </w:r>
    </w:p>
    <w:p>
      <w:pPr>
        <w:keepNext w:val="0"/>
        <w:keepLines/>
        <w:spacing w:after="120" w:line="283" w:lineRule="auto"/>
      </w:pPr>
      <w:r>
        <w:rPr>
          <w:i w:val="0"/>
        </w:rPr>
        <w:t>Function. Pity converts rejected pulls into rising quality assurance. At five stacks the next accepted result is guaranteed Rare or higher. An extraordinarily rare Gacha Jackpot requires at least five Legendary calls in sequence and grants seven minutes seven seconds of manual weapon selection.</w:t>
      </w:r>
    </w:p>
    <w:p>
      <w:pPr>
        <w:keepNext w:val="0"/>
        <w:keepLines/>
        <w:spacing w:after="120" w:line="283" w:lineRule="auto"/>
      </w:pPr>
      <w:r>
        <w:rPr>
          <w:i w:val="0"/>
        </w:rPr>
        <w:t>Field application. In practice, Darius uses this capability as a reason to reject an immediately useful but strategically poor tool when Darius believes he can survive the seven-second vulnerability. The positive heat and pressure in his chest tell him Pity is accumulating, turning an invisible probability state into bodily information.</w:t>
      </w:r>
    </w:p>
    <w:p>
      <w:pPr>
        <w:keepNext w:val="0"/>
        <w:keepLines/>
        <w:spacing w:after="120" w:line="283" w:lineRule="auto"/>
      </w:pPr>
      <w:r>
        <w:rPr>
          <w:i w:val="0"/>
        </w:rPr>
        <w:t>System interaction. Manual choice during Jackpot transforms Darius from adaptive improviser into deliberate arsenal conductor. Momentum and Flow Arts can be planned across exact weapon transitions instead of discovered in real time.</w:t>
      </w:r>
    </w:p>
    <w:p>
      <w:pPr>
        <w:keepNext w:val="0"/>
        <w:keepLines/>
        <w:spacing w:after="120" w:line="283" w:lineRule="auto"/>
      </w:pPr>
      <w:r>
        <w:rPr>
          <w:i w:val="0"/>
        </w:rPr>
        <w:t>Limits and counterplay. The base Jackpot chance is 0.001 percent and cannot be treated as dependable doctrine. Fishing for Pity can kill him during the cooldown. Rage can improve the pull environment while degrading judgment about whether a rejected weapon was already good enough.</w:t>
      </w:r>
    </w:p>
    <w:p>
      <w:pPr>
        <w:keepNext w:val="0"/>
        <w:keepLines/>
        <w:spacing w:after="120" w:line="283" w:lineRule="auto"/>
      </w:pPr>
      <w:r>
        <w:rPr>
          <w:i w:val="0"/>
        </w:rPr>
        <w:t>Archive note. Pity appears as increasing warmth and pressure behind the sternum; Jackpot would turn the usual uncertain crystalline summons into a sequence that responds to conscious selection. Its famous rarity helped blur the distinction between Darius’s own fortune and the unseen woman elites called Lady Luck.</w:t>
      </w:r>
    </w:p>
    <w:p>
      <w:pPr>
        <w:pStyle w:val="Heading3"/>
        <w:keepNext/>
        <w:keepLines/>
      </w:pPr>
      <w:r>
        <w:t>Rage Conversion</w:t>
      </w:r>
    </w:p>
    <w:p>
      <w:pPr>
        <w:keepNext/>
        <w:spacing w:after="80"/>
      </w:pPr>
      <w:r>
        <w:rPr>
          <w:b/>
          <w:color w:val="2E7D69"/>
          <w:sz w:val="17"/>
        </w:rPr>
        <w:t>BEAST-FOLK ESCALATION STATE</w:t>
      </w:r>
    </w:p>
    <w:p>
      <w:pPr>
        <w:keepNext w:val="0"/>
        <w:keepLines/>
        <w:spacing w:after="120" w:line="283" w:lineRule="auto"/>
      </w:pPr>
      <w:r>
        <w:rPr>
          <w:i w:val="0"/>
        </w:rPr>
        <w:t>Function. Rage burns stored fat into immediately available muscular definition, spreads panda fur across more of the body, raises physical output, and increases the responsiveness of high-rarity or sentient weapons. It is a metabolic conversion of reserve into force rather than a free transformation.</w:t>
      </w:r>
    </w:p>
    <w:p>
      <w:pPr>
        <w:keepNext w:val="0"/>
        <w:keepLines/>
        <w:spacing w:after="120" w:line="283" w:lineRule="auto"/>
      </w:pPr>
      <w:r>
        <w:rPr>
          <w:i w:val="0"/>
        </w:rPr>
        <w:t>Field application. In practice, Darius uses this capability as an emergency breaker state used when ordinary adaptation has failed and the encounter must be ended before the body’s reserve is exhausted. The lower stance, increased musculature, and extended fur allow more brutal acceleration and impact tolerance.</w:t>
      </w:r>
    </w:p>
    <w:p>
      <w:pPr>
        <w:keepNext w:val="0"/>
        <w:keepLines/>
        <w:spacing w:after="120" w:line="283" w:lineRule="auto"/>
      </w:pPr>
      <w:r>
        <w:rPr>
          <w:i w:val="0"/>
        </w:rPr>
        <w:t>System interaction. Weapon Gacha treats Rage as its major positive modifier. Mythic weapons can become more active or autonomous, while Earth reinforcement and Impact Arts exploit the denser frame.</w:t>
      </w:r>
    </w:p>
    <w:p>
      <w:pPr>
        <w:keepNext w:val="0"/>
        <w:keepLines/>
        <w:spacing w:after="120" w:line="283" w:lineRule="auto"/>
      </w:pPr>
      <w:r>
        <w:rPr>
          <w:i w:val="0"/>
        </w:rPr>
        <w:t>Limits and counterplay. The state is barely controllable, overheats the body, consumes reserve, narrows judgment, and leaves a severe recovery burden. Kurnoma’s eyes and presence are the established anchor; without her, the current control condition is unknown.</w:t>
      </w:r>
    </w:p>
    <w:p>
      <w:pPr>
        <w:keepNext w:val="0"/>
        <w:keepLines/>
        <w:spacing w:after="120" w:line="283" w:lineRule="auto"/>
      </w:pPr>
      <w:r>
        <w:rPr>
          <w:i w:val="0"/>
        </w:rPr>
        <w:t>Archive note. Fur advances over the silhouette as the strong-fat build sharpens into separated muscle. The bright green eyes remain tied to Kurnoma even when the rest of the face becomes harder to recognize. The anchor rule is one of the most painful unresolved details of his disappearance: the person most able to reach him is the person he left.</w:t>
      </w:r>
    </w:p>
    <w:p>
      <w:pPr>
        <w:pStyle w:val="Heading3"/>
        <w:keepNext/>
        <w:keepLines/>
      </w:pPr>
      <w:r>
        <w:t>Momentum, Flow &amp; Impact Arts</w:t>
      </w:r>
    </w:p>
    <w:p>
      <w:pPr>
        <w:keepNext/>
        <w:spacing w:after="80"/>
      </w:pPr>
      <w:r>
        <w:rPr>
          <w:b/>
          <w:color w:val="2E7D69"/>
          <w:sz w:val="17"/>
        </w:rPr>
        <w:t>WEAPON ART TRIAD</w:t>
      </w:r>
    </w:p>
    <w:p>
      <w:pPr>
        <w:keepNext w:val="0"/>
        <w:keepLines/>
        <w:spacing w:after="120" w:line="283" w:lineRule="auto"/>
      </w:pPr>
      <w:r>
        <w:rPr>
          <w:i w:val="0"/>
        </w:rPr>
        <w:t>Function. Momentum carries force across weapon changes, Flow removes hesitation between incompatible grips, and Impact determines how that accumulated force enters the target. Known calls include Momentum Flow: Rolling Tempest, Impact Form: Mountain King’s Descent, and Momentum Flow: Cyclone Crash.</w:t>
      </w:r>
    </w:p>
    <w:p>
      <w:pPr>
        <w:keepNext w:val="0"/>
        <w:keepLines/>
        <w:spacing w:after="120" w:line="283" w:lineRule="auto"/>
      </w:pPr>
      <w:r>
        <w:rPr>
          <w:i w:val="0"/>
        </w:rPr>
        <w:t>Field application. In practice, Darius uses this capability as the grammar that makes random weapons look intentional. A cleaver swing can become the rotation for twin axes; an axe release can become the shoulder line for a colossal greatsword; a failed strike can preserve motion as a reposition instead of becoming dead recovery.</w:t>
      </w:r>
    </w:p>
    <w:p>
      <w:pPr>
        <w:keepNext w:val="0"/>
        <w:keepLines/>
        <w:spacing w:after="120" w:line="283" w:lineRule="auto"/>
      </w:pPr>
      <w:r>
        <w:rPr>
          <w:i w:val="0"/>
        </w:rPr>
        <w:t>System interaction. Wind accelerates the chain, Earth stabilizes the landing, Shadow obscures the transition, and Psyonic force makes the target misread which blow was real or lose the will to answer the next.</w:t>
      </w:r>
    </w:p>
    <w:p>
      <w:pPr>
        <w:keepNext w:val="0"/>
        <w:keepLines/>
        <w:spacing w:after="120" w:line="283" w:lineRule="auto"/>
      </w:pPr>
      <w:r>
        <w:rPr>
          <w:i w:val="0"/>
        </w:rPr>
        <w:t>Limits and counterplay. Momentum can be redirected, Flow can be interrupted by injury or bad terrain, and Impact cannot compensate for a weapon whose geometry is fundamentally wrong for the space. Repetition also teaches elite opponents the connective rhythm.</w:t>
      </w:r>
    </w:p>
    <w:p>
      <w:pPr>
        <w:keepNext w:val="0"/>
        <w:keepLines/>
        <w:spacing w:after="120" w:line="283" w:lineRule="auto"/>
      </w:pPr>
      <w:r>
        <w:rPr>
          <w:i w:val="0"/>
        </w:rPr>
        <w:t>Archive note. Darius appears less like a collector switching equipment than a storm whose shape happens to change at each rotation. These Arts established his identity as a physical fighter rather than a conventional mage despite the breadth of his elemental access.</w:t>
      </w:r>
    </w:p>
    <w:p>
      <w:pPr>
        <w:pStyle w:val="Heading3"/>
        <w:keepNext/>
        <w:keepLines/>
      </w:pPr>
      <w:r>
        <w:t>Earth &amp; Wind Imbuement</w:t>
      </w:r>
    </w:p>
    <w:p>
      <w:pPr>
        <w:keepNext/>
        <w:spacing w:after="80"/>
      </w:pPr>
      <w:r>
        <w:rPr>
          <w:b/>
          <w:color w:val="2E7D69"/>
          <w:sz w:val="17"/>
        </w:rPr>
        <w:t>WEAPON-CHANNELED MAGIC</w:t>
      </w:r>
    </w:p>
    <w:p>
      <w:pPr>
        <w:keepNext w:val="0"/>
        <w:keepLines/>
        <w:spacing w:after="120" w:line="283" w:lineRule="auto"/>
      </w:pPr>
      <w:r>
        <w:rPr>
          <w:i w:val="0"/>
        </w:rPr>
        <w:t>Function. Earth anchors Darius, fractures terrain, reinforces weapon mass, and converts landings into shock. Wind accelerates jumps, swings, cross-cuts, and recovery. The Rare Twin Wind-Edged Axes and Legendary Stoneheart Colossus Greatsword exemplify the two schools.</w:t>
      </w:r>
    </w:p>
    <w:p>
      <w:pPr>
        <w:keepNext w:val="0"/>
        <w:keepLines/>
        <w:spacing w:after="120" w:line="283" w:lineRule="auto"/>
      </w:pPr>
      <w:r>
        <w:rPr>
          <w:i w:val="0"/>
        </w:rPr>
        <w:t>Field application. In practice, Darius uses this capability as a way to turn environment and weapon rarity into physical leverage rather than trading distant spells. Earth makes the wrong weapon harder to stop; Wind makes the right weapon arrive before its weight should permit.</w:t>
      </w:r>
    </w:p>
    <w:p>
      <w:pPr>
        <w:keepNext w:val="0"/>
        <w:keepLines/>
        <w:spacing w:after="120" w:line="283" w:lineRule="auto"/>
      </w:pPr>
      <w:r>
        <w:rPr>
          <w:i w:val="0"/>
        </w:rPr>
        <w:t>System interaction. Mountain King’s Descent uses Earth to make commitment terminal. Hurricane Cross and Rolling Tempest use Wind to keep chained pulls from stalling. Kurnoma’s probability adjustments historically placed footing where those effects could matter.</w:t>
      </w:r>
    </w:p>
    <w:p>
      <w:pPr>
        <w:keepNext w:val="0"/>
        <w:keepLines/>
        <w:spacing w:after="120" w:line="283" w:lineRule="auto"/>
      </w:pPr>
      <w:r>
        <w:rPr>
          <w:i w:val="0"/>
        </w:rPr>
        <w:t>Limits and counterplay. Darius’s raw spellcasting is weaker. Separating him from weapons, denying stable terrain, or forcing delicate ranged shaping reduces both schools. Earth can overcommit him; Wind can carry him into a trap.</w:t>
      </w:r>
    </w:p>
    <w:p>
      <w:pPr>
        <w:keepNext w:val="0"/>
        <w:keepLines/>
        <w:spacing w:after="120" w:line="283" w:lineRule="auto"/>
      </w:pPr>
      <w:r>
        <w:rPr>
          <w:i w:val="0"/>
        </w:rPr>
        <w:t>Archive note. Earth effects read as weight, cracking ground, and a sudden refusal to move. Wind appears as compressed wake lines around axes, braids, clothing, and the leading edge of a jump. The two elements made him legible enough for the Registry to rank, even while Shadow, Psyonic pressure, and Lady Luck remained less visible.</w:t>
      </w:r>
    </w:p>
    <w:p>
      <w:pPr>
        <w:pStyle w:val="Heading3"/>
        <w:keepNext/>
        <w:keepLines/>
      </w:pPr>
      <w:r>
        <w:t>Shadow &amp; Psyonic Pressure</w:t>
      </w:r>
    </w:p>
    <w:p>
      <w:pPr>
        <w:keepNext/>
        <w:spacing w:after="80"/>
      </w:pPr>
      <w:r>
        <w:rPr>
          <w:b/>
          <w:color w:val="2E7D69"/>
          <w:sz w:val="17"/>
        </w:rPr>
        <w:t>CONTROL MAGIC</w:t>
      </w:r>
    </w:p>
    <w:p>
      <w:pPr>
        <w:keepNext w:val="0"/>
        <w:keepLines/>
        <w:spacing w:after="120" w:line="283" w:lineRule="auto"/>
      </w:pPr>
      <w:r>
        <w:rPr>
          <w:i w:val="0"/>
        </w:rPr>
        <w:t>Function. Shadow disrupts perception, angle, and presence through False Step-style misdirection. Psyonic magic pushes hallucination, fear, disorientation, phantom attacks, and loss of will through the physical certainty of weapon impact.</w:t>
      </w:r>
    </w:p>
    <w:p>
      <w:pPr>
        <w:keepNext w:val="0"/>
        <w:keepLines/>
        <w:spacing w:after="120" w:line="283" w:lineRule="auto"/>
      </w:pPr>
      <w:r>
        <w:rPr>
          <w:i w:val="0"/>
        </w:rPr>
        <w:t>Field application. In practice, Darius uses this capability as a control layer that makes Darius more than a stat check. The target may block the steel and still lose confidence in where the next weapon will appear, which motion belongs to Darius, or whether its own fear is evidence.</w:t>
      </w:r>
    </w:p>
    <w:p>
      <w:pPr>
        <w:keepNext w:val="0"/>
        <w:keepLines/>
        <w:spacing w:after="120" w:line="283" w:lineRule="auto"/>
      </w:pPr>
      <w:r>
        <w:rPr>
          <w:i w:val="0"/>
        </w:rPr>
        <w:t>System interaction. A false angle preserves Momentum. A phantom attack creates the flinch needed for Impact. Kurnoma’s Illusion and pheromonal influence can stack with Psyonic pressure until elite observers realize the battle’s emotional weather is engineered.</w:t>
      </w:r>
    </w:p>
    <w:p>
      <w:pPr>
        <w:keepNext w:val="0"/>
        <w:keepLines/>
        <w:spacing w:after="120" w:line="283" w:lineRule="auto"/>
      </w:pPr>
      <w:r>
        <w:rPr>
          <w:i w:val="0"/>
        </w:rPr>
        <w:t>Limits and counterplay. Strong psychic discipline, nonvisual sensing, mindless targets, and wide-area attacks reduce the value of perceptual disruption. Because Darius channels rather than traditionally casts, disarming and range denial are serious counters.</w:t>
      </w:r>
    </w:p>
    <w:p>
      <w:pPr>
        <w:keepNext w:val="0"/>
        <w:keepLines/>
        <w:spacing w:after="120" w:line="283" w:lineRule="auto"/>
      </w:pPr>
      <w:r>
        <w:rPr>
          <w:i w:val="0"/>
        </w:rPr>
        <w:t>Archive note. Shadow leaves incomplete afterimages and false steps; Psyonic force is read more in the target’s delayed fear and broken posture than in a visible projectile. These quieter schools are why opponents who prepared only for a giant panda with a greatsword often lost before the greatsword arrived.</w:t>
      </w:r>
    </w:p>
    <w:p>
      <w:pPr>
        <w:pStyle w:val="Heading3"/>
        <w:keepNext/>
        <w:keepLines/>
      </w:pPr>
      <w:r>
        <w:t>Moonlight Greatsword</w:t>
      </w:r>
    </w:p>
    <w:p>
      <w:pPr>
        <w:keepNext/>
        <w:spacing w:after="80"/>
      </w:pPr>
      <w:r>
        <w:rPr>
          <w:b/>
          <w:color w:val="2E7D69"/>
          <w:sz w:val="17"/>
        </w:rPr>
        <w:t>KNOWN MYTHIC GACHA WEAPON</w:t>
      </w:r>
    </w:p>
    <w:p>
      <w:pPr>
        <w:keepNext w:val="0"/>
        <w:keepLines/>
        <w:spacing w:after="120" w:line="283" w:lineRule="auto"/>
      </w:pPr>
      <w:r>
        <w:rPr>
          <w:i w:val="0"/>
        </w:rPr>
        <w:t>Function. The Moonlight Greatsword is a sentient, autonomous-capable Mythic of living blue-luminous crystal-metal. Its edge can cut at a reality-adjacent level, project crescent waves and piercing beams, repair itself, absorb ambient energy, and stabilize nearby summons.</w:t>
      </w:r>
    </w:p>
    <w:p>
      <w:pPr>
        <w:keepNext w:val="0"/>
        <w:keepLines/>
        <w:spacing w:after="120" w:line="283" w:lineRule="auto"/>
      </w:pPr>
      <w:r>
        <w:rPr>
          <w:i w:val="0"/>
        </w:rPr>
        <w:t>Field application. In practice, Darius uses this capability as the rare pull that supplies range, independent coverage, and a coherent partner rather than a disposable tool. Autonomous arcs allow Darius to maintain pressure while changing weapons or recovering from a committed swing.</w:t>
      </w:r>
    </w:p>
    <w:p>
      <w:pPr>
        <w:keepNext w:val="0"/>
        <w:keepLines/>
        <w:spacing w:after="120" w:line="283" w:lineRule="auto"/>
      </w:pPr>
      <w:r>
        <w:rPr>
          <w:i w:val="0"/>
        </w:rPr>
        <w:t>System interaction. Rage and Gacha Jackpot amplify the sword’s responsiveness. Kurnoma’s regenerative forge created and stabilized the material, linking the weapon to both members of the old partnership.</w:t>
      </w:r>
    </w:p>
    <w:p>
      <w:pPr>
        <w:keepNext w:val="0"/>
        <w:keepLines/>
        <w:spacing w:after="120" w:line="283" w:lineRule="auto"/>
      </w:pPr>
      <w:r>
        <w:rPr>
          <w:i w:val="0"/>
        </w:rPr>
        <w:t>Limits and counterplay. Mythic arrival is not guaranteed. Sentience means judgment. The sword can be damaged, exhausted, or placed in conflict with a wielder whose present motives no longer match the relationship it remembers.</w:t>
      </w:r>
    </w:p>
    <w:p>
      <w:pPr>
        <w:keepNext w:val="0"/>
        <w:keepLines/>
        <w:spacing w:after="120" w:line="283" w:lineRule="auto"/>
      </w:pPr>
      <w:r>
        <w:rPr>
          <w:i w:val="0"/>
        </w:rPr>
        <w:t>Archive note. Translucent blue light moves inside the blade like moonlight trapped beneath water; ranged cuts leave cold crescents through the field. If Darius returns, the response of this weapon may provide better evidence of who he has become than any spoken explanation.</w:t>
      </w:r>
    </w:p>
    <w:p>
      <w:pPr>
        <w:pStyle w:val="Heading2"/>
        <w:keepNext/>
        <w:keepLines/>
      </w:pPr>
      <w:r>
        <w:t>Equipment &amp; Weapon Doctrine</w:t>
      </w:r>
    </w:p>
    <w:p>
      <w:pPr>
        <w:keepNext w:val="0"/>
        <w:keepLines/>
        <w:spacing w:after="120" w:line="283" w:lineRule="auto"/>
      </w:pPr>
      <w:r>
        <w:rPr>
          <w:i w:val="0"/>
        </w:rPr>
        <w:t>Heavy Cleaver Blade is the known Common exemplar: procedural, physical, unimbued, and brutally honest. It proves that Weapon Gacha is not an automatic legendary dispenser. Darius’s skill must make a plain slab of cutting mass useful before the Art owes him anything better.</w:t>
      </w:r>
    </w:p>
    <w:p>
      <w:pPr>
        <w:keepNext w:val="0"/>
        <w:keepLines/>
        <w:spacing w:after="120" w:line="283" w:lineRule="auto"/>
      </w:pPr>
      <w:r>
        <w:rPr>
          <w:i w:val="0"/>
        </w:rPr>
        <w:t>Twin Wind-Edged Axes are Rare, carrying a weak Wind imbuement. Their value is not raw elemental damage but acceleration and chain geometry. Darius can cross, release, recapture, or use the rotational demand of one axe to prepare the next pull.</w:t>
      </w:r>
    </w:p>
    <w:p>
      <w:pPr>
        <w:keepNext w:val="0"/>
        <w:keepLines/>
        <w:spacing w:after="120" w:line="283" w:lineRule="auto"/>
      </w:pPr>
      <w:r>
        <w:rPr>
          <w:i w:val="0"/>
        </w:rPr>
        <w:t>Stoneheart Colossus Greatsword is Legendary, Earth-imbued and gravity-reinforced. It is a weapon for making a location regret being beneath him. Mountain King’s Descent and Cyclone Crash translate its impossible mass into terminal commitment, though the same commitment can be baited.</w:t>
      </w:r>
    </w:p>
    <w:p>
      <w:pPr>
        <w:keepNext w:val="0"/>
        <w:keepLines/>
        <w:spacing w:after="120" w:line="283" w:lineRule="auto"/>
      </w:pPr>
      <w:r>
        <w:rPr>
          <w:i w:val="0"/>
        </w:rPr>
        <w:t>The Moonlight Greatsword is the known Mythic. Unlike a tool, it can act, judge, stabilize, and remember. Its living arcane crystal-metal originated in Kurnoma’s regenerative metallurgy. It therefore belongs to the unresolved emotional history of both spouses as much as to Darius’s arsenal.</w:t>
      </w:r>
    </w:p>
    <w:p>
      <w:pPr>
        <w:pStyle w:val="Heading2"/>
        <w:keepNext/>
        <w:keepLines/>
      </w:pPr>
      <w:r>
        <w:t>Combat Doctrine</w:t>
      </w:r>
    </w:p>
    <w:p>
      <w:pPr>
        <w:keepNext w:val="0"/>
        <w:keepLines/>
        <w:spacing w:after="120" w:line="283" w:lineRule="auto"/>
      </w:pPr>
      <w:r>
        <w:rPr>
          <w:i w:val="0"/>
        </w:rPr>
        <w:t>Darius begins by accepting uncertainty. The first pull is information: not only what weapon arrived, but how the enemy responds to the arrival. A rush to exploit a Common result may be better than rejecting into seven seconds of exposure. Against a prepared superior, he may deliberately reject, build Pity, and use movement or Kurnoma’s control to survive until quality rises.</w:t>
      </w:r>
    </w:p>
    <w:p>
      <w:pPr>
        <w:keepNext w:val="0"/>
        <w:keepLines/>
        <w:spacing w:after="120" w:line="283" w:lineRule="auto"/>
      </w:pPr>
      <w:r>
        <w:rPr>
          <w:i w:val="0"/>
        </w:rPr>
        <w:t>His second doctrine is continuity. Every swing should preserve something—rotation, foot placement, fear, terrain fracture, or the opponent’s defensive commitment—that the next weapon can inherit. This is why Momentum and Flow matter more than conventional mastery of one blade. The arsenal is random; the body is the constant that makes randomness look like style.</w:t>
      </w:r>
    </w:p>
    <w:p>
      <w:pPr>
        <w:keepNext w:val="0"/>
        <w:keepLines/>
        <w:spacing w:after="120" w:line="283" w:lineRule="auto"/>
      </w:pPr>
      <w:r>
        <w:rPr>
          <w:i w:val="0"/>
        </w:rPr>
        <w:t>His third doctrine is will-breaking. Shadow makes the angle uncertain. Psyonic pressure makes uncertainty emotionally expensive. Earth makes the landing undeniable. Wind compresses the interval. Impact makes the chosen contact feel like proof that resistance was a mistake. Darius does not out-cast a mage; he forces magic to arrive through the event the mage failed to stop.</w:t>
      </w:r>
    </w:p>
    <w:p>
      <w:pPr>
        <w:keepNext w:val="0"/>
        <w:keepLines/>
        <w:spacing w:after="120" w:line="283" w:lineRule="auto"/>
      </w:pPr>
      <w:r>
        <w:rPr>
          <w:i w:val="0"/>
        </w:rPr>
        <w:t>At full Rage, doctrine deteriorates toward pursuit and overwhelming finish. Kurnoma’s historical role was to keep enough of the plan alive that the state remained a weapon instead of becoming a disaster. Without her, any claim that current Darius can safely use Rage is speculation.</w:t>
      </w:r>
    </w:p>
    <w:p>
      <w:pPr>
        <w:pStyle w:val="Heading2"/>
        <w:keepNext/>
        <w:keepLines/>
      </w:pPr>
      <w:r>
        <w:t>Strengths, Limits &amp; Counterplay</w:t>
      </w:r>
    </w:p>
    <w:p>
      <w:pPr>
        <w:keepNext w:val="0"/>
        <w:keepLines/>
        <w:spacing w:after="120" w:line="283" w:lineRule="auto"/>
      </w:pPr>
      <w:r>
        <w:rPr>
          <w:i w:val="0"/>
        </w:rPr>
        <w:t>Darius’s supreme strength is adaptation under imperfect equipment. He can turn low rarity into tempo, high rarity into crisis, and the field’s discarded weapons into secondary opportunities. His body is built to survive recoil and his Art rewards commitment. The enemy cannot reliably prepare for one range, element, balance, or sentient partner.</w:t>
      </w:r>
    </w:p>
    <w:p>
      <w:pPr>
        <w:keepNext w:val="0"/>
        <w:keepLines/>
        <w:spacing w:after="120" w:line="283" w:lineRule="auto"/>
      </w:pPr>
      <w:r>
        <w:rPr>
          <w:i w:val="0"/>
        </w:rPr>
        <w:t>His largest tactical weaknesses are disarmament, range separation, unstable footing, Pity bait, weapon theft after first swing, and any effect that breaks the continuity between pulls. Seven seconds of rejection cooldown can be fatal. Mythics may refuse. Rage consumes the reserve that makes his strong-fat body durable and reduces the judgment needed to decide whether the next pull is worth the cost.</w:t>
      </w:r>
    </w:p>
    <w:p>
      <w:pPr>
        <w:keepNext w:val="0"/>
        <w:keepLines/>
        <w:spacing w:after="120" w:line="283" w:lineRule="auto"/>
      </w:pPr>
      <w:r>
        <w:rPr>
          <w:i w:val="0"/>
        </w:rPr>
        <w:t>His largest narrative weakness is abandonment. Every combat virtue—forward motion, commitment, burning reserve, refusing stillness—can become an emotional vice when the needed action is to remain present and explain. The databook cannot know why he left. It can know that no weapon he draws will make the absence less real.</w:t>
      </w:r>
    </w:p>
    <w:p>
      <w:pPr>
        <w:pStyle w:val="Heading2"/>
        <w:keepNext/>
        <w:keepLines/>
      </w:pPr>
      <w:r>
        <w:t>Relationship Ledger</w:t>
      </w:r>
    </w:p>
    <w:p>
      <w:pPr>
        <w:pStyle w:val="Heading3"/>
        <w:keepNext/>
        <w:keepLines/>
      </w:pPr>
      <w:r>
        <w:t>Darius &amp; Lady Luck</w:t>
      </w:r>
    </w:p>
    <w:p>
      <w:pPr>
        <w:keepNext w:val="0"/>
        <w:keepLines/>
        <w:spacing w:after="120" w:line="283" w:lineRule="auto"/>
      </w:pPr>
      <w:r>
        <w:rPr>
          <w:i w:val="0"/>
        </w:rPr>
        <w:t>Kurnoma was Darius’s wife, probability architect, forge, emotional anchor, and the person who made his visible victories survivable. Their early romance was happy and physically affectionate; their later relationship is defined by the harm of his absence.</w:t>
      </w:r>
    </w:p>
    <w:p>
      <w:pPr>
        <w:keepNext w:val="0"/>
        <w:keepLines/>
        <w:spacing w:after="120" w:line="283" w:lineRule="auto"/>
      </w:pPr>
      <w:r>
        <w:rPr>
          <w:i w:val="0"/>
        </w:rPr>
        <w:t>The bond is strongest when both acknowledge that partnership meant shared authorship: Darius made the strike, Kurnoma made the strike possible, and neither truth cancels the other. The relationship becomes difficult when he expects forgiveness as a marital entitlement or treats hidden probability support as proof his achievements were not his own.</w:t>
      </w:r>
    </w:p>
    <w:p>
      <w:pPr>
        <w:pStyle w:val="Heading3"/>
        <w:keepNext/>
        <w:keepLines/>
      </w:pPr>
      <w:r>
        <w:t>Darius &amp; Lucius</w:t>
      </w:r>
    </w:p>
    <w:p>
      <w:pPr>
        <w:keepNext w:val="0"/>
        <w:keepLines/>
        <w:spacing w:after="120" w:line="283" w:lineRule="auto"/>
      </w:pPr>
      <w:r>
        <w:rPr>
          <w:i w:val="0"/>
        </w:rPr>
        <w:t>Lucius is Darius’s biological son and most obvious physical echo: tall, panda-dominant, protective, disciplined, and built around holding ground. They have never met.</w:t>
      </w:r>
    </w:p>
    <w:p>
      <w:pPr>
        <w:keepNext w:val="0"/>
        <w:keepLines/>
        <w:spacing w:after="120" w:line="283" w:lineRule="auto"/>
      </w:pPr>
      <w:r>
        <w:rPr>
          <w:i w:val="0"/>
        </w:rPr>
        <w:t>The bond is strongest when Lucius is allowed to judge Darius as a stranger first and a father only if a relationship is earned. The relationship becomes difficult when Lucius mistakes resemblance for inherited moral failure, or Darius tries to claim the son’s achievements without having raised him.</w:t>
      </w:r>
    </w:p>
    <w:p>
      <w:pPr>
        <w:pStyle w:val="Heading3"/>
        <w:keepNext/>
        <w:keepLines/>
      </w:pPr>
      <w:r>
        <w:t>Darius &amp; Kumoko</w:t>
      </w:r>
    </w:p>
    <w:p>
      <w:pPr>
        <w:keepNext w:val="0"/>
        <w:keepLines/>
        <w:spacing w:after="120" w:line="283" w:lineRule="auto"/>
      </w:pPr>
      <w:r>
        <w:rPr>
          <w:i w:val="0"/>
        </w:rPr>
        <w:t>Kumoko embodies both parents at once through split panda/red-panda color, Kurnoma’s expressive chaos, and Darius’s black foundation. She has no lived memory of him.</w:t>
      </w:r>
    </w:p>
    <w:p>
      <w:pPr>
        <w:keepNext w:val="0"/>
        <w:keepLines/>
        <w:spacing w:after="120" w:line="283" w:lineRule="auto"/>
      </w:pPr>
      <w:r>
        <w:rPr>
          <w:i w:val="0"/>
        </w:rPr>
        <w:t>The bond is strongest when he recognizes that Wild Genesis is not failed Weapon Gacha but her own answer to uncertainty. The relationship becomes difficult when curiosity is interpreted as forgiveness, or Darius dismisses her reckless creativity as lack of discipline.</w:t>
      </w:r>
    </w:p>
    <w:p>
      <w:pPr>
        <w:pStyle w:val="Heading3"/>
        <w:keepNext/>
        <w:keepLines/>
      </w:pPr>
      <w:r>
        <w:t>Darius &amp; Elara</w:t>
      </w:r>
    </w:p>
    <w:p>
      <w:pPr>
        <w:keepNext w:val="0"/>
        <w:keepLines/>
        <w:spacing w:after="120" w:line="283" w:lineRule="auto"/>
      </w:pPr>
      <w:r>
        <w:rPr>
          <w:i w:val="0"/>
        </w:rPr>
        <w:t>Elara is Darius’s biological daughter and the sibling most likely to notice the exact place where his explanation changes ownership from responsibility to excuse.</w:t>
      </w:r>
    </w:p>
    <w:p>
      <w:pPr>
        <w:keepNext w:val="0"/>
        <w:keepLines/>
        <w:spacing w:after="120" w:line="283" w:lineRule="auto"/>
      </w:pPr>
      <w:r>
        <w:rPr>
          <w:i w:val="0"/>
        </w:rPr>
        <w:t>The bond is strongest when Darius submits to being read without demanding that Elara make the reading comfortable. The relationship becomes difficult when he uses privacy, authority, or grief to evade her questions.</w:t>
      </w:r>
    </w:p>
    <w:p>
      <w:pPr>
        <w:pStyle w:val="Heading3"/>
        <w:keepNext/>
        <w:keepLines/>
      </w:pPr>
      <w:r>
        <w:t>Darius &amp; Suki</w:t>
      </w:r>
    </w:p>
    <w:p>
      <w:pPr>
        <w:keepNext w:val="0"/>
        <w:keepLines/>
        <w:spacing w:after="120" w:line="283" w:lineRule="auto"/>
      </w:pPr>
      <w:r>
        <w:rPr>
          <w:i w:val="0"/>
        </w:rPr>
        <w:t>Suki belonged to Kurnoma’s claimed family and helped care for the triplets after Darius left. He therefore knows Darius primarily as labor transferred onto others.</w:t>
      </w:r>
    </w:p>
    <w:p>
      <w:pPr>
        <w:keepNext w:val="0"/>
        <w:keepLines/>
        <w:spacing w:after="120" w:line="283" w:lineRule="auto"/>
      </w:pPr>
      <w:r>
        <w:rPr>
          <w:i w:val="0"/>
        </w:rPr>
        <w:t>The bond is strongest when he treats Suki’s judgment as legitimate and never asks Kurnoma to mediate it. The relationship becomes difficult when Darius invokes parental hierarchy over someone who stayed and did the work.</w:t>
      </w:r>
    </w:p>
    <w:p>
      <w:pPr>
        <w:pStyle w:val="Heading3"/>
        <w:keepNext/>
        <w:keepLines/>
      </w:pPr>
      <w:r>
        <w:t>Darius &amp; Theo</w:t>
      </w:r>
    </w:p>
    <w:p>
      <w:pPr>
        <w:keepNext w:val="0"/>
        <w:keepLines/>
        <w:spacing w:after="120" w:line="283" w:lineRule="auto"/>
      </w:pPr>
      <w:r>
        <w:rPr>
          <w:i w:val="0"/>
        </w:rPr>
        <w:t>Theo is Kurnoma’s claimed son, found hungry and promised a route home. Darius’s disappearance is the inverse of that promise.</w:t>
      </w:r>
    </w:p>
    <w:p>
      <w:pPr>
        <w:keepNext w:val="0"/>
        <w:keepLines/>
        <w:spacing w:after="120" w:line="283" w:lineRule="auto"/>
      </w:pPr>
      <w:r>
        <w:rPr>
          <w:i w:val="0"/>
        </w:rPr>
        <w:t>The bond is strongest when he demonstrates return through consistent presence rather than declarations. The relationship becomes difficult when Darius minimizes the meaning of leaving or assumes Theo’s quietness means neutrality.</w:t>
      </w:r>
    </w:p>
    <w:p>
      <w:pPr>
        <w:pStyle w:val="Heading3"/>
        <w:keepNext/>
        <w:keepLines/>
      </w:pPr>
      <w:r>
        <w:t>Darius &amp; Venus</w:t>
      </w:r>
    </w:p>
    <w:p>
      <w:pPr>
        <w:keepNext w:val="0"/>
        <w:keepLines/>
        <w:spacing w:after="120" w:line="283" w:lineRule="auto"/>
      </w:pPr>
      <w:r>
        <w:rPr>
          <w:i w:val="0"/>
        </w:rPr>
        <w:t>Vivi was Kurnoma’s friend before the children. Darius moved from reluctant tolerance to genuine enjoyment while remaining wary of her seductive teasing and dream methods.</w:t>
      </w:r>
    </w:p>
    <w:p>
      <w:pPr>
        <w:keepNext w:val="0"/>
        <w:keepLines/>
        <w:spacing w:after="120" w:line="283" w:lineRule="auto"/>
      </w:pPr>
      <w:r>
        <w:rPr>
          <w:i w:val="0"/>
        </w:rPr>
        <w:t>The bond is strongest when their old banter becomes possible only after the household’s safety and Kurnoma’s boundaries are respected. The relationship becomes difficult when Venus enters his dreams without consent or he treats her nature as proof of disloyalty.</w:t>
      </w:r>
    </w:p>
    <w:p>
      <w:pPr>
        <w:pStyle w:val="Heading2"/>
        <w:keepNext/>
        <w:keepLines/>
      </w:pPr>
      <w:r>
        <w:t>Key History</w:t>
      </w:r>
    </w:p>
    <w:p>
      <w:pPr>
        <w:keepNext w:val="0"/>
        <w:keepLines/>
        <w:spacing w:after="140"/>
        <w:ind w:left="259" w:hanging="259"/>
      </w:pPr>
      <w:r>
        <w:rPr>
          <w:b/>
          <w:color w:val="5B2C83"/>
        </w:rPr>
        <w:t xml:space="preserve">Age Twenty-Four — </w:t>
      </w:r>
      <w:r>
        <w:t>Darius entered the recorded story as a 6'8" Panda Beast-Folk physical specialist with Weapon Gacha, broad strong-fat mass, braided black hair, green eyes, and a Rage state Kurnoma could anchor.</w:t>
      </w:r>
    </w:p>
    <w:p>
      <w:pPr>
        <w:keepNext w:val="0"/>
        <w:keepLines/>
        <w:spacing w:after="140"/>
        <w:ind w:left="259" w:hanging="259"/>
      </w:pPr>
      <w:r>
        <w:rPr>
          <w:b/>
          <w:color w:val="5B2C83"/>
        </w:rPr>
        <w:t xml:space="preserve">The A-Rank Duel — </w:t>
      </w:r>
      <w:r>
        <w:t>A documented duel established his A-Rank credibility through Common Heavy Cleaver Blade, Rare Twin Wind-Edged Axes, and Legendary Stoneheart Colossus Greatsword pulls. Kurnoma’s hidden control evacuated and protected the crowd while an SS-Rank observer realized Darius was fighting under Lady Luck’s protection.</w:t>
      </w:r>
    </w:p>
    <w:p>
      <w:pPr>
        <w:keepNext w:val="0"/>
        <w:keepLines/>
        <w:spacing w:after="140"/>
        <w:ind w:left="259" w:hanging="259"/>
      </w:pPr>
      <w:r>
        <w:rPr>
          <w:b/>
          <w:color w:val="5B2C83"/>
        </w:rPr>
        <w:t xml:space="preserve">S-Rank Vanguard — </w:t>
      </w:r>
      <w:r>
        <w:t>Later classification places Darius at S Rank, reflecting the strategic danger of Gacha escalation, weapon-channelled magic, Rage, and Mythic possibility.</w:t>
      </w:r>
    </w:p>
    <w:p>
      <w:pPr>
        <w:keepNext w:val="0"/>
        <w:keepLines/>
        <w:spacing w:after="140"/>
        <w:ind w:left="259" w:hanging="259"/>
      </w:pPr>
      <w:r>
        <w:rPr>
          <w:b/>
          <w:color w:val="5B2C83"/>
        </w:rPr>
        <w:t xml:space="preserve">Husband &amp; Expectant Father — </w:t>
      </w:r>
      <w:r>
        <w:t>He and Kurnoma were a happy romantic couple. During wanted pregnancy he hovered protectively while Kurnoma carried the children, cooked, and walked the markets.</w:t>
      </w:r>
    </w:p>
    <w:p>
      <w:pPr>
        <w:keepNext w:val="0"/>
        <w:keepLines/>
        <w:spacing w:after="140"/>
        <w:ind w:left="259" w:hanging="259"/>
      </w:pPr>
      <w:r>
        <w:rPr>
          <w:b/>
          <w:color w:val="5B2C83"/>
        </w:rPr>
        <w:t xml:space="preserve">Departure — </w:t>
      </w:r>
      <w:r>
        <w:t>Darius left after Lucius, Kumoko, and Elara were born. Kurnoma held the household together alone. The triplets never met him.</w:t>
      </w:r>
    </w:p>
    <w:p>
      <w:pPr>
        <w:keepNext w:val="0"/>
        <w:keepLines/>
        <w:spacing w:after="140"/>
        <w:ind w:left="259" w:hanging="259"/>
      </w:pPr>
      <w:r>
        <w:rPr>
          <w:b/>
          <w:color w:val="5B2C83"/>
        </w:rPr>
        <w:t xml:space="preserve">Missing Classification — </w:t>
      </w:r>
      <w:r>
        <w:t>The current canon names him Missing rather than dead. No confirmed cause, location, body, final battle, or return signal has been entered into the controlling ledger.</w:t>
      </w:r>
    </w:p>
    <w:p>
      <w:pPr>
        <w:pStyle w:val="Heading2"/>
        <w:keepNext/>
        <w:keepLines/>
      </w:pPr>
      <w:r>
        <w:t>Voice Archive</w:t>
      </w:r>
    </w:p>
    <w:p>
      <w:pPr>
        <w:pStyle w:val="Quote"/>
        <w:shd w:fill="F1EAF6"/>
        <w:keepNext w:val="0"/>
        <w:keepLines/>
        <w:pBdr>
          <w:top w:val="single" w:sz="10" w:space="5" w:color="78D6B6"/>
          <w:bottom w:val="single" w:sz="10" w:space="5" w:color="78D6B6"/>
        </w:pBdr>
      </w:pPr>
      <w:r>
        <w:t>“I do not need the perfect pull. I need one honest swing.” — Darius</w:t>
      </w:r>
    </w:p>
    <w:p>
      <w:pPr>
        <w:pStyle w:val="Quote"/>
        <w:shd w:fill="F1EAF6"/>
        <w:keepNext w:val="0"/>
        <w:keepLines/>
        <w:pBdr>
          <w:top w:val="single" w:sz="10" w:space="5" w:color="78D6B6"/>
          <w:bottom w:val="single" w:sz="10" w:space="5" w:color="78D6B6"/>
        </w:pBdr>
      </w:pPr>
      <w:r>
        <w:t>“Earth for the landing. Wind for the road. The rest happens when the blade arrives.” — Darius</w:t>
      </w:r>
    </w:p>
    <w:p>
      <w:pPr>
        <w:pStyle w:val="Quote"/>
        <w:shd w:fill="F1EAF6"/>
        <w:keepNext w:val="0"/>
        <w:keepLines/>
        <w:pBdr>
          <w:top w:val="single" w:sz="10" w:space="5" w:color="78D6B6"/>
          <w:bottom w:val="single" w:sz="10" w:space="5" w:color="78D6B6"/>
        </w:pBdr>
      </w:pPr>
      <w:r>
        <w:t>“Do not call it luck while she is still bleeding to make it look easy.” — Darius</w:t>
      </w:r>
    </w:p>
    <w:p>
      <w:pPr>
        <w:pStyle w:val="Quote"/>
        <w:shd w:fill="F1EAF6"/>
        <w:keepNext w:val="0"/>
        <w:keepLines/>
        <w:pBdr>
          <w:top w:val="single" w:sz="10" w:space="5" w:color="78D6B6"/>
          <w:bottom w:val="single" w:sz="10" w:space="5" w:color="78D6B6"/>
        </w:pBdr>
      </w:pPr>
      <w:r>
        <w:t>“If I come back, I know I do not get to call the house mine.” — Darius</w:t>
      </w:r>
    </w:p>
    <w:p>
      <w:pPr>
        <w:pStyle w:val="Heading2"/>
        <w:keepNext/>
        <w:keepLines/>
      </w:pPr>
      <w:r>
        <w:t>Registry Verdict</w:t>
      </w:r>
    </w:p>
    <w:p>
      <w:pPr>
        <w:keepNext w:val="0"/>
        <w:keepLines/>
        <w:spacing w:after="120" w:line="283" w:lineRule="auto"/>
      </w:pPr>
      <w:r>
        <w:rPr>
          <w:i w:val="0"/>
        </w:rPr>
        <w:t>Darius was a legitimate S-Rank threat and a legitimate source of love before becoming a legitimate source of harm. Reducing him to a deadbeat erases why the departure mattered; romanticizing him into a secret martyr erases what the family endured. The databook preserves the unresolved man between those simplifications.</w:t>
      </w:r>
    </w:p>
    <w:p>
      <w:pPr>
        <w:keepNext w:val="0"/>
        <w:keepLines/>
        <w:spacing w:after="120" w:line="283" w:lineRule="auto"/>
      </w:pPr>
      <w:r>
        <w:rPr>
          <w:i w:val="0"/>
        </w:rPr>
        <w:t>Operationally, any confirmed Darius sighting warrants S-Rank protocols, identity verification through weapon response, and immediate notification to Kurnoma without promising reconciliation. Personally, no member of the household owes him a role. The only guaranteed title is Missing Vanguard. Every family title must be earned again.</w:t>
      </w:r>
    </w:p>
    <w:p>
      <w:pPr>
        <w:sectPr>
          <w:headerReference w:type="default" r:id="rId15"/>
          <w:footerReference w:type="default" r:id="rId16"/>
          <w:pgSz w:w="12240" w:h="15840"/>
          <w:pgMar w:top="1181" w:right="1296" w:bottom="1181" w:left="1296" w:header="547" w:footer="547" w:gutter="0"/>
          <w:cols w:space="720"/>
          <w:docGrid w:linePitch="360"/>
        </w:sectPr>
      </w:pPr>
    </w:p>
    <w:p>
      <w:pPr>
        <w:spacing w:before="80" w:after="240"/>
        <w:jc w:val="center"/>
      </w:pPr>
      <w:r>
        <w:rPr>
          <w:b/>
          <w:color w:val="2E7D69"/>
          <w:sz w:val="20"/>
        </w:rPr>
        <w:t>CHARACTER BLOCK 02</w:t>
      </w:r>
    </w:p>
    <w:p>
      <w:pPr>
        <w:pStyle w:val="Heading1"/>
        <w:keepNext/>
        <w:keepLines/>
      </w:pPr>
      <w:r>
        <w:t>Kurnoma Morvelyn Knight Rawibari</w:t>
      </w:r>
    </w:p>
    <w:p>
      <w:pPr>
        <w:spacing w:after="200"/>
        <w:jc w:val="center"/>
      </w:pPr>
      <w:r>
        <w:rPr>
          <w:b/>
          <w:color w:val="2E7D69"/>
          <w:sz w:val="28"/>
        </w:rPr>
        <w:t>Lady Luck · The Mother Who Rigged the Battlefield</w:t>
      </w:r>
    </w:p>
    <w:tbl>
      <w:tblPr>
        <w:tblStyle w:val="TableGrid"/>
        <w:tblW w:type="dxa" w:w="9360"/>
        <w:jc w:val="left"/>
        <w:tblLayout w:type="fixed"/>
        <w:tblLook w:firstColumn="1" w:firstRow="1" w:lastColumn="0" w:lastRow="0" w:noHBand="0" w:noVBand="1" w:val="04A0"/>
        <w:tblInd w:w="120" w:type="dxa"/>
      </w:tblPr>
      <w:tblGrid>
        <w:gridCol w:w="2500"/>
        <w:gridCol w:w="6860"/>
      </w:tblGrid>
      <w:tr>
        <w:tc>
          <w:tcPr>
            <w:tcW w:type="dxa" w:w="2500"/>
            <w:tcMar>
              <w:top w:w="90" w:type="dxa"/>
              <w:start w:w="120" w:type="dxa"/>
              <w:bottom w:w="90" w:type="dxa"/>
              <w:end w:w="120" w:type="dxa"/>
            </w:tcMar>
            <w:shd w:fill="341447"/>
          </w:tcPr>
          <w:p>
            <w:r>
              <w:rPr>
                <w:b/>
                <w:color w:val="FFFFFF"/>
              </w:rPr>
              <w:t>ACTIVE · SS RANK</w:t>
            </w:r>
          </w:p>
        </w:tc>
        <w:tc>
          <w:tcPr>
            <w:tcW w:type="dxa" w:w="6860"/>
            <w:tcMar>
              <w:top w:w="90" w:type="dxa"/>
              <w:start w:w="120" w:type="dxa"/>
              <w:bottom w:w="90" w:type="dxa"/>
              <w:end w:w="120" w:type="dxa"/>
            </w:tcMar>
            <w:shd w:fill="EAF8F3"/>
          </w:tcPr>
          <w:p>
            <w:r>
              <w:rPr>
                <w:b/>
                <w:color w:val="2E7D69"/>
              </w:rPr>
              <w:t>Former B-Rank concealment ended after All-In Jackpot was witnessed during the Upper Four incident.</w:t>
            </w:r>
          </w:p>
        </w:tc>
      </w:tr>
    </w:tbl>
    <w:p>
      <w:pPr>
        <w:spacing w:after="20"/>
      </w:pPr>
    </w:p>
    <w:tbl>
      <w:tblPr>
        <w:tblStyle w:val="TableGrid"/>
        <w:tblW w:type="dxa" w:w="9360"/>
        <w:jc w:val="left"/>
        <w:tblLayout w:type="fixed"/>
        <w:tblLook w:firstColumn="1" w:firstRow="1" w:lastColumn="0" w:lastRow="0" w:noHBand="0" w:noVBand="1" w:val="04A0"/>
        <w:tblInd w:w="120" w:type="dxa"/>
      </w:tblPr>
      <w:tblGrid>
        <w:gridCol w:w="2700"/>
        <w:gridCol w:w="6660"/>
      </w:tblGrid>
      <w:tr>
        <w:tc>
          <w:tcPr>
            <w:tcW w:type="dxa" w:w="2700"/>
            <w:vAlign w:val="center"/>
            <w:shd w:fill="F1EAF6"/>
            <w:tcMar>
              <w:top w:w="90" w:type="dxa"/>
              <w:start w:w="120" w:type="dxa"/>
              <w:bottom w:w="90" w:type="dxa"/>
              <w:end w:w="120" w:type="dxa"/>
            </w:tcMar>
          </w:tcPr>
          <w:p>
            <w:pPr>
              <w:spacing w:before="0" w:after="0" w:line="240" w:lineRule="auto"/>
            </w:pPr>
            <w:r>
              <w:rPr>
                <w:b/>
                <w:color w:val="341447"/>
              </w:rPr>
              <w:t>Full name</w:t>
            </w:r>
          </w:p>
        </w:tc>
        <w:tc>
          <w:tcPr>
            <w:tcW w:type="dxa" w:w="6660"/>
            <w:vAlign w:val="center"/>
            <w:shd w:fill="FFFFFF"/>
            <w:tcMar>
              <w:top w:w="90" w:type="dxa"/>
              <w:start w:w="120" w:type="dxa"/>
              <w:bottom w:w="90" w:type="dxa"/>
              <w:end w:w="120" w:type="dxa"/>
            </w:tcMar>
          </w:tcPr>
          <w:p>
            <w:pPr>
              <w:spacing w:before="0" w:after="0" w:line="240" w:lineRule="auto"/>
            </w:pPr>
            <w:r>
              <w:t>Kurnoma Morvelyn Knight Rawibari</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Primary title</w:t>
            </w:r>
          </w:p>
        </w:tc>
        <w:tc>
          <w:tcPr>
            <w:tcW w:type="dxa" w:w="6660"/>
            <w:vAlign w:val="center"/>
            <w:shd w:fill="F4F2F5"/>
            <w:tcMar>
              <w:top w:w="90" w:type="dxa"/>
              <w:start w:w="120" w:type="dxa"/>
              <w:bottom w:w="90" w:type="dxa"/>
              <w:end w:w="120" w:type="dxa"/>
            </w:tcMar>
          </w:tcPr>
          <w:p>
            <w:pPr>
              <w:spacing w:before="0" w:after="0" w:line="240" w:lineRule="auto"/>
            </w:pPr>
            <w:r>
              <w:t>Lady Luck</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Current status</w:t>
            </w:r>
          </w:p>
        </w:tc>
        <w:tc>
          <w:tcPr>
            <w:tcW w:type="dxa" w:w="6660"/>
            <w:vAlign w:val="center"/>
            <w:shd w:fill="FFFFFF"/>
            <w:tcMar>
              <w:top w:w="90" w:type="dxa"/>
              <w:start w:w="120" w:type="dxa"/>
              <w:bottom w:w="90" w:type="dxa"/>
              <w:end w:w="120" w:type="dxa"/>
            </w:tcMar>
          </w:tcPr>
          <w:p>
            <w:pPr>
              <w:spacing w:before="0" w:after="0" w:line="240" w:lineRule="auto"/>
            </w:pPr>
            <w:r>
              <w:t>ACTIVE</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Age</w:t>
            </w:r>
          </w:p>
        </w:tc>
        <w:tc>
          <w:tcPr>
            <w:tcW w:type="dxa" w:w="6660"/>
            <w:vAlign w:val="center"/>
            <w:shd w:fill="F4F2F5"/>
            <w:tcMar>
              <w:top w:w="90" w:type="dxa"/>
              <w:start w:w="120" w:type="dxa"/>
              <w:bottom w:w="90" w:type="dxa"/>
              <w:end w:w="120" w:type="dxa"/>
            </w:tcMar>
          </w:tcPr>
          <w:p>
            <w:pPr>
              <w:spacing w:before="0" w:after="0" w:line="240" w:lineRule="auto"/>
            </w:pPr>
            <w:r>
              <w:t>58</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Height</w:t>
            </w:r>
          </w:p>
        </w:tc>
        <w:tc>
          <w:tcPr>
            <w:tcW w:type="dxa" w:w="6660"/>
            <w:vAlign w:val="center"/>
            <w:shd w:fill="FFFFFF"/>
            <w:tcMar>
              <w:top w:w="90" w:type="dxa"/>
              <w:start w:w="120" w:type="dxa"/>
              <w:bottom w:w="90" w:type="dxa"/>
              <w:end w:w="120" w:type="dxa"/>
            </w:tcMar>
          </w:tcPr>
          <w:p>
            <w:pPr>
              <w:spacing w:before="0" w:after="0" w:line="240" w:lineRule="auto"/>
            </w:pPr>
            <w:r>
              <w:t>6'8" / 203.2 cm</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Species</w:t>
            </w:r>
          </w:p>
        </w:tc>
        <w:tc>
          <w:tcPr>
            <w:tcW w:type="dxa" w:w="6660"/>
            <w:vAlign w:val="center"/>
            <w:shd w:fill="F4F2F5"/>
            <w:tcMar>
              <w:top w:w="90" w:type="dxa"/>
              <w:start w:w="120" w:type="dxa"/>
              <w:bottom w:w="90" w:type="dxa"/>
              <w:end w:w="120" w:type="dxa"/>
            </w:tcMar>
          </w:tcPr>
          <w:p>
            <w:pPr>
              <w:spacing w:before="0" w:after="0" w:line="240" w:lineRule="auto"/>
            </w:pPr>
            <w:r>
              <w:t>Red Panda Beast-Folk</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Current rank</w:t>
            </w:r>
          </w:p>
        </w:tc>
        <w:tc>
          <w:tcPr>
            <w:tcW w:type="dxa" w:w="6660"/>
            <w:vAlign w:val="center"/>
            <w:shd w:fill="FFFFFF"/>
            <w:tcMar>
              <w:top w:w="90" w:type="dxa"/>
              <w:start w:w="120" w:type="dxa"/>
              <w:bottom w:w="90" w:type="dxa"/>
              <w:end w:w="120" w:type="dxa"/>
            </w:tcMar>
          </w:tcPr>
          <w:p>
            <w:pPr>
              <w:spacing w:before="0" w:after="0" w:line="240" w:lineRule="auto"/>
            </w:pPr>
            <w:r>
              <w:t>SS Rank; formerly registered B Rank</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Primary role</w:t>
            </w:r>
          </w:p>
        </w:tc>
        <w:tc>
          <w:tcPr>
            <w:tcW w:type="dxa" w:w="6660"/>
            <w:vAlign w:val="center"/>
            <w:shd w:fill="F4F2F5"/>
            <w:tcMar>
              <w:top w:w="90" w:type="dxa"/>
              <w:start w:w="120" w:type="dxa"/>
              <w:bottom w:w="90" w:type="dxa"/>
              <w:end w:w="120" w:type="dxa"/>
            </w:tcMar>
          </w:tcPr>
          <w:p>
            <w:pPr>
              <w:spacing w:before="0" w:after="0" w:line="240" w:lineRule="auto"/>
            </w:pPr>
            <w:r>
              <w:t>Battlefield architect, regenerative alchemist, Mythic weaponsmith, probability sovereign</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Bloodline Art</w:t>
            </w:r>
          </w:p>
        </w:tc>
        <w:tc>
          <w:tcPr>
            <w:tcW w:type="dxa" w:w="6660"/>
            <w:vAlign w:val="center"/>
            <w:shd w:fill="FFFFFF"/>
            <w:tcMar>
              <w:top w:w="90" w:type="dxa"/>
              <w:start w:w="120" w:type="dxa"/>
              <w:bottom w:w="90" w:type="dxa"/>
              <w:end w:w="120" w:type="dxa"/>
            </w:tcMar>
          </w:tcPr>
          <w:p>
            <w:pPr>
              <w:spacing w:before="0" w:after="0" w:line="240" w:lineRule="auto"/>
            </w:pPr>
            <w:r>
              <w:t>Art of 1000 Healings</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Awakened state</w:t>
            </w:r>
          </w:p>
        </w:tc>
        <w:tc>
          <w:tcPr>
            <w:tcW w:type="dxa" w:w="6660"/>
            <w:vAlign w:val="center"/>
            <w:shd w:fill="F4F2F5"/>
            <w:tcMar>
              <w:top w:w="90" w:type="dxa"/>
              <w:start w:w="120" w:type="dxa"/>
              <w:bottom w:w="90" w:type="dxa"/>
              <w:end w:w="120" w:type="dxa"/>
            </w:tcMar>
          </w:tcPr>
          <w:p>
            <w:pPr>
              <w:spacing w:before="0" w:after="0" w:line="240" w:lineRule="auto"/>
            </w:pPr>
            <w:r>
              <w:t>All-In Jackpot / Lady Luck Unbound</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Personal weapons</w:t>
            </w:r>
          </w:p>
        </w:tc>
        <w:tc>
          <w:tcPr>
            <w:tcW w:type="dxa" w:w="6660"/>
            <w:vAlign w:val="center"/>
            <w:shd w:fill="FFFFFF"/>
            <w:tcMar>
              <w:top w:w="90" w:type="dxa"/>
              <w:start w:w="120" w:type="dxa"/>
              <w:bottom w:w="90" w:type="dxa"/>
              <w:end w:w="120" w:type="dxa"/>
            </w:tcMar>
          </w:tcPr>
          <w:p>
            <w:pPr>
              <w:spacing w:before="0" w:after="0" w:line="240" w:lineRule="auto"/>
            </w:pPr>
            <w:r>
              <w:t>Hearthbreaker and Mercy’s Edge</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Family position</w:t>
            </w:r>
          </w:p>
        </w:tc>
        <w:tc>
          <w:tcPr>
            <w:tcW w:type="dxa" w:w="6660"/>
            <w:vAlign w:val="center"/>
            <w:shd w:fill="F4F2F5"/>
            <w:tcMar>
              <w:top w:w="90" w:type="dxa"/>
              <w:start w:w="120" w:type="dxa"/>
              <w:bottom w:w="90" w:type="dxa"/>
              <w:end w:w="120" w:type="dxa"/>
            </w:tcMar>
          </w:tcPr>
          <w:p>
            <w:pPr>
              <w:spacing w:before="0" w:after="0" w:line="240" w:lineRule="auto"/>
            </w:pPr>
            <w:r>
              <w:t>Mother, claimed/adoptive mother, forge, formation center</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Sexuality</w:t>
            </w:r>
          </w:p>
        </w:tc>
        <w:tc>
          <w:tcPr>
            <w:tcW w:type="dxa" w:w="6660"/>
            <w:vAlign w:val="center"/>
            <w:shd w:fill="FFFFFF"/>
            <w:tcMar>
              <w:top w:w="90" w:type="dxa"/>
              <w:start w:w="120" w:type="dxa"/>
              <w:bottom w:w="90" w:type="dxa"/>
              <w:end w:w="120" w:type="dxa"/>
            </w:tcMar>
          </w:tcPr>
          <w:p>
            <w:pPr>
              <w:spacing w:before="0" w:after="0" w:line="240" w:lineRule="auto"/>
            </w:pPr>
            <w:r>
              <w:t>Pansexual</w:t>
            </w:r>
          </w:p>
        </w:tc>
      </w:tr>
    </w:tbl>
    <w:p>
      <w:pPr>
        <w:spacing w:after="20"/>
      </w:pPr>
    </w:p>
    <w:p>
      <w:pPr>
        <w:pStyle w:val="Heading2"/>
        <w:keepNext/>
        <w:keepLines/>
      </w:pPr>
      <w:r>
        <w:t>Databook Thesis</w:t>
      </w:r>
    </w:p>
    <w:p>
      <w:pPr>
        <w:keepNext w:val="0"/>
        <w:keepLines/>
        <w:spacing w:after="120" w:line="283" w:lineRule="auto"/>
      </w:pPr>
      <w:r>
        <w:rPr>
          <w:i w:val="0"/>
        </w:rPr>
        <w:t>Kurnoma is the axis around which the Lady Luck continuity turns, but not because she is the strongest person in every room. Her defining talent is making strength matter at the correct instant. She heals the body, reinforces the weapon, adjusts the terrain, edits the opponent’s perception, compresses time, applies pheromonal pressure, and moves probability toward the favorable outcomes that remain possible. By the time she strikes with a small hammer or a long kitchen knife, the exchange has already passed through half a dozen corrections no ordinary report knows how to count.</w:t>
      </w:r>
    </w:p>
    <w:p>
      <w:pPr>
        <w:keepNext w:val="0"/>
        <w:keepLines/>
        <w:spacing w:after="120" w:line="283" w:lineRule="auto"/>
      </w:pPr>
      <w:r>
        <w:rPr>
          <w:i w:val="0"/>
        </w:rPr>
        <w:t>Her title is frequently misunderstood as passive fortune. Lady Luck does not wait for the universe to love her. She stacks timing, footing, micro-regeneration, reaction, stamina, illusion, command chemistry, and survival-threshold adjustment until one permissible favorable future becomes easier to reach than every competing disaster. The method is subtle enough to hide inside Darius’s early victories and violent enough, under All-In Jackpot, to arrest time locally and convert five seconds into a complete answer.</w:t>
      </w:r>
    </w:p>
    <w:p>
      <w:pPr>
        <w:keepNext w:val="0"/>
        <w:keepLines/>
        <w:spacing w:after="120" w:line="283" w:lineRule="auto"/>
      </w:pPr>
      <w:r>
        <w:rPr>
          <w:i w:val="0"/>
        </w:rPr>
        <w:t>She is also fifty-eight, a mother, a flirt, a weaponsmith, a skilled cook, an experienced partner, a woman with postpartum softness and a body permanently changed by wanted pregnancy. Her domesticity is not the harmless half placed opposite her combat identity. It is the reason the combat identity exists. Hearthbreaker can mend because she believes a home is worth repairing. Mercy’s Edge can end because some threats use mercy as access. The Lady Luck people fear and the mother her children trust are one uninterrupted person choosing how gentle the moment can afford her to be.</w:t>
      </w:r>
    </w:p>
    <w:p>
      <w:pPr>
        <w:pStyle w:val="Quote"/>
        <w:shd w:fill="F1EAF6"/>
        <w:keepNext w:val="0"/>
        <w:keepLines/>
        <w:pBdr>
          <w:top w:val="single" w:sz="10" w:space="5" w:color="78D6B6"/>
          <w:bottom w:val="single" w:sz="10" w:space="5" w:color="78D6B6"/>
        </w:pBdr>
      </w:pPr>
      <w:r>
        <w:t>“Luck is only the name people give preparation when they did not see who bled for it.” — Lady Luck</w:t>
      </w:r>
    </w:p>
    <w:p>
      <w:pPr>
        <w:pStyle w:val="Heading2"/>
        <w:keepNext/>
        <w:keepLines/>
      </w:pPr>
      <w:r>
        <w:t>Appearance &amp; Silhouette</w:t>
      </w:r>
    </w:p>
    <w:p>
      <w:pPr>
        <w:keepNext w:val="0"/>
        <w:keepLines/>
        <w:spacing w:after="120" w:line="283" w:lineRule="auto"/>
      </w:pPr>
      <w:r>
        <w:rPr>
          <w:i w:val="0"/>
        </w:rPr>
        <w:t>Kurnoma stands 6 feet 8 inches with warm milk-chocolate skin and a mature, voluptuous silhouette. The body carries postpartum softness without sacrificing capability: broad maternal curves, powerful legs, thick support through hips and gluteal structure, a full chest, and the connective strength required to move quickly at a scale observers often misread as slow. Her presence is lush rather than delicate, but speed—not raw force—is the foundation of her normal combat style.</w:t>
      </w:r>
    </w:p>
    <w:p>
      <w:pPr>
        <w:keepNext w:val="0"/>
        <w:keepLines/>
        <w:spacing w:after="120" w:line="283" w:lineRule="auto"/>
      </w:pPr>
      <w:r>
        <w:rPr>
          <w:i w:val="0"/>
        </w:rPr>
        <w:t>Her hair is a layered wolf cut with a dark foundation carrying royal purple, crimson, red, and magenta through the lengths. Silver strands are visible rather than hidden, appropriate to a fifty-eight-year-old whose beauty is not staged as arrested youth. The cut can appear controlled in workshop or medical work and wildly voluminous after combat. It frames rounded red-panda ears and makes every change in their angle readable to children who learned her mood long before they understood her powers.</w:t>
      </w:r>
    </w:p>
    <w:p>
      <w:pPr>
        <w:keepNext w:val="0"/>
        <w:keepLines/>
        <w:spacing w:after="120" w:line="283" w:lineRule="auto"/>
      </w:pPr>
      <w:r>
        <w:rPr>
          <w:i w:val="0"/>
        </w:rPr>
        <w:t>Her eyes use heart-shaped pupils. One iris is vivid pink and the other deep crimson red, giving her face an immediate asymmetry that can read warm, flirtatious, amused, or predatory without any structural change. She does not need to narrow them to become threatening; the sudden absence of play is enough. People familiar with her often describe the moment she ‘locks in’ as an emotional pressure change before they can name a magical effect.</w:t>
      </w:r>
    </w:p>
    <w:p>
      <w:pPr>
        <w:keepNext w:val="0"/>
        <w:keepLines/>
        <w:spacing w:after="120" w:line="283" w:lineRule="auto"/>
      </w:pPr>
      <w:r>
        <w:rPr>
          <w:i w:val="0"/>
        </w:rPr>
        <w:t>Red-panda fur is integrated in deliberate zones: knee-high shin fur, half-forearm coverage, an upper-chest crest, a stripe along each side of the torso, rounded ears, and a large ringed tail. The tail is expressive and physically useful for balance, comfort, concealment of small movements, and the domestic indignity of betraying her amusement before her mouth does. Hands remain humanoid enough for surgery, engraving, herb work, knife precision, and the micro-adjustments required to heal enchantment channels.</w:t>
      </w:r>
    </w:p>
    <w:p>
      <w:pPr>
        <w:keepNext w:val="0"/>
        <w:keepLines/>
        <w:spacing w:after="120" w:line="283" w:lineRule="auto"/>
      </w:pPr>
      <w:r>
        <w:rPr>
          <w:i w:val="0"/>
        </w:rPr>
        <w:t>The Rawibari Blessing changed her permanently through wanted pregnancy. It adapted her for multiples, mixed lineage, large children, developing Bloodline Arts, and magical strain. Post-Gestational Maturation continued for years, increasing curve, fur density, hair growth, lactation response, and structural resilience. Maternal Compression later allowed voluntary redistribution and compression of those changes while preserving health and capability. Her uncompressed form remains the natural baseline; compression is presentation and mobility management, not a claim that the matured body is unreal.</w:t>
      </w:r>
    </w:p>
    <w:p>
      <w:pPr>
        <w:keepNext w:val="0"/>
        <w:keepLines/>
        <w:spacing w:after="120" w:line="283" w:lineRule="auto"/>
      </w:pPr>
      <w:r>
        <w:rPr>
          <w:i w:val="0"/>
        </w:rPr>
        <w:t>Her clothing varies by job but favors fitted dark layers, purple and red accents, reinforced trousers or skirts that accommodate tail movement, practical boots or greaves around shin fur, and a coat or apron that can survive forge sparks, blood, herbs, and children's hands. Combat equipment leaves the forearms available and keeps Hearthbreaker and Mercy’s Edge within immediate reach. She enjoys beauty and flirtation, but no serious outfit prevents her from kneeling beside an injured person, lifting a child, or crossing a room before an attacker finishes deciding.</w:t>
      </w:r>
    </w:p>
    <w:p>
      <w:pPr>
        <w:pStyle w:val="Heading2"/>
        <w:keepNext/>
        <w:keepLines/>
      </w:pPr>
      <w:r>
        <w:t>Temperament &amp; Interior Life</w:t>
      </w:r>
    </w:p>
    <w:p>
      <w:pPr>
        <w:keepNext w:val="0"/>
        <w:keepLines/>
        <w:spacing w:after="120" w:line="283" w:lineRule="auto"/>
      </w:pPr>
      <w:r>
        <w:rPr>
          <w:i w:val="0"/>
        </w:rPr>
        <w:t>Kurnoma is warm, magnetic, nurturing, flirtatious, playful, bratty with trusted people, and emotionally perceptive to a degree that can feel predatory. She reads what someone wants from the way they occupy space: power, reassurance, attention, absolution, or permission to stop being invisible. In a safe room she uses that perception to feed, tease, comfort, and include. In a hostile room she uses the same perception to identify which fear will interrupt the next attack.</w:t>
      </w:r>
    </w:p>
    <w:p>
      <w:pPr>
        <w:keepNext w:val="0"/>
        <w:keepLines/>
        <w:spacing w:after="120" w:line="283" w:lineRule="auto"/>
      </w:pPr>
      <w:r>
        <w:rPr>
          <w:i w:val="0"/>
        </w:rPr>
        <w:t>She prefers affection through action while remaining verbally expressive. She uses pet names heavily, loves public affection, cooks well, drives confidently, and is far more willing to squash the bug than scream about it. The corrected relationship profile places her toward big spoon, willing to lend clothes, extroverted, experienced, highly flirtatious, mildly awkward rather than socially paralyzed, strongly jealous, and extremely overprotective. She is likely to wait for a confession despite making her interest obvious enough that the waiting becomes its own form of teasing.</w:t>
      </w:r>
    </w:p>
    <w:p>
      <w:pPr>
        <w:keepNext w:val="0"/>
        <w:keepLines/>
        <w:spacing w:after="120" w:line="283" w:lineRule="auto"/>
      </w:pPr>
      <w:r>
        <w:rPr>
          <w:i w:val="0"/>
        </w:rPr>
        <w:t>Pansexuality fits the way she responds to personhood rather than a narrow gender category. Attraction for Kurnoma is sensory, emotional, intellectual, and playful. She likes confidence that can survive being teased, softness that does not pretend to be helpless, and people who understand that being desired by her is not the same as being owned. Her strongest relationships permit mutual correction. She can be the experienced partner without turning experience into hierarchy.</w:t>
      </w:r>
    </w:p>
    <w:p>
      <w:pPr>
        <w:keepNext w:val="0"/>
        <w:keepLines/>
        <w:spacing w:after="120" w:line="283" w:lineRule="auto"/>
      </w:pPr>
      <w:r>
        <w:rPr>
          <w:i w:val="0"/>
        </w:rPr>
        <w:t>Motherhood is central and dangerous. Kurnoma protects without requiring a child to be biologically hers. She claimed Suki, found Theo, carried the triplets, and built a home in the aftermath of Darius’s departure. She does not demand that children earn shelter through usefulness. That promise becomes her greatest vulnerability because enemies can create simultaneous endangered allies, isolate her from information, or force her to choose which child receives the first correction.</w:t>
      </w:r>
    </w:p>
    <w:p>
      <w:pPr>
        <w:keepNext w:val="0"/>
        <w:keepLines/>
        <w:spacing w:after="120" w:line="283" w:lineRule="auto"/>
      </w:pPr>
      <w:r>
        <w:rPr>
          <w:i w:val="0"/>
        </w:rPr>
        <w:t>Her protective brutality is not an alternate personality. It is the endpoint of a calculation. If restraint still preserves the family, she restrains. If healing can repair the threat’s consequences, she heals. If Calming, illusion, probability, or a knife through a spell-thread can end the incident without killing, she uses them. When an enemy reaches for an infant after all those options fail, the same careful woman may compress a miracle into five seconds and teach causality that it chose the wrong child.</w:t>
      </w:r>
    </w:p>
    <w:p>
      <w:pPr>
        <w:keepNext w:val="0"/>
        <w:keepLines/>
        <w:spacing w:after="120" w:line="283" w:lineRule="auto"/>
      </w:pPr>
      <w:r>
        <w:rPr>
          <w:i w:val="0"/>
        </w:rPr>
        <w:t>Kurnoma’s flaws are equally integrated. She overextends for family, hides pain behind jokes, takes on too much household responsibility, and can mistake surviving a cost for proving that paying it was wise. All-In Jackpot rewards willingness to spend the body. Art of 1000 Healings tempts her to believe damage is acceptable if it can be repaired. The children’s mature relationship with her depends on refusing that logic when she points it at herself.</w:t>
      </w:r>
    </w:p>
    <w:p>
      <w:pPr>
        <w:pStyle w:val="Heading2"/>
        <w:keepNext/>
        <w:keepLines/>
      </w:pPr>
      <w:r>
        <w:t>Position in the World</w:t>
      </w:r>
    </w:p>
    <w:p>
      <w:pPr>
        <w:keepNext w:val="0"/>
        <w:keepLines/>
        <w:spacing w:after="120" w:line="283" w:lineRule="auto"/>
      </w:pPr>
      <w:r>
        <w:rPr>
          <w:i w:val="0"/>
        </w:rPr>
        <w:t>Officially, Lady Luck is SS Rank: a probability sovereign, battlefield architect, regenerative alchemist, healer, combat augmenter, and Mythic weaponsmith. Her authority after reclassification comes with political danger. Institutions that ignored a B-Rank support may now seek exclusive healing, mass material regeneration, sentient weapons, probability intervention, or emergency time control. Kurnoma’s domestic household is therefore also a boundary around strategic resources.</w:t>
      </w:r>
    </w:p>
    <w:p>
      <w:pPr>
        <w:keepNext w:val="0"/>
        <w:keepLines/>
        <w:spacing w:after="120" w:line="283" w:lineRule="auto"/>
      </w:pPr>
      <w:r>
        <w:rPr>
          <w:i w:val="0"/>
        </w:rPr>
        <w:t>Within a formation she is the center rather than the front. Crystal pylons establish healing and pheromonal zones. Alchemy changes material and body conditions. Fire, Water, and Ice determine position. Illusion determines belief. Time Dilation adjusts intervals. Probability tilts the surviving choices. Her personal weapons then perform correction: Hearthbreaker for structural truth, Mercy’s Edge for precise separation.</w:t>
      </w:r>
    </w:p>
    <w:p>
      <w:pPr>
        <w:keepNext w:val="0"/>
        <w:keepLines/>
        <w:spacing w:after="120" w:line="283" w:lineRule="auto"/>
      </w:pPr>
      <w:r>
        <w:rPr>
          <w:i w:val="0"/>
        </w:rPr>
        <w:t>Within the home she occupies no formal guild title. She is Mama, Kurnoma, the person at the stove, the woman repairing a scythe at an hour no one should be awake, and the parent who must be reminded that adult children can guard the door too. Her ultimate position in the world is therefore paradoxical: governments may classify her as a strategic anomaly, while the family understands that her most important office is choosing not to turn every room into a battlefield.</w:t>
      </w:r>
    </w:p>
    <w:p>
      <w:pPr>
        <w:pStyle w:val="Heading2"/>
        <w:keepNext/>
        <w:keepLines/>
      </w:pPr>
      <w:r>
        <w:t>Powers, Abilities &amp; Combat Systems</w:t>
      </w:r>
    </w:p>
    <w:p>
      <w:pPr>
        <w:pStyle w:val="Heading3"/>
        <w:keepNext/>
        <w:keepLines/>
      </w:pPr>
      <w:r>
        <w:t>Art of 1000 Healings</w:t>
      </w:r>
    </w:p>
    <w:p>
      <w:pPr>
        <w:keepNext/>
        <w:spacing w:after="80"/>
      </w:pPr>
      <w:r>
        <w:rPr>
          <w:b/>
          <w:color w:val="2E7D69"/>
          <w:sz w:val="17"/>
        </w:rPr>
        <w:t>BLOODLINE ART · REGENERATIVE-ALCHEMICAL</w:t>
      </w:r>
    </w:p>
    <w:p>
      <w:pPr>
        <w:keepNext w:val="0"/>
        <w:keepLines/>
        <w:spacing w:after="120" w:line="283" w:lineRule="auto"/>
      </w:pPr>
      <w:r>
        <w:rPr>
          <w:i w:val="0"/>
        </w:rPr>
        <w:t>Function. The Art restores biological structures, accelerates repair, enhances physical performance, manipulates pheromonal chemistry, transfers regenerative burden, repairs magical or material channels, and treats metal as tissue. It can restart a natural heart rhythm, reattach limbs with full nerve function, and stop bleeding immediately through pheromonal coagulation.</w:t>
      </w:r>
    </w:p>
    <w:p>
      <w:pPr>
        <w:keepNext w:val="0"/>
        <w:keepLines/>
        <w:spacing w:after="120" w:line="283" w:lineRule="auto"/>
      </w:pPr>
      <w:r>
        <w:rPr>
          <w:i w:val="0"/>
        </w:rPr>
        <w:t>Field application. In practice, Lady Luck uses this capability as a battlefield architecture rather than a single-target heal. Kurnoma stabilizes allies before collapse, boosts stamina and reaction, reduces pain enough for controlled movement, weakens enemies through chemistry or poison, and keeps injuries inside recoverable thresholds while the formation changes position.</w:t>
      </w:r>
    </w:p>
    <w:p>
      <w:pPr>
        <w:keepNext w:val="0"/>
        <w:keepLines/>
        <w:spacing w:after="120" w:line="283" w:lineRule="auto"/>
      </w:pPr>
      <w:r>
        <w:rPr>
          <w:i w:val="0"/>
        </w:rPr>
        <w:t>System interaction. The Art supplies the self-correcting body inside All-In Jackpot, the Body Correction inherited by Lucius, the regenerative compensation inside Kumoko’s Wild Genesis, and the forge method that created the family’s Legendary and Mythic weapons.</w:t>
      </w:r>
    </w:p>
    <w:p>
      <w:pPr>
        <w:keepNext w:val="0"/>
        <w:keepLines/>
        <w:spacing w:after="120" w:line="283" w:lineRule="auto"/>
      </w:pPr>
      <w:r>
        <w:rPr>
          <w:i w:val="0"/>
        </w:rPr>
        <w:t>Limits and counterplay. It cannot restart consciousness after irreversible brain death. Healing consumes energy, and material regeneration is more exhausting than ordinary biological repair. Restoration does not make reckless damage morally free. Severe Jackpot recoil can temporarily remove Kurnoma’s ability to self-heal precisely when she needs it most.</w:t>
      </w:r>
    </w:p>
    <w:p>
      <w:pPr>
        <w:keepNext w:val="0"/>
        <w:keepLines/>
        <w:spacing w:after="120" w:line="283" w:lineRule="auto"/>
      </w:pPr>
      <w:r>
        <w:rPr>
          <w:i w:val="0"/>
        </w:rPr>
        <w:t>Archive note. Healing may appear as controlled warmth, rapid closure, restored color, and pheromonal crystal light rather than a single dramatic beam. The Registry once reduced the Art to B-Rank support because it counted healed bodies without counting the disasters those bodies were able to prevent.</w:t>
      </w:r>
    </w:p>
    <w:p>
      <w:pPr>
        <w:pStyle w:val="Heading3"/>
        <w:keepNext/>
        <w:keepLines/>
      </w:pPr>
      <w:r>
        <w:t>Probability Sovereignty · Lady Luck</w:t>
      </w:r>
    </w:p>
    <w:p>
      <w:pPr>
        <w:keepNext/>
        <w:spacing w:after="80"/>
      </w:pPr>
      <w:r>
        <w:rPr>
          <w:b/>
          <w:color w:val="2E7D69"/>
          <w:sz w:val="17"/>
        </w:rPr>
        <w:t>HIDDEN CAUSAL CONTROL</w:t>
      </w:r>
    </w:p>
    <w:p>
      <w:pPr>
        <w:keepNext w:val="0"/>
        <w:keepLines/>
        <w:spacing w:after="120" w:line="283" w:lineRule="auto"/>
      </w:pPr>
      <w:r>
        <w:rPr>
          <w:i w:val="0"/>
        </w:rPr>
        <w:t>Function. Kurnoma manipulates probability by stacking small influences over timing, footing, perception, stamina, reaction, micro-regeneration, and survival thresholds. She does not simply declare an impossible outcome. She makes an available favorable outcome increasingly likely and makes competing failures harder to reach.</w:t>
      </w:r>
    </w:p>
    <w:p>
      <w:pPr>
        <w:keepNext w:val="0"/>
        <w:keepLines/>
        <w:spacing w:after="120" w:line="283" w:lineRule="auto"/>
      </w:pPr>
      <w:r>
        <w:rPr>
          <w:i w:val="0"/>
        </w:rPr>
        <w:t>Field application. In practice, Lady Luck uses this capability as the invisible rigging beneath ordinary heroics. An enemy plants a foot slightly wrong, looks toward the wrong illusion, reacts a fraction late, fatigues before a final exchange, or survives long enough to make one more mistake. An ally finds the route that was always technically present and experiences it as luck.</w:t>
      </w:r>
    </w:p>
    <w:p>
      <w:pPr>
        <w:keepNext w:val="0"/>
        <w:keepLines/>
        <w:spacing w:after="120" w:line="283" w:lineRule="auto"/>
      </w:pPr>
      <w:r>
        <w:rPr>
          <w:i w:val="0"/>
        </w:rPr>
        <w:t>System interaction. Time Dilation supplies more decision space; Illusion alters perceived odds; pheromones alter emotional and physiological choices; healing keeps favorable lines alive; Weapon Arts convert the adjusted interval into contact. All-In Jackpot unifies these layers until possibility visibly gathers around her decisions.</w:t>
      </w:r>
    </w:p>
    <w:p>
      <w:pPr>
        <w:keepNext w:val="0"/>
        <w:keepLines/>
        <w:spacing w:after="120" w:line="283" w:lineRule="auto"/>
      </w:pPr>
      <w:r>
        <w:rPr>
          <w:i w:val="0"/>
        </w:rPr>
        <w:t>Limits and counterplay. She cannot rely on a favorable possibility that has no path to existence. Isolation, denied sensory information, simultaneous endangered allies, anti-time effects, and forced binary choices reduce her ability to stack modest corrections. Strong observers can recognize the pattern even when they cannot directly dispel it.</w:t>
      </w:r>
    </w:p>
    <w:p>
      <w:pPr>
        <w:keepNext w:val="0"/>
        <w:keepLines/>
        <w:spacing w:after="120" w:line="283" w:lineRule="auto"/>
      </w:pPr>
      <w:r>
        <w:rPr>
          <w:i w:val="0"/>
        </w:rPr>
        <w:t>Archive note. Before awakening, the power is almost invisible and noticed as impossible consistency. Under Jackpot, shockwave strikes, radiant timing fractures, and the uncanny convergence of near-misses make the causal pressure obvious. Elite fighters named her Lady Luck long before the Registry accepted that the title described a sovereign system rather than a charming support nickname.</w:t>
      </w:r>
    </w:p>
    <w:p>
      <w:pPr>
        <w:pStyle w:val="Heading3"/>
        <w:keepNext/>
        <w:keepLines/>
      </w:pPr>
      <w:r>
        <w:t>Crystal Pylons &amp; Construct Network</w:t>
      </w:r>
    </w:p>
    <w:p>
      <w:pPr>
        <w:keepNext/>
        <w:spacing w:after="80"/>
      </w:pPr>
      <w:r>
        <w:rPr>
          <w:b/>
          <w:color w:val="2E7D69"/>
          <w:sz w:val="17"/>
        </w:rPr>
        <w:t>SUMMONING / BATTLEFIELD SUPPORT</w:t>
      </w:r>
    </w:p>
    <w:p>
      <w:pPr>
        <w:keepNext w:val="0"/>
        <w:keepLines/>
        <w:spacing w:after="120" w:line="283" w:lineRule="auto"/>
      </w:pPr>
      <w:r>
        <w:rPr>
          <w:i w:val="0"/>
        </w:rPr>
        <w:t>Function. Kurnoma summons floating crystal pylons and related constructs that radiate herb-derived pheromonal fields. Their zones provide weak but persistent healing, stamina support, pain resistance, reaction enhancement, and automatic ally stabilization.</w:t>
      </w:r>
    </w:p>
    <w:p>
      <w:pPr>
        <w:keepNext w:val="0"/>
        <w:keepLines/>
        <w:spacing w:after="120" w:line="283" w:lineRule="auto"/>
      </w:pPr>
      <w:r>
        <w:rPr>
          <w:i w:val="0"/>
        </w:rPr>
        <w:t>Field application. In practice, Lady Luck uses this capability as a distributed safety net. Pylons can be hidden by illusion, placed along evacuation routes, used to keep a crowd calm, or arranged so an advancing ally crosses successive reinforcement zones while an enemy accumulates fatigue and misread signals.</w:t>
      </w:r>
    </w:p>
    <w:p>
      <w:pPr>
        <w:keepNext w:val="0"/>
        <w:keepLines/>
        <w:spacing w:after="120" w:line="283" w:lineRule="auto"/>
      </w:pPr>
      <w:r>
        <w:rPr>
          <w:i w:val="0"/>
        </w:rPr>
        <w:t>System interaction. Time Dilation lets the network act inside narrower windows. Probability pressure makes placement disproportionately useful. Art of 1000 Healings supplies the regenerative chemistry. Darius’s public duels benefited from pylons observers never knew were present.</w:t>
      </w:r>
    </w:p>
    <w:p>
      <w:pPr>
        <w:keepNext w:val="0"/>
        <w:keepLines/>
        <w:spacing w:after="120" w:line="283" w:lineRule="auto"/>
      </w:pPr>
      <w:r>
        <w:rPr>
          <w:i w:val="0"/>
        </w:rPr>
        <w:t>Limits and counterplay. Pylons are weaker than direct contact, can be destroyed, displaced, or suppressed by anti-magic, and require placement knowledge. A wide chaotic battlefield or denied preparation reduces network density. Overreliance can teach enemies to hunt the crystalline anchors.</w:t>
      </w:r>
    </w:p>
    <w:p>
      <w:pPr>
        <w:keepNext w:val="0"/>
        <w:keepLines/>
        <w:spacing w:after="120" w:line="283" w:lineRule="auto"/>
      </w:pPr>
      <w:r>
        <w:rPr>
          <w:i w:val="0"/>
        </w:rPr>
        <w:t>Archive note. The constructs appear as hovering facets with soft purple, red, or mint radiance, releasing a field felt first as easier breathing and steadier muscles. Hidden pylons silently protected spectators during the duel that caused an SS-Rank observer to realize Darius was not fighting alone.</w:t>
      </w:r>
    </w:p>
    <w:p>
      <w:pPr>
        <w:pStyle w:val="Heading3"/>
        <w:keepNext/>
        <w:keepLines/>
      </w:pPr>
      <w:r>
        <w:t>Regenerative Alchemy &amp; Material Healing</w:t>
      </w:r>
    </w:p>
    <w:p>
      <w:pPr>
        <w:keepNext/>
        <w:spacing w:after="80"/>
      </w:pPr>
      <w:r>
        <w:rPr>
          <w:b/>
          <w:color w:val="2E7D69"/>
          <w:sz w:val="17"/>
        </w:rPr>
        <w:t>ALCHEMY / FORGING</w:t>
      </w:r>
    </w:p>
    <w:p>
      <w:pPr>
        <w:keepNext w:val="0"/>
        <w:keepLines/>
        <w:spacing w:after="120" w:line="283" w:lineRule="auto"/>
      </w:pPr>
      <w:r>
        <w:rPr>
          <w:i w:val="0"/>
        </w:rPr>
        <w:t>Function. Kurnoma practices transmutation, enhancement, poison, regeneration, and reinforcement. She can repair broken metal, regrow missing material from a surviving portion, refine arcane alloys, stabilize enchantments, reconnect magical channels, and bind compatible sentience into a Mythic core.</w:t>
      </w:r>
    </w:p>
    <w:p>
      <w:pPr>
        <w:keepNext w:val="0"/>
        <w:keepLines/>
        <w:spacing w:after="120" w:line="283" w:lineRule="auto"/>
      </w:pPr>
      <w:r>
        <w:rPr>
          <w:i w:val="0"/>
        </w:rPr>
        <w:t>Field application. In practice, Lady Luck uses this capability as medical and strategic fabrication. Armor can be corrected during a campaign, a broken weapon restored without losing its history, toxins separated from tissue, herbs converted into controlled pheromonal effects, and a mundane material given the structural preparation required for a Legendary purpose.</w:t>
      </w:r>
    </w:p>
    <w:p>
      <w:pPr>
        <w:keepNext w:val="0"/>
        <w:keepLines/>
        <w:spacing w:after="120" w:line="283" w:lineRule="auto"/>
      </w:pPr>
      <w:r>
        <w:rPr>
          <w:i w:val="0"/>
        </w:rPr>
        <w:t>System interaction. Hearthbreaker supplies gross structural correction; Mercy’s Edge supplies fine separation. Art of 1000 Healings provides the regenerative logic. True Names encode the final purpose after material, enchantment, and personality agree.</w:t>
      </w:r>
    </w:p>
    <w:p>
      <w:pPr>
        <w:keepNext w:val="0"/>
        <w:keepLines/>
        <w:spacing w:after="120" w:line="283" w:lineRule="auto"/>
      </w:pPr>
      <w:r>
        <w:rPr>
          <w:i w:val="0"/>
        </w:rPr>
        <w:t>Limits and counterplay. Regrowing metal is exhausting and not a commercial infinite-resource engine. Sentience cannot be responsibly mass-produced. A weapon with incoherent purpose, incompatible core, or unwilling temperament cannot be forced into a healthy Mythic simply because Kurnoma has enough material.</w:t>
      </w:r>
    </w:p>
    <w:p>
      <w:pPr>
        <w:keepNext w:val="0"/>
        <w:keepLines/>
        <w:spacing w:after="120" w:line="283" w:lineRule="auto"/>
      </w:pPr>
      <w:r>
        <w:rPr>
          <w:i w:val="0"/>
        </w:rPr>
        <w:t>Archive note. Cracks close like wounds, missing metal grows along luminous grain, and enchantment channels pulse as though circulation has returned. The family’s weapon set is a genealogy in forged form: every blade, staff, shield, hammer, scythe, and hook carries Kurnoma’s belief about the child who would hold it.</w:t>
      </w:r>
    </w:p>
    <w:p>
      <w:pPr>
        <w:pStyle w:val="Heading3"/>
        <w:keepNext/>
        <w:keepLines/>
      </w:pPr>
      <w:r>
        <w:t>Elemental Control · Fire, Water &amp; Ice</w:t>
      </w:r>
    </w:p>
    <w:p>
      <w:pPr>
        <w:keepNext/>
        <w:spacing w:after="80"/>
      </w:pPr>
      <w:r>
        <w:rPr>
          <w:b/>
          <w:color w:val="2E7D69"/>
          <w:sz w:val="17"/>
        </w:rPr>
        <w:t>POSITIONAL MAGIC</w:t>
      </w:r>
    </w:p>
    <w:p>
      <w:pPr>
        <w:keepNext w:val="0"/>
        <w:keepLines/>
        <w:spacing w:after="120" w:line="283" w:lineRule="auto"/>
      </w:pPr>
      <w:r>
        <w:rPr>
          <w:i w:val="0"/>
        </w:rPr>
        <w:t>Function. Kurnoma uses Fire, Water, and Ice less as damage schools than as tools for position, temperature, visibility, pressure, and route construction. Fire denies or accelerates. Water redirects and carries. Ice fixes, separates, or creates temporary certainty.</w:t>
      </w:r>
    </w:p>
    <w:p>
      <w:pPr>
        <w:keepNext w:val="0"/>
        <w:keepLines/>
        <w:spacing w:after="120" w:line="283" w:lineRule="auto"/>
      </w:pPr>
      <w:r>
        <w:rPr>
          <w:i w:val="0"/>
        </w:rPr>
        <w:t>Field application. In practice, Lady Luck uses this capability as a method of making the battlefield cooperate with probability. A wet floor becomes a footing choice; steam becomes illusion cover; an ice ridge becomes a guaranteed step; controlled fire becomes a boundary an enemy believes it understands until a second system changes the cost.</w:t>
      </w:r>
    </w:p>
    <w:p>
      <w:pPr>
        <w:keepNext w:val="0"/>
        <w:keepLines/>
        <w:spacing w:after="120" w:line="283" w:lineRule="auto"/>
      </w:pPr>
      <w:r>
        <w:rPr>
          <w:i w:val="0"/>
        </w:rPr>
        <w:t>System interaction. Water and Fire create Steam/Mist conditions familiar to Kumoko. Ice supplies Lucius with anchored terrain and Theo with water-state geometry. Pheromones and illusions travel differently through temperature and air movement, allowing elemental control to become delivery rather than spectacle.</w:t>
      </w:r>
    </w:p>
    <w:p>
      <w:pPr>
        <w:keepNext w:val="0"/>
        <w:keepLines/>
        <w:spacing w:after="120" w:line="283" w:lineRule="auto"/>
      </w:pPr>
      <w:r>
        <w:rPr>
          <w:i w:val="0"/>
        </w:rPr>
        <w:t>Limits and counterplay. Elemental output is not her most overwhelming category in baseline combat. Dedicated elemental specialists can overpower her directly. Anti-magic, vacuum, hostile terrain, and civilians restrict area use. The school is strongest when the objective is placement rather than a beam contest.</w:t>
      </w:r>
    </w:p>
    <w:p>
      <w:pPr>
        <w:keepNext w:val="0"/>
        <w:keepLines/>
        <w:spacing w:after="120" w:line="283" w:lineRule="auto"/>
      </w:pPr>
      <w:r>
        <w:rPr>
          <w:i w:val="0"/>
        </w:rPr>
        <w:t>Archive note. Her elements appear precise and purposeful: a sheet, channel, flare, ridge, or veil exactly large enough to alter the next exchange. This restraint helped maintain the B-Rank disguise because observers mistook tactical elemental use for modest support rather than a causal setup.</w:t>
      </w:r>
    </w:p>
    <w:p>
      <w:pPr>
        <w:pStyle w:val="Heading3"/>
        <w:keepNext/>
        <w:keepLines/>
      </w:pPr>
      <w:r>
        <w:t>Time Dilation &amp; Localized Time Stop</w:t>
      </w:r>
    </w:p>
    <w:p>
      <w:pPr>
        <w:keepNext/>
        <w:spacing w:after="80"/>
      </w:pPr>
      <w:r>
        <w:rPr>
          <w:b/>
          <w:color w:val="2E7D69"/>
          <w:sz w:val="17"/>
        </w:rPr>
        <w:t>TEMPORAL MAGIC</w:t>
      </w:r>
    </w:p>
    <w:p>
      <w:pPr>
        <w:keepNext w:val="0"/>
        <w:keepLines/>
        <w:spacing w:after="120" w:line="283" w:lineRule="auto"/>
      </w:pPr>
      <w:r>
        <w:rPr>
          <w:i w:val="0"/>
        </w:rPr>
        <w:t>Function. Baseline Time Dilation steals or grants micro-intervals within a local exchange. Under All-In Jackpot it becomes Localized Time Stop, allowing Kurnoma to hold a limited area long enough to cross impossible distance, interrupt a killing motion, or speak the family’s True Names during catastrophe.</w:t>
      </w:r>
    </w:p>
    <w:p>
      <w:pPr>
        <w:keepNext w:val="0"/>
        <w:keepLines/>
        <w:spacing w:after="120" w:line="283" w:lineRule="auto"/>
      </w:pPr>
      <w:r>
        <w:rPr>
          <w:i w:val="0"/>
        </w:rPr>
        <w:t>Field application. In practice, Lady Luck uses this capability as the sharpest version of her battlefield architecture. An ally receives one more breath. A blade remains a fraction from an infant. A weapon evolution is completed inside a moment the enemy expected to own.</w:t>
      </w:r>
    </w:p>
    <w:p>
      <w:pPr>
        <w:keepNext w:val="0"/>
        <w:keepLines/>
        <w:spacing w:after="120" w:line="283" w:lineRule="auto"/>
      </w:pPr>
      <w:r>
        <w:rPr>
          <w:i w:val="0"/>
        </w:rPr>
        <w:t>System interaction. Probability determines which action deserves the stolen interval. Speed and Precision Arts use it efficiently. Art of 1000 Healings keeps Kurnoma functional while temporal strain accumulates. Last Wager depends on the stopped interval for individual True Name calls.</w:t>
      </w:r>
    </w:p>
    <w:p>
      <w:pPr>
        <w:keepNext w:val="0"/>
        <w:keepLines/>
        <w:spacing w:after="120" w:line="283" w:lineRule="auto"/>
      </w:pPr>
      <w:r>
        <w:rPr>
          <w:i w:val="0"/>
        </w:rPr>
        <w:t>Limits and counterplay. Localized Time Stop is energy intensive, local rather than universal, and not an indefinite prison. Temporal resistance, larger areas, multiple independent threats, and Jackpot recoil reduce control. Stopping time does not tell Kurnoma what the correct action is; bad information can waste the miracle.</w:t>
      </w:r>
    </w:p>
    <w:p>
      <w:pPr>
        <w:keepNext w:val="0"/>
        <w:keepLines/>
        <w:spacing w:after="120" w:line="283" w:lineRule="auto"/>
      </w:pPr>
      <w:r>
        <w:rPr>
          <w:i w:val="0"/>
        </w:rPr>
        <w:t>Archive note. Motion turns unnaturally still while Kurnoma’s hair, eyes, weapon seams, or probability radiance remain active inside the held moment. The power first became undeniable when the Upper Four attacker appeared to stop inches from the children and Kurnoma moved through a world that could not follow.</w:t>
      </w:r>
    </w:p>
    <w:p>
      <w:pPr>
        <w:pStyle w:val="Heading3"/>
        <w:keepNext/>
        <w:keepLines/>
      </w:pPr>
      <w:r>
        <w:t>Illusion, Radiant Myth &amp; All-Out Command</w:t>
      </w:r>
    </w:p>
    <w:p>
      <w:pPr>
        <w:keepNext/>
        <w:spacing w:after="80"/>
      </w:pPr>
      <w:r>
        <w:rPr>
          <w:b/>
          <w:color w:val="2E7D69"/>
          <w:sz w:val="17"/>
        </w:rPr>
        <w:t>PERCEPTION / PHEROMONAL CONTROL</w:t>
      </w:r>
    </w:p>
    <w:p>
      <w:pPr>
        <w:keepNext w:val="0"/>
        <w:keepLines/>
        <w:spacing w:after="120" w:line="283" w:lineRule="auto"/>
      </w:pPr>
      <w:r>
        <w:rPr>
          <w:i w:val="0"/>
        </w:rPr>
        <w:t>Function. Illusion changes what a target believes it sees and which route seems urgent. Pheromonal magic adjusts calm, fear, pain, clotting, stamina, and willingness. In Jackpot, illusion evolves into Radiant Myth and pheromonal control into All-Out Command, synchronizing perception and bodily obedience at battlefield scale.</w:t>
      </w:r>
    </w:p>
    <w:p>
      <w:pPr>
        <w:keepNext w:val="0"/>
        <w:keepLines/>
        <w:spacing w:after="120" w:line="283" w:lineRule="auto"/>
      </w:pPr>
      <w:r>
        <w:rPr>
          <w:i w:val="0"/>
        </w:rPr>
        <w:t>Field application. In practice, Lady Luck uses this capability as evacuation, morale, deception, and momentary behavioral control. Crowds can be guided without panic, enemies can be shown the wrong opening, allies can receive chemical permission to keep moving, and a catastrophic field can be made legible long enough for Venus’s portal or Theo’s retrieval line to work.</w:t>
      </w:r>
    </w:p>
    <w:p>
      <w:pPr>
        <w:keepNext w:val="0"/>
        <w:keepLines/>
        <w:spacing w:after="120" w:line="283" w:lineRule="auto"/>
      </w:pPr>
      <w:r>
        <w:rPr>
          <w:i w:val="0"/>
        </w:rPr>
        <w:t>System interaction. Probability makes the chosen misperception consequential. Pylons distribute the chemistry. Time effects create the interval for the command to take hold. Precision Arts prevent influence from becoming indiscriminate.</w:t>
      </w:r>
    </w:p>
    <w:p>
      <w:pPr>
        <w:keepNext w:val="0"/>
        <w:keepLines/>
        <w:spacing w:after="120" w:line="283" w:lineRule="auto"/>
      </w:pPr>
      <w:r>
        <w:rPr>
          <w:i w:val="0"/>
        </w:rPr>
        <w:t>Limits and counterplay. Strong mental discipline, nonbiological targets, sealed environments, sensory substitution, and anti-illusion effects reduce influence. Ethical restraint matters: Kurnoma’s ability to alter emotion and compliance is not permission to erase consent in ordinary relationships.</w:t>
      </w:r>
    </w:p>
    <w:p>
      <w:pPr>
        <w:keepNext w:val="0"/>
        <w:keepLines/>
        <w:spacing w:after="120" w:line="283" w:lineRule="auto"/>
      </w:pPr>
      <w:r>
        <w:rPr>
          <w:i w:val="0"/>
        </w:rPr>
        <w:t>Archive note. Radiant Myth replaces subtle misdirection with luminous, nearly archetypal imagery; All-Out Command is felt as a field-wide moment when bodies understand an order before minds finish hearing it. Vivi’s homeland witnessed both systems at their most desperate while Kurnoma held the Upper Four away from the evacuation portal.</w:t>
      </w:r>
    </w:p>
    <w:p>
      <w:pPr>
        <w:pStyle w:val="Heading3"/>
        <w:keepNext/>
        <w:keepLines/>
      </w:pPr>
      <w:r>
        <w:t>Weapon Arts · Precision, Momentum, Counter, Speed &amp; Flow</w:t>
      </w:r>
    </w:p>
    <w:p>
      <w:pPr>
        <w:keepNext/>
        <w:spacing w:after="80"/>
      </w:pPr>
      <w:r>
        <w:rPr>
          <w:b/>
          <w:color w:val="2E7D69"/>
          <w:sz w:val="17"/>
        </w:rPr>
        <w:t>MASTERED COMBAT DISCIPLINES</w:t>
      </w:r>
    </w:p>
    <w:p>
      <w:pPr>
        <w:keepNext w:val="0"/>
        <w:keepLines/>
        <w:spacing w:after="120" w:line="283" w:lineRule="auto"/>
      </w:pPr>
      <w:r>
        <w:rPr>
          <w:i w:val="0"/>
        </w:rPr>
        <w:t>Function. Kurnoma’s five Art schools let a speed-oriented fighter place minimal force perfectly, preserve useful motion, answer commitment, compress initiation, and remove dead transitions. She is not dependent on the hammer’s mass or the knife’s edge alone; she is dependent on arriving with the correct tool at the correct fraction of time.</w:t>
      </w:r>
    </w:p>
    <w:p>
      <w:pPr>
        <w:keepNext w:val="0"/>
        <w:keepLines/>
        <w:spacing w:after="120" w:line="283" w:lineRule="auto"/>
      </w:pPr>
      <w:r>
        <w:rPr>
          <w:i w:val="0"/>
        </w:rPr>
        <w:t>Field application. In practice, Lady Luck uses this capability as the physical layer beneath her ‘luck.’ Precision cuts a toxin channel without harming tissue. Momentum lets a hammer repair or ruin through one committed contact. Counter borrows the attacker’s plan. Speed makes the choice visible only after it has happened. Flow joins medicine, magic, and violence without pause.</w:t>
      </w:r>
    </w:p>
    <w:p>
      <w:pPr>
        <w:keepNext w:val="0"/>
        <w:keepLines/>
        <w:spacing w:after="120" w:line="283" w:lineRule="auto"/>
      </w:pPr>
      <w:r>
        <w:rPr>
          <w:i w:val="0"/>
        </w:rPr>
        <w:t>System interaction. Every magical school benefits: elements place the step, illusion hides the start, time grants the interval, probability selects the line, and healing permits bodily acceleration that would otherwise tear muscle.</w:t>
      </w:r>
    </w:p>
    <w:p>
      <w:pPr>
        <w:keepNext w:val="0"/>
        <w:keepLines/>
        <w:spacing w:after="120" w:line="283" w:lineRule="auto"/>
      </w:pPr>
      <w:r>
        <w:rPr>
          <w:i w:val="0"/>
        </w:rPr>
        <w:t>Limits and counterplay. Calling names can improve efficiency and reveal intention. Denied sensory information, unfamiliar anatomy, anti-healing damage, pursuit across empty distance, and simultaneous priorities reduce the elegance of the Arts. Speed cannot be maintained without metabolic and mana cost.</w:t>
      </w:r>
    </w:p>
    <w:p>
      <w:pPr>
        <w:keepNext w:val="0"/>
        <w:keepLines/>
        <w:spacing w:after="120" w:line="283" w:lineRule="auto"/>
      </w:pPr>
      <w:r>
        <w:rPr>
          <w:i w:val="0"/>
        </w:rPr>
        <w:t>Archive note. Kurnoma often appears still until she chooses visibility; the observer then discovers that several small corrections already occurred. Her reliance on speed rather than brute strength is why opponents who judge only her mature, soft silhouette misclassify the danger twice.</w:t>
      </w:r>
    </w:p>
    <w:p>
      <w:pPr>
        <w:pStyle w:val="Heading3"/>
        <w:keepNext/>
        <w:keepLines/>
      </w:pPr>
      <w:r>
        <w:t>All-In Jackpot · Lady Luck Unbound</w:t>
      </w:r>
    </w:p>
    <w:p>
      <w:pPr>
        <w:keepNext/>
        <w:spacing w:after="80"/>
      </w:pPr>
      <w:r>
        <w:rPr>
          <w:b/>
          <w:color w:val="2E7D69"/>
          <w:sz w:val="17"/>
        </w:rPr>
        <w:t>SS-RANK AWAKENED STATE</w:t>
      </w:r>
    </w:p>
    <w:p>
      <w:pPr>
        <w:keepNext w:val="0"/>
        <w:keepLines/>
        <w:spacing w:after="120" w:line="283" w:lineRule="auto"/>
      </w:pPr>
      <w:r>
        <w:rPr>
          <w:i w:val="0"/>
        </w:rPr>
        <w:t>Function. All-In Jackpot synchronizes Art of 1000 Healings, magic, Weapon Arts, probability, body, and emotion. Selectable duration ranges from about five seconds to forty-eight minutes; shorter states produce more concentrated destructive and corrective output.</w:t>
      </w:r>
    </w:p>
    <w:p>
      <w:pPr>
        <w:keepNext w:val="0"/>
        <w:keepLines/>
        <w:spacing w:after="120" w:line="283" w:lineRule="auto"/>
      </w:pPr>
      <w:r>
        <w:rPr>
          <w:i w:val="0"/>
        </w:rPr>
        <w:t>Field application. In practice, Lady Luck uses this capability as either sustained protection or a compressed miracle. Forty-eight minutes supports evacuation, healing, command, and control. Five seconds supports one impossible crossing, one fully asserted Localized Time Stop, one interruption of certain death, or one action that the baseline body could not survive.</w:t>
      </w:r>
    </w:p>
    <w:p>
      <w:pPr>
        <w:keepNext w:val="0"/>
        <w:keepLines/>
        <w:spacing w:after="120" w:line="283" w:lineRule="auto"/>
      </w:pPr>
      <w:r>
        <w:rPr>
          <w:i w:val="0"/>
        </w:rPr>
        <w:t>System interaction. The self-correcting body heals and optimizes continuously. Radiant Myth, All-Out Command, Localized Time Stop, shockwave strikes, and favorable probability convergence act as one state rather than separate casts. A desperate reroll can trade a longer safe window for lethal five-second output.</w:t>
      </w:r>
    </w:p>
    <w:p>
      <w:pPr>
        <w:keepNext w:val="0"/>
        <w:keepLines/>
        <w:spacing w:after="120" w:line="283" w:lineRule="auto"/>
      </w:pPr>
      <w:r>
        <w:rPr>
          <w:i w:val="0"/>
        </w:rPr>
        <w:t>Limits and counterplay. The state spends the body. Recoil includes muscle failure, mana starvation, delayed pain, tremors, overheating, sensory overload, emotional crash, coordination loss, and temporary failure of self-healing. A five-second miracle is not five seconds without consequence; it is consequence postponed until the family is no longer in immediate reach of death.</w:t>
      </w:r>
    </w:p>
    <w:p>
      <w:pPr>
        <w:keepNext w:val="0"/>
        <w:keepLines/>
        <w:spacing w:after="120" w:line="283" w:lineRule="auto"/>
      </w:pPr>
      <w:r>
        <w:rPr>
          <w:i w:val="0"/>
        </w:rPr>
        <w:t>Archive note. Slot-like internal imagery resolves to a jackpot ring; motion becomes explosive, strikes carry visible shockwaves, and the battlefield seems to reorganize around each decision. The first activation occurred at age thirty-eight when an Upper Four member targeted her six-month-old triplets in Vivi’s homeland.</w:t>
      </w:r>
    </w:p>
    <w:p>
      <w:pPr>
        <w:pStyle w:val="Heading3"/>
        <w:keepNext/>
        <w:keepLines/>
      </w:pPr>
      <w:r>
        <w:t>Last Wager · True Name Awakening</w:t>
      </w:r>
    </w:p>
    <w:p>
      <w:pPr>
        <w:keepNext/>
        <w:spacing w:after="80"/>
      </w:pPr>
      <w:r>
        <w:rPr>
          <w:b/>
          <w:color w:val="2E7D69"/>
          <w:sz w:val="17"/>
        </w:rPr>
        <w:t>MYTHIC EVOLUTION CLAUSE</w:t>
      </w:r>
    </w:p>
    <w:p>
      <w:pPr>
        <w:keepNext w:val="0"/>
        <w:keepLines/>
        <w:spacing w:after="120" w:line="283" w:lineRule="auto"/>
      </w:pPr>
      <w:r>
        <w:rPr>
          <w:i w:val="0"/>
        </w:rPr>
        <w:t>Function. When Kurnoma appears dead or dying and the children believe the loss is real, she can stop time locally, use Hearthbreaker to open the soul-transfer lock, use Mercy’s Edge to channel the transfer, and call each Mythic’s True Name. Weapons and wielders physically evolve.</w:t>
      </w:r>
    </w:p>
    <w:p>
      <w:pPr>
        <w:keepNext w:val="0"/>
        <w:keepLines/>
        <w:spacing w:after="120" w:line="283" w:lineRule="auto"/>
      </w:pPr>
      <w:r>
        <w:rPr>
          <w:i w:val="0"/>
        </w:rPr>
        <w:t>Field application. In practice, Lady Luck uses this capability as a terminal family contingency. The triplets undergo full awakening; Suki and Theo receive temporary B-to-S-Rank elevation. The system focuses each child on eliminating the identified enemy rather than on unstructured rage.</w:t>
      </w:r>
    </w:p>
    <w:p>
      <w:pPr>
        <w:keepNext w:val="0"/>
        <w:keepLines/>
        <w:spacing w:after="120" w:line="283" w:lineRule="auto"/>
      </w:pPr>
      <w:r>
        <w:rPr>
          <w:i w:val="0"/>
        </w:rPr>
        <w:t>System interaction. Orun-Vael Thamari becomes Griefgate Citadel; Eshka-Riin Volakai becomes Stormlaugh Cataclysm; Seyl-Morra Kethiri becomes Null Saint Verdict. Marionette’s Requiem becomes Unbound Choir, and Tidehook Promise becomes Homecurrent Fang.</w:t>
      </w:r>
    </w:p>
    <w:p>
      <w:pPr>
        <w:keepNext w:val="0"/>
        <w:keepLines/>
        <w:spacing w:after="120" w:line="283" w:lineRule="auto"/>
      </w:pPr>
      <w:r>
        <w:rPr>
          <w:i w:val="0"/>
        </w:rPr>
        <w:t>Limits and counterplay. The system risks Kurnoma’s life, floods children with soul-strength their bodies were not built to sustain, and inverts weapon personalities into tailored cruelty. It ends with enemy elimination, proof Kurnoma lives, collapse, or forced reversion. The victory can preserve the family while psychologically injuring every bond involved.</w:t>
      </w:r>
    </w:p>
    <w:p>
      <w:pPr>
        <w:keepNext w:val="0"/>
        <w:keepLines/>
        <w:spacing w:after="120" w:line="283" w:lineRule="auto"/>
      </w:pPr>
      <w:r>
        <w:rPr>
          <w:i w:val="0"/>
        </w:rPr>
        <w:t>Archive note. Cracks of purpose travel through weapon and body; public forms unfold into more dangerous shapes while private-language True Names become audible inside stopped time. The final revision explicitly removes the Mourning Lock. Last Wager is physical Mythic evolution under do-or-die conditions, not a seal-breaking sorrow mechanic.</w:t>
      </w:r>
    </w:p>
    <w:p>
      <w:pPr>
        <w:pStyle w:val="Heading2"/>
        <w:keepNext/>
        <w:keepLines/>
      </w:pPr>
      <w:r>
        <w:t>Equipment &amp; Weapon Doctrine</w:t>
      </w:r>
    </w:p>
    <w:p>
      <w:pPr>
        <w:keepNext w:val="0"/>
        <w:keepLines/>
        <w:spacing w:after="120" w:line="283" w:lineRule="auto"/>
      </w:pPr>
      <w:r>
        <w:rPr>
          <w:i w:val="0"/>
        </w:rPr>
        <w:t>Hearthbreaker is a short-handled, heavy blacksmith’s hammer whose True Name is Thava-Orun Velmari, ‘The Hammer That Mends by Breaking.’ It repairs, transmutates, ruins, and corrects. In combat it can misalign armor, weapons, bones, or structural enchantments. In the forge it breaks false shape so material can return to the shape it was meant to hold. During Last Wager it opens the soul-transfer lock.</w:t>
      </w:r>
    </w:p>
    <w:p>
      <w:pPr>
        <w:keepNext w:val="0"/>
        <w:keepLines/>
        <w:spacing w:after="120" w:line="283" w:lineRule="auto"/>
      </w:pPr>
      <w:r>
        <w:rPr>
          <w:i w:val="0"/>
        </w:rPr>
        <w:t>Mercy’s Edge is a humble long chef’s knife whose True Name is Nai-Seyl Avarun, ‘The Little Mercy Before Blood.’ It performs surgery, toxin removal, herb preparation, rune work, spell-thread severing, and precise combat cuts. It separates the harmful from the living and, where restraint has ceased to protect anyone, ends with minimal waste. During Last Wager it channels soul-strength with the exactness required to keep transfer from becoming indiscriminate destruction.</w:t>
      </w:r>
    </w:p>
    <w:p>
      <w:pPr>
        <w:keepNext w:val="0"/>
        <w:keepLines/>
        <w:spacing w:after="120" w:line="283" w:lineRule="auto"/>
      </w:pPr>
      <w:r>
        <w:rPr>
          <w:i w:val="0"/>
        </w:rPr>
        <w:t>The pair defines Kurnoma’s philosophy. The hammer is not destruction opposed to healing; it is the violence sometimes required to expose a correctable structure. The knife is not gentleness opposed to killing; it is the refusal to cut more than the purpose demands. One asks what must be broken for the home to stand. The other asks what must be spared when blood has already become unavoidable.</w:t>
      </w:r>
    </w:p>
    <w:p>
      <w:pPr>
        <w:keepNext w:val="0"/>
        <w:keepLines/>
        <w:spacing w:after="120" w:line="283" w:lineRule="auto"/>
      </w:pPr>
      <w:r>
        <w:rPr>
          <w:i w:val="0"/>
        </w:rPr>
        <w:t>Her workshop also contains the family’s history in weapon form. Hearthhold Bastion, Riot Wish, Redacted Mercy, Marionette’s Requiem, and Tidehook Promise were not designed as interchangeable class equipment. They were built around the children Kurnoma knew: what each feared, what each would overdo, and what kind of voice might remain beside them after the battlefield stopped praising their usefulness.</w:t>
      </w:r>
    </w:p>
    <w:p>
      <w:pPr>
        <w:pStyle w:val="Heading2"/>
        <w:keepNext/>
        <w:keepLines/>
      </w:pPr>
      <w:r>
        <w:t>Combat Doctrine</w:t>
      </w:r>
    </w:p>
    <w:p>
      <w:pPr>
        <w:keepNext w:val="0"/>
        <w:keepLines/>
        <w:spacing w:after="120" w:line="283" w:lineRule="auto"/>
      </w:pPr>
      <w:r>
        <w:rPr>
          <w:i w:val="0"/>
        </w:rPr>
        <w:t>Kurnoma’s baseline battle begins with reading. She observes feet, shoulders, breath, grip, fear, habits, recovery, and the relationship between a combatant and their equipment. She places pylons and escape routes, identifies who is most likely to panic, and decides which apparent opportunity should be allowed to exist.</w:t>
      </w:r>
    </w:p>
    <w:p>
      <w:pPr>
        <w:keepNext w:val="0"/>
        <w:keepLines/>
        <w:spacing w:after="120" w:line="283" w:lineRule="auto"/>
      </w:pPr>
      <w:r>
        <w:rPr>
          <w:i w:val="0"/>
        </w:rPr>
        <w:t>She then manipulates. Illusion changes perceived urgency. Elements change terrain. Pheromones change bodies and morale. Time Dilation adjusts the interval. Probability makes the selected line easier to inhabit. She prefers many modest corrections because they cost less, reveal less, and leave the opponent believing its own plan merely failed.</w:t>
      </w:r>
    </w:p>
    <w:p>
      <w:pPr>
        <w:keepNext w:val="0"/>
        <w:keepLines/>
        <w:spacing w:after="120" w:line="283" w:lineRule="auto"/>
      </w:pPr>
      <w:r>
        <w:rPr>
          <w:i w:val="0"/>
        </w:rPr>
        <w:t>When contact is needed, she uses speed and precision. Hearthbreaker corrects the large structure; Mercy’s Edge corrects the fine one. Counter and Flow mean medical motion can become combat motion without losing exactness. She may heal an ally, sever an enemy spell-thread, shift a step, and hammer a weapon out of alignment inside what the observer experiences as one exchange.</w:t>
      </w:r>
    </w:p>
    <w:p>
      <w:pPr>
        <w:keepNext w:val="0"/>
        <w:keepLines/>
        <w:spacing w:after="120" w:line="283" w:lineRule="auto"/>
      </w:pPr>
      <w:r>
        <w:rPr>
          <w:i w:val="0"/>
        </w:rPr>
        <w:t>All-In Jackpot is reserved for the point at which ordinary stacking cannot protect what matters. The duration is a moral as well as tactical choice. Forty-eight minutes says the field needs a guardian. Five seconds says one future must be purchased now regardless of what her body becomes afterward.</w:t>
      </w:r>
    </w:p>
    <w:p>
      <w:pPr>
        <w:pStyle w:val="Heading2"/>
        <w:keepNext/>
        <w:keepLines/>
      </w:pPr>
      <w:r>
        <w:t>Strengths, Limits &amp; Counterplay</w:t>
      </w:r>
    </w:p>
    <w:p>
      <w:pPr>
        <w:keepNext w:val="0"/>
        <w:keepLines/>
        <w:spacing w:after="120" w:line="283" w:lineRule="auto"/>
      </w:pPr>
      <w:r>
        <w:rPr>
          <w:i w:val="0"/>
        </w:rPr>
        <w:t>Lady Luck’s greatest strength is systems integration. Healing, alchemy, elements, constructs, time, illusion, chemistry, probability, Weapon Arts, and forging do not sit in separate boxes. Each reduces the cost or increases the certainty of another. Removing one ability rarely removes the battle plan.</w:t>
      </w:r>
    </w:p>
    <w:p>
      <w:pPr>
        <w:keepNext w:val="0"/>
        <w:keepLines/>
        <w:spacing w:after="120" w:line="283" w:lineRule="auto"/>
      </w:pPr>
      <w:r>
        <w:rPr>
          <w:i w:val="0"/>
        </w:rPr>
        <w:t>Her most exploitable limits are energy, information, isolation, simultaneous endangered allies, anti-healing damage, anti-time effects, and family-directed manipulation. She can be forced to choose, and the need to save everyone can make her spend an SS-Rank state where a colder strategist would retreat. Jackpot recoil can leave her temporarily unable to heal herself.</w:t>
      </w:r>
    </w:p>
    <w:p>
      <w:pPr>
        <w:keepNext w:val="0"/>
        <w:keepLines/>
        <w:spacing w:after="120" w:line="283" w:lineRule="auto"/>
      </w:pPr>
      <w:r>
        <w:rPr>
          <w:i w:val="0"/>
        </w:rPr>
        <w:t>Her deepest weakness is that survival can disguise bad decisions. A body that heals teaches its owner to accept wounds. A probability sovereign learns to search for the narrow possible win instead of admitting that the field should be abandoned. Her adult children’s most important protective role is sometimes telling Lady Luck that coming home unfinished is still coming home.</w:t>
      </w:r>
    </w:p>
    <w:p>
      <w:pPr>
        <w:pStyle w:val="Heading2"/>
        <w:keepNext/>
        <w:keepLines/>
      </w:pPr>
      <w:r>
        <w:t>Relationship Ledger</w:t>
      </w:r>
    </w:p>
    <w:p>
      <w:pPr>
        <w:pStyle w:val="Heading3"/>
        <w:keepNext/>
        <w:keepLines/>
      </w:pPr>
      <w:r>
        <w:t>Lady Luck &amp; Darius</w:t>
      </w:r>
    </w:p>
    <w:p>
      <w:pPr>
        <w:keepNext w:val="0"/>
        <w:keepLines/>
        <w:spacing w:after="120" w:line="283" w:lineRule="auto"/>
      </w:pPr>
      <w:r>
        <w:rPr>
          <w:i w:val="0"/>
        </w:rPr>
        <w:t>Darius was Kurnoma’s husband, visible vanguard, lover, and the man whose victories hid her early title. His departure left her with the triplets and the household’s fear.</w:t>
      </w:r>
    </w:p>
    <w:p>
      <w:pPr>
        <w:keepNext w:val="0"/>
        <w:keepLines/>
        <w:spacing w:after="120" w:line="283" w:lineRule="auto"/>
      </w:pPr>
      <w:r>
        <w:rPr>
          <w:i w:val="0"/>
        </w:rPr>
        <w:t>The bond is strongest when Kurnoma can hold grief, anger, former love, and uncertainty at once without granting him automatic return. The relationship becomes difficult when love is used to bypass accountability or Missing is treated as proof of death without evidence.</w:t>
      </w:r>
    </w:p>
    <w:p>
      <w:pPr>
        <w:pStyle w:val="Heading3"/>
        <w:keepNext/>
        <w:keepLines/>
      </w:pPr>
      <w:r>
        <w:t>Lady Luck &amp; Lucius</w:t>
      </w:r>
    </w:p>
    <w:p>
      <w:pPr>
        <w:keepNext w:val="0"/>
        <w:keepLines/>
        <w:spacing w:after="120" w:line="283" w:lineRule="auto"/>
      </w:pPr>
      <w:r>
        <w:rPr>
          <w:i w:val="0"/>
        </w:rPr>
        <w:t>Lucius is her Anchor Heir, the son most afraid that resembling Darius means becoming him. Kurnoma recognizes the fear beneath his professionalism.</w:t>
      </w:r>
    </w:p>
    <w:p>
      <w:pPr>
        <w:keepNext w:val="0"/>
        <w:keepLines/>
        <w:spacing w:after="120" w:line="283" w:lineRule="auto"/>
      </w:pPr>
      <w:r>
        <w:rPr>
          <w:i w:val="0"/>
        </w:rPr>
        <w:t>The bond is strongest when she reassures him that staying is a choice renewed through action, not a trait inherited through blood. The relationship becomes difficult when Lucius turns protection into self-erasure or believes he must never leave any position for any reason.</w:t>
      </w:r>
    </w:p>
    <w:p>
      <w:pPr>
        <w:pStyle w:val="Heading3"/>
        <w:keepNext/>
        <w:keepLines/>
      </w:pPr>
      <w:r>
        <w:t>Lady Luck &amp; Kumoko</w:t>
      </w:r>
    </w:p>
    <w:p>
      <w:pPr>
        <w:keepNext w:val="0"/>
        <w:keepLines/>
        <w:spacing w:after="120" w:line="283" w:lineRule="auto"/>
      </w:pPr>
      <w:r>
        <w:rPr>
          <w:i w:val="0"/>
        </w:rPr>
        <w:t>Kumoko is her expressive Wild Engine, affectionate, reckless, and physically divided between both parents’ lineages.</w:t>
      </w:r>
    </w:p>
    <w:p>
      <w:pPr>
        <w:keepNext w:val="0"/>
        <w:keepLines/>
        <w:spacing w:after="120" w:line="283" w:lineRule="auto"/>
      </w:pPr>
      <w:r>
        <w:rPr>
          <w:i w:val="0"/>
        </w:rPr>
        <w:t>The bond is strongest when the workshop remains a place where bad ideas can be tested without making love conditional on success. The relationship becomes difficult when Kurnoma responds to danger by crushing Kumoko’s experimentation rather than teaching safer failure.</w:t>
      </w:r>
    </w:p>
    <w:p>
      <w:pPr>
        <w:pStyle w:val="Heading3"/>
        <w:keepNext/>
        <w:keepLines/>
      </w:pPr>
      <w:r>
        <w:t>Lady Luck &amp; Elara</w:t>
      </w:r>
    </w:p>
    <w:p>
      <w:pPr>
        <w:keepNext w:val="0"/>
        <w:keepLines/>
        <w:spacing w:after="120" w:line="283" w:lineRule="auto"/>
      </w:pPr>
      <w:r>
        <w:rPr>
          <w:i w:val="0"/>
        </w:rPr>
        <w:t>Elara is the quiet daughter who notices hidden pain and protects without demanding attention. Kurnoma trusts her judgment and worries about how much she keeps inside.</w:t>
      </w:r>
    </w:p>
    <w:p>
      <w:pPr>
        <w:keepNext w:val="0"/>
        <w:keepLines/>
        <w:spacing w:after="120" w:line="283" w:lineRule="auto"/>
      </w:pPr>
      <w:r>
        <w:rPr>
          <w:i w:val="0"/>
        </w:rPr>
        <w:t>The bond is strongest when they permit silence to remain companionship but still name injuries before silence turns into concealment. The relationship becomes difficult when both use perception to care for everyone else while refusing to be read themselves.</w:t>
      </w:r>
    </w:p>
    <w:p>
      <w:pPr>
        <w:pStyle w:val="Heading3"/>
        <w:keepNext/>
        <w:keepLines/>
      </w:pPr>
      <w:r>
        <w:t>Lady Luck &amp; Suki</w:t>
      </w:r>
    </w:p>
    <w:p>
      <w:pPr>
        <w:keepNext w:val="0"/>
        <w:keepLines/>
        <w:spacing w:after="120" w:line="283" w:lineRule="auto"/>
      </w:pPr>
      <w:r>
        <w:rPr>
          <w:i w:val="0"/>
        </w:rPr>
        <w:t>Suki is a claimed child, older-sibling figure, Puppeteer, survivor, and one of the people who helped care for the triplets after Darius left.</w:t>
      </w:r>
    </w:p>
    <w:p>
      <w:pPr>
        <w:keepNext w:val="0"/>
        <w:keepLines/>
        <w:spacing w:after="120" w:line="283" w:lineRule="auto"/>
      </w:pPr>
      <w:r>
        <w:rPr>
          <w:i w:val="0"/>
        </w:rPr>
        <w:t>The bond is strongest when she offers maintenance, consent, and a home without asking Suki to become less strange or less himself. The relationship becomes difficult when Kurnoma’s protectiveness treats his scars, gender, Lilly, or possession risk as reasons to deny adult agency.</w:t>
      </w:r>
    </w:p>
    <w:p>
      <w:pPr>
        <w:pStyle w:val="Heading3"/>
        <w:keepNext/>
        <w:keepLines/>
      </w:pPr>
      <w:r>
        <w:t>Lady Luck &amp; Theo</w:t>
      </w:r>
    </w:p>
    <w:p>
      <w:pPr>
        <w:keepNext w:val="0"/>
        <w:keepLines/>
        <w:spacing w:after="120" w:line="283" w:lineRule="auto"/>
      </w:pPr>
      <w:r>
        <w:rPr>
          <w:i w:val="0"/>
        </w:rPr>
        <w:t>Theo is the son Kurnoma found beach-scavenging and claimed through food, blankets, and a promise of shelter. His entire combat doctrine grows around paths home.</w:t>
      </w:r>
    </w:p>
    <w:p>
      <w:pPr>
        <w:keepNext w:val="0"/>
        <w:keepLines/>
        <w:spacing w:after="120" w:line="283" w:lineRule="auto"/>
      </w:pPr>
      <w:r>
        <w:rPr>
          <w:i w:val="0"/>
        </w:rPr>
        <w:t>The bond is strongest when she continues proving that home is a repeated action, not a debt created by rescue. The relationship becomes difficult when Kurnoma confuses feeding him with fully understanding him or touches sensitive gills without permission.</w:t>
      </w:r>
    </w:p>
    <w:p>
      <w:pPr>
        <w:pStyle w:val="Heading3"/>
        <w:keepNext/>
        <w:keepLines/>
      </w:pPr>
      <w:r>
        <w:t>Lady Luck &amp; Venus</w:t>
      </w:r>
    </w:p>
    <w:p>
      <w:pPr>
        <w:keepNext w:val="0"/>
        <w:keepLines/>
        <w:spacing w:after="120" w:line="283" w:lineRule="auto"/>
      </w:pPr>
      <w:r>
        <w:rPr>
          <w:i w:val="0"/>
        </w:rPr>
        <w:t>Vivi is Kurnoma’s old friend, Dream Thief, and the person whose homeland witnessed All-In Jackpot. Their bond predates the triplets.</w:t>
      </w:r>
    </w:p>
    <w:p>
      <w:pPr>
        <w:keepNext w:val="0"/>
        <w:keepLines/>
        <w:spacing w:after="120" w:line="283" w:lineRule="auto"/>
      </w:pPr>
      <w:r>
        <w:rPr>
          <w:i w:val="0"/>
        </w:rPr>
        <w:t>The bond is strongest when their affection holds room for flirtation, danger, cultural difference, and the right to say no without ending friendship. The relationship becomes difficult when dreamwalking bypasses consent or teasing obscures a serious boundary.</w:t>
      </w:r>
    </w:p>
    <w:p>
      <w:pPr>
        <w:pStyle w:val="Heading2"/>
        <w:keepNext/>
        <w:keepLines/>
      </w:pPr>
      <w:r>
        <w:t>Key History</w:t>
      </w:r>
    </w:p>
    <w:p>
      <w:pPr>
        <w:keepNext w:val="0"/>
        <w:keepLines/>
        <w:spacing w:after="140"/>
        <w:ind w:left="259" w:hanging="259"/>
      </w:pPr>
      <w:r>
        <w:rPr>
          <w:b/>
          <w:color w:val="5B2C83"/>
        </w:rPr>
        <w:t xml:space="preserve">B-Rank Camouflage — </w:t>
      </w:r>
      <w:r>
        <w:t>Kurnoma spent years registered as a B-Rank healer while using probability, pylons, alchemy, elements, time, illusion, pheromones, and Weapon Arts to architect Darius’s victories.</w:t>
      </w:r>
    </w:p>
    <w:p>
      <w:pPr>
        <w:keepNext w:val="0"/>
        <w:keepLines/>
        <w:spacing w:after="140"/>
        <w:ind w:left="259" w:hanging="259"/>
      </w:pPr>
      <w:r>
        <w:rPr>
          <w:b/>
          <w:color w:val="5B2C83"/>
        </w:rPr>
        <w:t xml:space="preserve">The Forge — </w:t>
      </w:r>
      <w:r>
        <w:t>She learned to heal metal, regrow missing ingot material, stabilize enchantments, and create named Legendary and sentient Mythic weapons. Hearthbreaker and Mercy’s Edge became the tools through which medicine and force shared one doctrine.</w:t>
      </w:r>
    </w:p>
    <w:p>
      <w:pPr>
        <w:keepNext w:val="0"/>
        <w:keepLines/>
        <w:spacing w:after="140"/>
        <w:ind w:left="259" w:hanging="259"/>
      </w:pPr>
      <w:r>
        <w:rPr>
          <w:b/>
          <w:color w:val="5B2C83"/>
        </w:rPr>
        <w:t xml:space="preserve">The Family — </w:t>
      </w:r>
      <w:r>
        <w:t>Kurnoma claimed children as readily as she carried them. Suki became family. Theo received food, blankets, a home, and the Rawibari surname. Lucius, Kumoko, and Elara were born from the wanted pregnancy that activated the Rawibari Blessing.</w:t>
      </w:r>
    </w:p>
    <w:p>
      <w:pPr>
        <w:keepNext w:val="0"/>
        <w:keepLines/>
        <w:spacing w:after="140"/>
        <w:ind w:left="259" w:hanging="259"/>
      </w:pPr>
      <w:r>
        <w:rPr>
          <w:b/>
          <w:color w:val="5B2C83"/>
        </w:rPr>
        <w:t xml:space="preserve">Abandonment — </w:t>
      </w:r>
      <w:r>
        <w:t>Darius left after the triplets’ birth. Kurnoma held the household together and raised children who knew him only through inheritance, old stories, and the work his absence created.</w:t>
      </w:r>
    </w:p>
    <w:p>
      <w:pPr>
        <w:keepNext w:val="0"/>
        <w:keepLines/>
        <w:spacing w:after="140"/>
        <w:ind w:left="259" w:hanging="259"/>
      </w:pPr>
      <w:r>
        <w:rPr>
          <w:b/>
          <w:color w:val="5B2C83"/>
        </w:rPr>
        <w:t xml:space="preserve">Upper Four / Jackpot — </w:t>
      </w:r>
      <w:r>
        <w:t>At thirty-eight, with six-month-old triplets in Vivi’s homeland, Kurnoma saw an Upper Four attacker reach past her. She struck the internal lever, awakened All-In Jackpot, protected the evacuation, and was later reclassified SS Rank.</w:t>
      </w:r>
    </w:p>
    <w:p>
      <w:pPr>
        <w:keepNext w:val="0"/>
        <w:keepLines/>
        <w:spacing w:after="140"/>
        <w:ind w:left="259" w:hanging="259"/>
      </w:pPr>
      <w:r>
        <w:rPr>
          <w:b/>
          <w:color w:val="5B2C83"/>
        </w:rPr>
        <w:t xml:space="preserve">Last Wager — </w:t>
      </w:r>
      <w:r>
        <w:t>When later seen armless and impaled through the lung during a five-second Jackpot, Kurnoma called the children’s True Names and physically evolved their weapons. The system removed the enemy at immense bodily and emotional cost.</w:t>
      </w:r>
    </w:p>
    <w:p>
      <w:pPr>
        <w:keepNext w:val="0"/>
        <w:keepLines/>
        <w:spacing w:after="140"/>
        <w:ind w:left="259" w:hanging="259"/>
      </w:pPr>
      <w:r>
        <w:rPr>
          <w:b/>
          <w:color w:val="5B2C83"/>
        </w:rPr>
        <w:t xml:space="preserve">Current Era — </w:t>
      </w:r>
      <w:r>
        <w:t>At fifty-eight she remains active, cooking, forging, training, healing, flirting, and learning—slowly—that a mother can be protected without becoming less central to the family.</w:t>
      </w:r>
    </w:p>
    <w:p>
      <w:pPr>
        <w:pStyle w:val="Heading2"/>
        <w:keepNext/>
        <w:keepLines/>
      </w:pPr>
      <w:r>
        <w:t>Voice Archive</w:t>
      </w:r>
    </w:p>
    <w:p>
      <w:pPr>
        <w:pStyle w:val="Quote"/>
        <w:shd w:fill="F1EAF6"/>
        <w:keepNext w:val="0"/>
        <w:keepLines/>
        <w:pBdr>
          <w:top w:val="single" w:sz="10" w:space="5" w:color="78D6B6"/>
          <w:bottom w:val="single" w:sz="10" w:space="5" w:color="78D6B6"/>
        </w:pBdr>
      </w:pPr>
      <w:r>
        <w:t>“Come here, sweetheart. If I meant to scare you, you would not be wondering.” — Lady Luck</w:t>
      </w:r>
    </w:p>
    <w:p>
      <w:pPr>
        <w:pStyle w:val="Quote"/>
        <w:shd w:fill="F1EAF6"/>
        <w:keepNext w:val="0"/>
        <w:keepLines/>
        <w:pBdr>
          <w:top w:val="single" w:sz="10" w:space="5" w:color="78D6B6"/>
          <w:bottom w:val="single" w:sz="10" w:space="5" w:color="78D6B6"/>
        </w:pBdr>
      </w:pPr>
      <w:r>
        <w:t>“No, that was not luck. That was six preparations wearing a pretty coat.” — Lady Luck</w:t>
      </w:r>
    </w:p>
    <w:p>
      <w:pPr>
        <w:pStyle w:val="Quote"/>
        <w:shd w:fill="F1EAF6"/>
        <w:keepNext w:val="0"/>
        <w:keepLines/>
        <w:pBdr>
          <w:top w:val="single" w:sz="10" w:space="5" w:color="78D6B6"/>
          <w:bottom w:val="single" w:sz="10" w:space="5" w:color="78D6B6"/>
        </w:pBdr>
      </w:pPr>
      <w:r>
        <w:t>“I can fix the blade. I cannot fix what you chose to do with it unless you help me.” — Lady Luck</w:t>
      </w:r>
    </w:p>
    <w:p>
      <w:pPr>
        <w:pStyle w:val="Quote"/>
        <w:shd w:fill="F1EAF6"/>
        <w:keepNext w:val="0"/>
        <w:keepLines/>
        <w:pBdr>
          <w:top w:val="single" w:sz="10" w:space="5" w:color="78D6B6"/>
          <w:bottom w:val="single" w:sz="10" w:space="5" w:color="78D6B6"/>
        </w:pBdr>
      </w:pPr>
      <w:r>
        <w:t>“Five seconds is plenty of time when the universe has already made its last mistake.” — Lady Luck</w:t>
      </w:r>
    </w:p>
    <w:p>
      <w:pPr>
        <w:pStyle w:val="Quote"/>
        <w:shd w:fill="F1EAF6"/>
        <w:keepNext w:val="0"/>
        <w:keepLines/>
        <w:pBdr>
          <w:top w:val="single" w:sz="10" w:space="5" w:color="78D6B6"/>
          <w:bottom w:val="single" w:sz="10" w:space="5" w:color="78D6B6"/>
        </w:pBdr>
      </w:pPr>
      <w:r>
        <w:t>“My children do not owe usefulness for the privilege of being kept.” — Lady Luck</w:t>
      </w:r>
    </w:p>
    <w:p>
      <w:pPr>
        <w:pStyle w:val="Heading2"/>
        <w:keepNext/>
        <w:keepLines/>
      </w:pPr>
      <w:r>
        <w:t>Registry Verdict</w:t>
      </w:r>
    </w:p>
    <w:p>
      <w:pPr>
        <w:keepNext w:val="0"/>
        <w:keepLines/>
        <w:spacing w:after="120" w:line="283" w:lineRule="auto"/>
      </w:pPr>
      <w:r>
        <w:rPr>
          <w:i w:val="0"/>
        </w:rPr>
        <w:t>Lady Luck is an SS-Rank anomaly whose real threat is not a single overwhelming spell but the convergence of systems that make ordinary counters arrive too late. She is healer, weaponsmith, time manipulator, illusionist, alchemist, pheromonal commander, speed fighter, and probability sovereign. She is most dangerous when an enemy forces those roles to agree on one target.</w:t>
      </w:r>
    </w:p>
    <w:p>
      <w:pPr>
        <w:keepNext w:val="0"/>
        <w:keepLines/>
        <w:spacing w:after="120" w:line="283" w:lineRule="auto"/>
      </w:pPr>
      <w:r>
        <w:rPr>
          <w:i w:val="0"/>
        </w:rPr>
        <w:t>The simpler verdict is also the more important one. Kurnoma is a mother who survived being left and refused to teach the children that leaving made them unworthy. Every miracle in this volume grows from that refusal. She is not lucky because fate spared her. She is Lady Luck because fate reached for her family and discovered she had learned how to reach back.</w:t>
      </w:r>
    </w:p>
    <w:p>
      <w:pPr>
        <w:sectPr>
          <w:headerReference w:type="default" r:id="rId17"/>
          <w:footerReference w:type="default" r:id="rId18"/>
          <w:pgSz w:w="12240" w:h="15840"/>
          <w:pgMar w:top="1181" w:right="1296" w:bottom="1181" w:left="1296" w:header="547" w:footer="547" w:gutter="0"/>
          <w:cols w:space="720"/>
          <w:docGrid w:linePitch="360"/>
        </w:sectPr>
      </w:pPr>
    </w:p>
    <w:p>
      <w:pPr>
        <w:spacing w:before="80" w:after="240"/>
        <w:jc w:val="center"/>
      </w:pPr>
      <w:r>
        <w:rPr>
          <w:b/>
          <w:color w:val="2E7D69"/>
          <w:sz w:val="20"/>
        </w:rPr>
        <w:t>CHARACTER BLOCK 03</w:t>
      </w:r>
    </w:p>
    <w:p>
      <w:pPr>
        <w:pStyle w:val="Heading1"/>
        <w:keepNext/>
        <w:keepLines/>
      </w:pPr>
      <w:r>
        <w:t>Kumoko Knight Rawibari</w:t>
      </w:r>
    </w:p>
    <w:p>
      <w:pPr>
        <w:spacing w:after="200"/>
        <w:jc w:val="center"/>
      </w:pPr>
      <w:r>
        <w:rPr>
          <w:b/>
          <w:color w:val="2E7D69"/>
          <w:sz w:val="28"/>
        </w:rPr>
        <w:t>The Wild Engine · The Laugh That Builds Lightning</w:t>
      </w:r>
    </w:p>
    <w:tbl>
      <w:tblPr>
        <w:tblStyle w:val="TableGrid"/>
        <w:tblW w:type="dxa" w:w="9360"/>
        <w:jc w:val="left"/>
        <w:tblLayout w:type="fixed"/>
        <w:tblLook w:firstColumn="1" w:firstRow="1" w:lastColumn="0" w:lastRow="0" w:noHBand="0" w:noVBand="1" w:val="04A0"/>
        <w:tblInd w:w="120" w:type="dxa"/>
      </w:tblPr>
      <w:tblGrid>
        <w:gridCol w:w="2500"/>
        <w:gridCol w:w="6860"/>
      </w:tblGrid>
      <w:tr>
        <w:tc>
          <w:tcPr>
            <w:tcW w:type="dxa" w:w="2500"/>
            <w:tcMar>
              <w:top w:w="90" w:type="dxa"/>
              <w:start w:w="120" w:type="dxa"/>
              <w:bottom w:w="90" w:type="dxa"/>
              <w:end w:w="120" w:type="dxa"/>
            </w:tcMar>
            <w:shd w:fill="341447"/>
          </w:tcPr>
          <w:p>
            <w:r>
              <w:rPr>
                <w:b/>
                <w:color w:val="FFFFFF"/>
              </w:rPr>
              <w:t>ACTIVE · A RANK</w:t>
            </w:r>
          </w:p>
        </w:tc>
        <w:tc>
          <w:tcPr>
            <w:tcW w:type="dxa" w:w="6860"/>
            <w:tcMar>
              <w:top w:w="90" w:type="dxa"/>
              <w:start w:w="120" w:type="dxa"/>
              <w:bottom w:w="90" w:type="dxa"/>
              <w:end w:w="120" w:type="dxa"/>
            </w:tcMar>
            <w:shd w:fill="EAF8F3"/>
          </w:tcPr>
          <w:p>
            <w:r>
              <w:rPr>
                <w:b/>
                <w:color w:val="2E7D69"/>
              </w:rPr>
              <w:t>Adult triplet; never to be confused with Prime continuity’s separate fox-spirit guardian deity.</w:t>
            </w:r>
          </w:p>
        </w:tc>
      </w:tr>
    </w:tbl>
    <w:p>
      <w:pPr>
        <w:spacing w:after="20"/>
      </w:pPr>
    </w:p>
    <w:tbl>
      <w:tblPr>
        <w:tblStyle w:val="TableGrid"/>
        <w:tblW w:type="dxa" w:w="9360"/>
        <w:jc w:val="left"/>
        <w:tblLayout w:type="fixed"/>
        <w:tblLook w:firstColumn="1" w:firstRow="1" w:lastColumn="0" w:lastRow="0" w:noHBand="0" w:noVBand="1" w:val="04A0"/>
        <w:tblInd w:w="120" w:type="dxa"/>
      </w:tblPr>
      <w:tblGrid>
        <w:gridCol w:w="2700"/>
        <w:gridCol w:w="6660"/>
      </w:tblGrid>
      <w:tr>
        <w:tc>
          <w:tcPr>
            <w:tcW w:type="dxa" w:w="2700"/>
            <w:vAlign w:val="center"/>
            <w:shd w:fill="F1EAF6"/>
            <w:tcMar>
              <w:top w:w="90" w:type="dxa"/>
              <w:start w:w="120" w:type="dxa"/>
              <w:bottom w:w="90" w:type="dxa"/>
              <w:end w:w="120" w:type="dxa"/>
            </w:tcMar>
          </w:tcPr>
          <w:p>
            <w:pPr>
              <w:spacing w:before="0" w:after="0" w:line="240" w:lineRule="auto"/>
            </w:pPr>
            <w:r>
              <w:rPr>
                <w:b/>
                <w:color w:val="341447"/>
              </w:rPr>
              <w:t>Full name</w:t>
            </w:r>
          </w:p>
        </w:tc>
        <w:tc>
          <w:tcPr>
            <w:tcW w:type="dxa" w:w="6660"/>
            <w:vAlign w:val="center"/>
            <w:shd w:fill="FFFFFF"/>
            <w:tcMar>
              <w:top w:w="90" w:type="dxa"/>
              <w:start w:w="120" w:type="dxa"/>
              <w:bottom w:w="90" w:type="dxa"/>
              <w:end w:w="120" w:type="dxa"/>
            </w:tcMar>
          </w:tcPr>
          <w:p>
            <w:pPr>
              <w:spacing w:before="0" w:after="0" w:line="240" w:lineRule="auto"/>
            </w:pPr>
            <w:r>
              <w:t>Kumoko Knight Rawibari</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Current status</w:t>
            </w:r>
          </w:p>
        </w:tc>
        <w:tc>
          <w:tcPr>
            <w:tcW w:type="dxa" w:w="6660"/>
            <w:vAlign w:val="center"/>
            <w:shd w:fill="F4F2F5"/>
            <w:tcMar>
              <w:top w:w="90" w:type="dxa"/>
              <w:start w:w="120" w:type="dxa"/>
              <w:bottom w:w="90" w:type="dxa"/>
              <w:end w:w="120" w:type="dxa"/>
            </w:tcMar>
          </w:tcPr>
          <w:p>
            <w:pPr>
              <w:spacing w:before="0" w:after="0" w:line="240" w:lineRule="auto"/>
            </w:pPr>
            <w:r>
              <w:t>ACTIVE</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Age</w:t>
            </w:r>
          </w:p>
        </w:tc>
        <w:tc>
          <w:tcPr>
            <w:tcW w:type="dxa" w:w="6660"/>
            <w:vAlign w:val="center"/>
            <w:shd w:fill="FFFFFF"/>
            <w:tcMar>
              <w:top w:w="90" w:type="dxa"/>
              <w:start w:w="120" w:type="dxa"/>
              <w:bottom w:w="90" w:type="dxa"/>
              <w:end w:w="120" w:type="dxa"/>
            </w:tcMar>
          </w:tcPr>
          <w:p>
            <w:pPr>
              <w:spacing w:before="0" w:after="0" w:line="240" w:lineRule="auto"/>
            </w:pPr>
            <w:r>
              <w:t>20</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Height</w:t>
            </w:r>
          </w:p>
        </w:tc>
        <w:tc>
          <w:tcPr>
            <w:tcW w:type="dxa" w:w="6660"/>
            <w:vAlign w:val="center"/>
            <w:shd w:fill="F4F2F5"/>
            <w:tcMar>
              <w:top w:w="90" w:type="dxa"/>
              <w:start w:w="120" w:type="dxa"/>
              <w:bottom w:w="90" w:type="dxa"/>
              <w:end w:w="120" w:type="dxa"/>
            </w:tcMar>
          </w:tcPr>
          <w:p>
            <w:pPr>
              <w:spacing w:before="0" w:after="0" w:line="240" w:lineRule="auto"/>
            </w:pPr>
            <w:r>
              <w:t>6'2" / 188 cm</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Species</w:t>
            </w:r>
          </w:p>
        </w:tc>
        <w:tc>
          <w:tcPr>
            <w:tcW w:type="dxa" w:w="6660"/>
            <w:vAlign w:val="center"/>
            <w:shd w:fill="FFFFFF"/>
            <w:tcMar>
              <w:top w:w="90" w:type="dxa"/>
              <w:start w:w="120" w:type="dxa"/>
              <w:bottom w:w="90" w:type="dxa"/>
              <w:end w:w="120" w:type="dxa"/>
            </w:tcMar>
          </w:tcPr>
          <w:p>
            <w:pPr>
              <w:spacing w:before="0" w:after="0" w:line="240" w:lineRule="auto"/>
            </w:pPr>
            <w:r>
              <w:t>Panda / Red Panda Beast-Folk hybrid; red-panda-shaped</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Current rank</w:t>
            </w:r>
          </w:p>
        </w:tc>
        <w:tc>
          <w:tcPr>
            <w:tcW w:type="dxa" w:w="6660"/>
            <w:vAlign w:val="center"/>
            <w:shd w:fill="F4F2F5"/>
            <w:tcMar>
              <w:top w:w="90" w:type="dxa"/>
              <w:start w:w="120" w:type="dxa"/>
              <w:bottom w:w="90" w:type="dxa"/>
              <w:end w:w="120" w:type="dxa"/>
            </w:tcMar>
          </w:tcPr>
          <w:p>
            <w:pPr>
              <w:spacing w:before="0" w:after="0" w:line="240" w:lineRule="auto"/>
            </w:pPr>
            <w:r>
              <w:t>A Rank; high S-Rank burst potential</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Primary role</w:t>
            </w:r>
          </w:p>
        </w:tc>
        <w:tc>
          <w:tcPr>
            <w:tcW w:type="dxa" w:w="6660"/>
            <w:vAlign w:val="center"/>
            <w:shd w:fill="FFFFFF"/>
            <w:tcMar>
              <w:top w:w="90" w:type="dxa"/>
              <w:start w:w="120" w:type="dxa"/>
              <w:bottom w:w="90" w:type="dxa"/>
              <w:end w:w="120" w:type="dxa"/>
            </w:tcMar>
          </w:tcPr>
          <w:p>
            <w:pPr>
              <w:spacing w:before="0" w:after="0" w:line="240" w:lineRule="auto"/>
            </w:pPr>
            <w:r>
              <w:t>Wild Engine, construct skirmisher, improvisational breaker</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Bloodline Art</w:t>
            </w:r>
          </w:p>
        </w:tc>
        <w:tc>
          <w:tcPr>
            <w:tcW w:type="dxa" w:w="6660"/>
            <w:vAlign w:val="center"/>
            <w:shd w:fill="F4F2F5"/>
            <w:tcMar>
              <w:top w:w="90" w:type="dxa"/>
              <w:start w:w="120" w:type="dxa"/>
              <w:bottom w:w="90" w:type="dxa"/>
              <w:end w:w="120" w:type="dxa"/>
            </w:tcMar>
          </w:tcPr>
          <w:p>
            <w:pPr>
              <w:spacing w:before="0" w:after="0" w:line="240" w:lineRule="auto"/>
            </w:pPr>
            <w:r>
              <w:t>Arsenal: Wild Genesis</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Magic</w:t>
            </w:r>
          </w:p>
        </w:tc>
        <w:tc>
          <w:tcPr>
            <w:tcW w:type="dxa" w:w="6660"/>
            <w:vAlign w:val="center"/>
            <w:shd w:fill="FFFFFF"/>
            <w:tcMar>
              <w:top w:w="90" w:type="dxa"/>
              <w:start w:w="120" w:type="dxa"/>
              <w:bottom w:w="90" w:type="dxa"/>
              <w:end w:w="120" w:type="dxa"/>
            </w:tcMar>
          </w:tcPr>
          <w:p>
            <w:pPr>
              <w:spacing w:before="0" w:after="0" w:line="240" w:lineRule="auto"/>
            </w:pPr>
            <w:r>
              <w:t>Water, Fire, Steam/Mist, Manifestation</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Weapon Arts</w:t>
            </w:r>
          </w:p>
        </w:tc>
        <w:tc>
          <w:tcPr>
            <w:tcW w:type="dxa" w:w="6660"/>
            <w:vAlign w:val="center"/>
            <w:shd w:fill="F4F2F5"/>
            <w:tcMar>
              <w:top w:w="90" w:type="dxa"/>
              <w:start w:w="120" w:type="dxa"/>
              <w:bottom w:w="90" w:type="dxa"/>
              <w:end w:w="120" w:type="dxa"/>
            </w:tcMar>
          </w:tcPr>
          <w:p>
            <w:pPr>
              <w:spacing w:before="0" w:after="0" w:line="240" w:lineRule="auto"/>
            </w:pPr>
            <w:r>
              <w:t>Speed, Flow, Momentum, Impact</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Mythic weapon</w:t>
            </w:r>
          </w:p>
        </w:tc>
        <w:tc>
          <w:tcPr>
            <w:tcW w:type="dxa" w:w="6660"/>
            <w:vAlign w:val="center"/>
            <w:shd w:fill="FFFFFF"/>
            <w:tcMar>
              <w:top w:w="90" w:type="dxa"/>
              <w:start w:w="120" w:type="dxa"/>
              <w:bottom w:w="90" w:type="dxa"/>
              <w:end w:w="120" w:type="dxa"/>
            </w:tcMar>
          </w:tcPr>
          <w:p>
            <w:pPr>
              <w:spacing w:before="0" w:after="0" w:line="240" w:lineRule="auto"/>
            </w:pPr>
            <w:r>
              <w:t>Riot Wish</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True Name</w:t>
            </w:r>
          </w:p>
        </w:tc>
        <w:tc>
          <w:tcPr>
            <w:tcW w:type="dxa" w:w="6660"/>
            <w:vAlign w:val="center"/>
            <w:shd w:fill="F4F2F5"/>
            <w:tcMar>
              <w:top w:w="90" w:type="dxa"/>
              <w:start w:w="120" w:type="dxa"/>
              <w:bottom w:w="90" w:type="dxa"/>
              <w:end w:w="120" w:type="dxa"/>
            </w:tcMar>
          </w:tcPr>
          <w:p>
            <w:pPr>
              <w:spacing w:before="0" w:after="0" w:line="240" w:lineRule="auto"/>
            </w:pPr>
            <w:r>
              <w:t>Eshka-Riin Volakai — ‘The Laugh That Builds Lightning’</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Last Wager form</w:t>
            </w:r>
          </w:p>
        </w:tc>
        <w:tc>
          <w:tcPr>
            <w:tcW w:type="dxa" w:w="6660"/>
            <w:vAlign w:val="center"/>
            <w:shd w:fill="FFFFFF"/>
            <w:tcMar>
              <w:top w:w="90" w:type="dxa"/>
              <w:start w:w="120" w:type="dxa"/>
              <w:bottom w:w="90" w:type="dxa"/>
              <w:end w:w="120" w:type="dxa"/>
            </w:tcMar>
          </w:tcPr>
          <w:p>
            <w:pPr>
              <w:spacing w:before="0" w:after="0" w:line="240" w:lineRule="auto"/>
            </w:pPr>
            <w:r>
              <w:t>Riot Wish: Stormlaugh Cataclysm</w:t>
            </w:r>
          </w:p>
        </w:tc>
      </w:tr>
    </w:tbl>
    <w:p>
      <w:pPr>
        <w:spacing w:after="20"/>
      </w:pPr>
    </w:p>
    <w:p>
      <w:pPr>
        <w:pStyle w:val="Heading2"/>
        <w:keepNext/>
        <w:keepLines/>
      </w:pPr>
      <w:r>
        <w:t>Databook Thesis</w:t>
      </w:r>
    </w:p>
    <w:p>
      <w:pPr>
        <w:keepNext w:val="0"/>
        <w:keepLines/>
        <w:spacing w:after="120" w:line="283" w:lineRule="auto"/>
      </w:pPr>
      <w:r>
        <w:rPr>
          <w:i w:val="0"/>
        </w:rPr>
        <w:t>Kumoko is what happens when the uncertainty in Darius’s Weapon Gacha and the creative correction in Kurnoma’s forge are born as a person with no interest in waiting for the perfect idea. Arsenal: Wild Genesis responds to emotion and immediate need by creating temporary weapons, shields, tools, attachments, and partial constructs. Riot Wish stabilizes the results just enough that ‘bad idea’ can become a combat category rather than an obituary.</w:t>
      </w:r>
    </w:p>
    <w:p>
      <w:pPr>
        <w:keepNext w:val="0"/>
        <w:keepLines/>
        <w:spacing w:after="120" w:line="283" w:lineRule="auto"/>
      </w:pPr>
      <w:r>
        <w:rPr>
          <w:i w:val="0"/>
        </w:rPr>
        <w:t>At twenty she is A Rank, 6 feet 2 inches, affectionate, reckless, expressive, energetic, and almost never calm while awake. Her body visibly refuses to choose one parent’s lineage. The shape is red panda—ears, tail, fur distribution, agility—but the coloration splits: panda black-and-white on the right side and red-panda color on the left. The design is not a half-finished fusion. It is the clearest visual statement in the family that two inheritances can remain distinct and still belong to one complete person.</w:t>
      </w:r>
    </w:p>
    <w:p>
      <w:pPr>
        <w:keepNext w:val="0"/>
        <w:keepLines/>
        <w:spacing w:after="120" w:line="283" w:lineRule="auto"/>
      </w:pPr>
      <w:r>
        <w:rPr>
          <w:i w:val="0"/>
        </w:rPr>
        <w:t>Kumoko’s danger is frequently described as chaos. That is only half correct. Baseline Wild Genesis is chaotic because the first draft of an urgent answer arrives before careful engineering. In true crisis, settled intent can focus the chaos with frightening precision. Stormlaugh Cataclysm and Violet Funeral Hurricane are not tantrums. They are the moment an exuberant young woman stops hoping the target might survive and directs every invented edge, thorn, fragment, detonation, and violet current toward one completed verdict.</w:t>
      </w:r>
    </w:p>
    <w:p>
      <w:pPr>
        <w:pStyle w:val="Quote"/>
        <w:shd w:fill="F1EAF6"/>
        <w:keepNext w:val="0"/>
        <w:keepLines/>
        <w:pBdr>
          <w:top w:val="single" w:sz="10" w:space="5" w:color="78D6B6"/>
          <w:bottom w:val="single" w:sz="10" w:space="5" w:color="78D6B6"/>
        </w:pBdr>
      </w:pPr>
      <w:r>
        <w:t>“I know it sounds stupid. That is why they will not be ready for it.” — Kumoko</w:t>
      </w:r>
    </w:p>
    <w:p>
      <w:pPr>
        <w:pStyle w:val="Heading2"/>
        <w:keepNext/>
        <w:keepLines/>
      </w:pPr>
      <w:r>
        <w:t>Appearance &amp; Silhouette</w:t>
      </w:r>
    </w:p>
    <w:p>
      <w:pPr>
        <w:keepNext w:val="0"/>
        <w:keepLines/>
        <w:spacing w:after="120" w:line="283" w:lineRule="auto"/>
      </w:pPr>
      <w:r>
        <w:rPr>
          <w:i w:val="0"/>
        </w:rPr>
        <w:t>Kumoko is the shortest biological triplet at 6 feet 2 inches, though nothing about her presentation reads small. Her build is athletic, spring-loaded, and visibly suited to repeated changes of direction. She occupies space through motion: weight on the forward foot, tail already balancing the turn, hands moving while the explanation is still becoming an idea. Standing still looks temporary, as though a pause button has been held by someone else.</w:t>
      </w:r>
    </w:p>
    <w:p>
      <w:pPr>
        <w:keepNext w:val="0"/>
        <w:keepLines/>
        <w:spacing w:after="120" w:line="283" w:lineRule="auto"/>
      </w:pPr>
      <w:r>
        <w:rPr>
          <w:i w:val="0"/>
        </w:rPr>
        <w:t>Her red-panda-shaped body carries a clean lateral split of lineage. The right side favors Darius’s panda black and white. The left favors Kurnoma’s red-panda russet, cream, and dark accenting. Fur gathers at the wrists, shoulders, neck, and from the knees downward, leaving enough exposed humanoid structure for flexible armor and visible expression. Red-panda ears and a ringed tail keep the underlying animal silhouette consistent across both color languages.</w:t>
      </w:r>
    </w:p>
    <w:p>
      <w:pPr>
        <w:keepNext w:val="0"/>
        <w:keepLines/>
        <w:spacing w:after="120" w:line="283" w:lineRule="auto"/>
      </w:pPr>
      <w:r>
        <w:rPr>
          <w:i w:val="0"/>
        </w:rPr>
        <w:t>Her eyes are pink. The left pupil is heart-shaped and the right is slit-shaped, giving even a neutral gaze the contradiction of open affection and predatory focus. Under excitement the eyes become brighter and more animated. Under Last Wager pressure the pink blazes into an electric certainty that makes her laughter harder to classify as joy, grief, or the nervous system exceeding its ordinary vocabulary.</w:t>
      </w:r>
    </w:p>
    <w:p>
      <w:pPr>
        <w:keepNext w:val="0"/>
        <w:keepLines/>
        <w:spacing w:after="120" w:line="283" w:lineRule="auto"/>
      </w:pPr>
      <w:r>
        <w:rPr>
          <w:i w:val="0"/>
        </w:rPr>
        <w:t>Her hair is a wild layered wolf cut blending jet black, red, purple, and violet. The color split is less geometrically strict than the fur; it looks like both parents’ palettes were thrown into motion and allowed to decide the final arrangement mid-fall. Strands lift under Manifestation discharge and steam currents. After a serious construct burst, small sparks or condensed droplets may cling to the layers.</w:t>
      </w:r>
    </w:p>
    <w:p>
      <w:pPr>
        <w:keepNext w:val="0"/>
        <w:keepLines/>
        <w:spacing w:after="120" w:line="283" w:lineRule="auto"/>
      </w:pPr>
      <w:r>
        <w:rPr>
          <w:i w:val="0"/>
        </w:rPr>
        <w:t>Clothing must tolerate the Art. Kumoko favors flexible layered combat wear, reinforced through shoulders and hips but open enough at joints that spontaneous attachments do not tear fabric immediately. Fasteners are deliberately redundant because Wild Genesis may decide she needs an extra brace, blade rack, shield arm, or launch surface where a tailor did not. Purple, black, red, and pale metal accents make Riot Wish look like part of the outfit even when collapsed.</w:t>
      </w:r>
    </w:p>
    <w:p>
      <w:pPr>
        <w:keepNext w:val="0"/>
        <w:keepLines/>
        <w:spacing w:after="120" w:line="283" w:lineRule="auto"/>
      </w:pPr>
      <w:r>
        <w:rPr>
          <w:i w:val="0"/>
        </w:rPr>
        <w:t>Her expression is energetic and affectionate. She smiles with her whole posture, not merely her mouth. The same physical honesty means grief is difficult to hide. In Violet Funeral Hurricane, the voice may shake and the eyes may be wet even while every strike becomes more exact. Kumoko does not become less emotional to become lethal; the emotion finally stops scattering.</w:t>
      </w:r>
    </w:p>
    <w:p>
      <w:pPr>
        <w:pStyle w:val="Heading2"/>
        <w:keepNext/>
        <w:keepLines/>
      </w:pPr>
      <w:r>
        <w:t>Temperament &amp; Interior Life</w:t>
      </w:r>
    </w:p>
    <w:p>
      <w:pPr>
        <w:keepNext w:val="0"/>
        <w:keepLines/>
        <w:spacing w:after="120" w:line="283" w:lineRule="auto"/>
      </w:pPr>
      <w:r>
        <w:rPr>
          <w:i w:val="0"/>
        </w:rPr>
        <w:t>Kumoko loves loudly. She reaches for people, projects enthusiasm into rooms, treats discovery as a shared event, and can turn an ordinary repair into a demonstration no one authorized. Affection and curiosity are closely linked: if she likes someone, she wants to show them the thing, improve the thing, combine the thing with fire, and learn whether their laugh sounds different after the harmless version of the explosion.</w:t>
      </w:r>
    </w:p>
    <w:p>
      <w:pPr>
        <w:keepNext w:val="0"/>
        <w:keepLines/>
        <w:spacing w:after="120" w:line="283" w:lineRule="auto"/>
      </w:pPr>
      <w:r>
        <w:rPr>
          <w:i w:val="0"/>
        </w:rPr>
        <w:t>Recklessness is real rather than charming decoration. She can overbuild, underbuild, or malformed a construct because emotion supplied the request before judgment supplied the specification. She burns energy quickly, struggles with stealth, finds patience physically unpleasant, and can treat a successful survival as retroactive proof the plan was safe. Kurnoma’s workshop gives her somewhere to fail without making failure a threat to belonging.</w:t>
      </w:r>
    </w:p>
    <w:p>
      <w:pPr>
        <w:keepNext w:val="0"/>
        <w:keepLines/>
        <w:spacing w:after="120" w:line="283" w:lineRule="auto"/>
      </w:pPr>
      <w:r>
        <w:rPr>
          <w:i w:val="0"/>
        </w:rPr>
        <w:t>Riot Wish mirrors and amplifies her joy. The weapon is energetic, curious, affectionate, creative, easily bored, dramatically heroic, and irresponsibly encouraging. It does not merely tolerate bad ideas. It wants to know whether the bad idea could have a second stage. The pairing works because Riot Wish also absorbs some failed recoil and stabilizes Wild Genesis. The weapon is both enabler and seat belt, a role that becomes ethically complicated when its personality inverts during Last Wager.</w:t>
      </w:r>
    </w:p>
    <w:p>
      <w:pPr>
        <w:keepNext w:val="0"/>
        <w:keepLines/>
        <w:spacing w:after="120" w:line="283" w:lineRule="auto"/>
      </w:pPr>
      <w:r>
        <w:rPr>
          <w:i w:val="0"/>
        </w:rPr>
        <w:t>Kumoko is not naïve about Darius. She has no memory of him, only inheritance and household history. Unlike Lucius, she does not primarily fear becoming him. She is more likely to wonder, investigate, get angry at the answer, and then be angry that curiosity was mistaken for openness to reconciliation. Her divided coloration gives strangers an excuse to mention him; she refuses to let visual resemblance define the emotional terms.</w:t>
      </w:r>
    </w:p>
    <w:p>
      <w:pPr>
        <w:keepNext w:val="0"/>
        <w:keepLines/>
        <w:spacing w:after="120" w:line="283" w:lineRule="auto"/>
      </w:pPr>
      <w:r>
        <w:rPr>
          <w:i w:val="0"/>
        </w:rPr>
        <w:t>Among the triplets, she is the destabilizer that keeps stability from becoming stagnation. Lucius gives her a wall strong enough to launch from. Elara gives her the precision and equipment control that let a ridiculous construct enter a disciplined plan. She, in return, gives both siblings permission to improvise when their preferred certainty has failed.</w:t>
      </w:r>
    </w:p>
    <w:p>
      <w:pPr>
        <w:pStyle w:val="Heading2"/>
        <w:keepNext/>
        <w:keepLines/>
      </w:pPr>
      <w:r>
        <w:t>Position in the World</w:t>
      </w:r>
    </w:p>
    <w:p>
      <w:pPr>
        <w:keepNext w:val="0"/>
        <w:keepLines/>
        <w:spacing w:after="120" w:line="283" w:lineRule="auto"/>
      </w:pPr>
      <w:r>
        <w:rPr>
          <w:i w:val="0"/>
        </w:rPr>
        <w:t>Kumoko’s A-Rank classification recognizes formation-changing unpredictability. She is not a traditional frontliner, artillery mage, or summoner. She is an improvisational breaker whose temporary arsenal answers the field at the speed of emotion. The Registry can document the resulting weapon; it has more trouble classifying the rule that invented it during contact.</w:t>
      </w:r>
    </w:p>
    <w:p>
      <w:pPr>
        <w:keepNext w:val="0"/>
        <w:keepLines/>
        <w:spacing w:after="120" w:line="283" w:lineRule="auto"/>
      </w:pPr>
      <w:r>
        <w:rPr>
          <w:i w:val="0"/>
        </w:rPr>
        <w:t>Her high S-Rank burst potential should not be confused with sustained S-Rank reliability. Wild Genesis can briefly produce the exact impossible tool, and Stormlaugh Cataclysm can coordinate dozens of weapons with focused elimination. Baseline energy burn, malformed results, poor subtlety, and emotional variance keep her ordinary classification at A Rank.</w:t>
      </w:r>
    </w:p>
    <w:p>
      <w:pPr>
        <w:keepNext w:val="0"/>
        <w:keepLines/>
        <w:spacing w:after="120" w:line="283" w:lineRule="auto"/>
      </w:pPr>
      <w:r>
        <w:rPr>
          <w:i w:val="0"/>
        </w:rPr>
        <w:t>Within the family formation she is the wild engine placed behind Lucius’s refusal to move and beside Elara’s quiet control. Lady Luck supplies recovery and favorable opportunity. Kumoko turns that opportunity into something the enemy could not prepare to name.</w:t>
      </w:r>
    </w:p>
    <w:p>
      <w:pPr>
        <w:pStyle w:val="Heading2"/>
        <w:keepNext/>
        <w:keepLines/>
      </w:pPr>
      <w:r>
        <w:t>Powers, Abilities &amp; Combat Systems</w:t>
      </w:r>
    </w:p>
    <w:p>
      <w:pPr>
        <w:pStyle w:val="Heading3"/>
        <w:keepNext/>
        <w:keepLines/>
      </w:pPr>
      <w:r>
        <w:t>Arsenal: Wild Genesis</w:t>
      </w:r>
    </w:p>
    <w:p>
      <w:pPr>
        <w:keepNext/>
        <w:spacing w:after="80"/>
      </w:pPr>
      <w:r>
        <w:rPr>
          <w:b/>
          <w:color w:val="2E7D69"/>
          <w:sz w:val="17"/>
        </w:rPr>
        <w:t>BLOODLINE ART</w:t>
      </w:r>
    </w:p>
    <w:p>
      <w:pPr>
        <w:keepNext w:val="0"/>
        <w:keepLines/>
        <w:spacing w:after="120" w:line="283" w:lineRule="auto"/>
      </w:pPr>
      <w:r>
        <w:rPr>
          <w:i w:val="0"/>
        </w:rPr>
        <w:t>Function. Wild Genesis produces emotion- and need-driven temporary weapons, shields, tools, partial machines, launch surfaces, thorns, braces, and attachments. It is reactive manifestation: the body recognizes an immediate problem and creates a first-draft answer before formal design is complete.</w:t>
      </w:r>
    </w:p>
    <w:p>
      <w:pPr>
        <w:keepNext w:val="0"/>
        <w:keepLines/>
        <w:spacing w:after="120" w:line="283" w:lineRule="auto"/>
      </w:pPr>
      <w:r>
        <w:rPr>
          <w:i w:val="0"/>
        </w:rPr>
        <w:t>Field application. In practice, Kumoko uses this capability as improvisational armament under contact. Kumoko may generate the missing reach, a shield at the hit location, an extra grip, a temporary blade rack, a foothold in empty air, or a construction that is technically ridiculous and functionally correct for one exchange.</w:t>
      </w:r>
    </w:p>
    <w:p>
      <w:pPr>
        <w:keepNext w:val="0"/>
        <w:keepLines/>
        <w:spacing w:after="120" w:line="283" w:lineRule="auto"/>
      </w:pPr>
      <w:r>
        <w:rPr>
          <w:i w:val="0"/>
        </w:rPr>
        <w:t>System interaction. Inherited healing provides rapid bodily compensation; Riot Wish stabilizes structure, channels Manifestation, and absorbs failed recoil. Speed and Flow Arts let Kumoko use a temporary item before its short lifespan becomes relevant.</w:t>
      </w:r>
    </w:p>
    <w:p>
      <w:pPr>
        <w:keepNext w:val="0"/>
        <w:keepLines/>
        <w:spacing w:after="120" w:line="283" w:lineRule="auto"/>
      </w:pPr>
      <w:r>
        <w:rPr>
          <w:i w:val="0"/>
        </w:rPr>
        <w:t>Limits and counterplay. Emotional spikes increase output while decreasing precision. Constructs may be overbuilt, underbuilt, malformed, unstable, or absurd. Rapid creation consumes energy and attention. Patience, stealth, and fine long-term engineering remain weak points.</w:t>
      </w:r>
    </w:p>
    <w:p>
      <w:pPr>
        <w:keepNext w:val="0"/>
        <w:keepLines/>
        <w:spacing w:after="120" w:line="283" w:lineRule="auto"/>
      </w:pPr>
      <w:r>
        <w:rPr>
          <w:i w:val="0"/>
        </w:rPr>
        <w:t>Archive note. Temporary armament blooms from light, material fragments, elemental vapor, and the geometry of immediate intention rather than from a fixed inventory. The Art matured from childhood spontaneity into an A-Rank system without losing the trait Kurnoma considered worth protecting: joy in making an answer that did not exist a moment earlier.</w:t>
      </w:r>
    </w:p>
    <w:p>
      <w:pPr>
        <w:pStyle w:val="Heading3"/>
        <w:keepNext/>
        <w:keepLines/>
      </w:pPr>
      <w:r>
        <w:t>Baseline Genesis Techniques</w:t>
      </w:r>
    </w:p>
    <w:p>
      <w:pPr>
        <w:keepNext/>
        <w:spacing w:after="80"/>
      </w:pPr>
      <w:r>
        <w:rPr>
          <w:b/>
          <w:color w:val="2E7D69"/>
          <w:sz w:val="17"/>
        </w:rPr>
        <w:t>WILD GENESIS APPLICATION SUITE</w:t>
      </w:r>
    </w:p>
    <w:p>
      <w:pPr>
        <w:keepNext w:val="0"/>
        <w:keepLines/>
        <w:spacing w:after="120" w:line="283" w:lineRule="auto"/>
      </w:pPr>
      <w:r>
        <w:rPr>
          <w:i w:val="0"/>
        </w:rPr>
        <w:t>Function. Known calls include Watch This, Wild Genesis: Bloomrack, Steam-Pounce, Splitstaff Riot, and Mama Said Move. Together they cover sudden invention, multi-weapon deployment, steam-propelled movement, splitstaff integration, and urgent ally repositioning.</w:t>
      </w:r>
    </w:p>
    <w:p>
      <w:pPr>
        <w:keepNext w:val="0"/>
        <w:keepLines/>
        <w:spacing w:after="120" w:line="283" w:lineRule="auto"/>
      </w:pPr>
      <w:r>
        <w:rPr>
          <w:i w:val="0"/>
        </w:rPr>
        <w:t>Field application. In practice, Kumoko uses this capability as a deliberately informal vocabulary. Watch This signals an untested concept. Bloomrack produces several temporary tools or weapons. Steam-Pounce uses Water and Fire for explosive movement. Splitstaff Riot coordinates constructs through Riot Wish. Mama Said Move prioritizes getting a person out of the killing line.</w:t>
      </w:r>
    </w:p>
    <w:p>
      <w:pPr>
        <w:keepNext w:val="0"/>
        <w:keepLines/>
        <w:spacing w:after="120" w:line="283" w:lineRule="auto"/>
      </w:pPr>
      <w:r>
        <w:rPr>
          <w:i w:val="0"/>
        </w:rPr>
        <w:t>System interaction. The humorous naming keeps Kumoko emotionally connected to the technique rather than trapped by formal perfection. Kurnoma’s language appears in the rescue-oriented call; Riot Wish supplies the rhythm and enthusiasm that keep the suite fluid.</w:t>
      </w:r>
    </w:p>
    <w:p>
      <w:pPr>
        <w:keepNext w:val="0"/>
        <w:keepLines/>
        <w:spacing w:after="120" w:line="283" w:lineRule="auto"/>
      </w:pPr>
      <w:r>
        <w:rPr>
          <w:i w:val="0"/>
        </w:rPr>
        <w:t>Limits and counterplay. Informality can hide genuine danger. An untested idea may harm Kumoko, consume too much energy, or create collateral geometry. An enemy who survives enough demonstrations can begin recognizing which joke predicts which category of answer.</w:t>
      </w:r>
    </w:p>
    <w:p>
      <w:pPr>
        <w:keepNext w:val="0"/>
        <w:keepLines/>
        <w:spacing w:after="120" w:line="283" w:lineRule="auto"/>
      </w:pPr>
      <w:r>
        <w:rPr>
          <w:i w:val="0"/>
        </w:rPr>
        <w:t>Archive note. Bloomrack resembles a sudden garden of armament; Steam-Pounce leaves a vapor detonation; Splitstaff Riot divides the visual center into twin moving channels. The calls preserve the workshop culture in which experimentation was corrected without being humiliated out of her.</w:t>
      </w:r>
    </w:p>
    <w:p>
      <w:pPr>
        <w:pStyle w:val="Heading3"/>
        <w:keepNext/>
        <w:keepLines/>
      </w:pPr>
      <w:r>
        <w:t>Water, Fire, Steam/Mist &amp; Manifestation</w:t>
      </w:r>
    </w:p>
    <w:p>
      <w:pPr>
        <w:keepNext/>
        <w:spacing w:after="80"/>
      </w:pPr>
      <w:r>
        <w:rPr>
          <w:b/>
          <w:color w:val="2E7D69"/>
          <w:sz w:val="17"/>
        </w:rPr>
        <w:t>MAGIC SUITE</w:t>
      </w:r>
    </w:p>
    <w:p>
      <w:pPr>
        <w:keepNext w:val="0"/>
        <w:keepLines/>
        <w:spacing w:after="120" w:line="283" w:lineRule="auto"/>
      </w:pPr>
      <w:r>
        <w:rPr>
          <w:i w:val="0"/>
        </w:rPr>
        <w:t>Function. Water supplies mass, flow, cooling, and redirection. Fire supplies heat, ignition, and burst. Together they create Steam and Mist for propulsion, obscuration, pressure, and condensation. Manifestation gives temporary form to the concepts Wild Genesis invents.</w:t>
      </w:r>
    </w:p>
    <w:p>
      <w:pPr>
        <w:keepNext w:val="0"/>
        <w:keepLines/>
        <w:spacing w:after="120" w:line="283" w:lineRule="auto"/>
      </w:pPr>
      <w:r>
        <w:rPr>
          <w:i w:val="0"/>
        </w:rPr>
        <w:t>Field application. In practice, Kumoko uses this capability as mobility and weapon construction rather than conventional elemental dueling. Kumoko can launch herself through steam, conceal the path of a blooming weapon, cool a failing construct, or use condensed water as the temporary body of an idea.</w:t>
      </w:r>
    </w:p>
    <w:p>
      <w:pPr>
        <w:keepNext w:val="0"/>
        <w:keepLines/>
        <w:spacing w:after="120" w:line="283" w:lineRule="auto"/>
      </w:pPr>
      <w:r>
        <w:rPr>
          <w:i w:val="0"/>
        </w:rPr>
        <w:t>System interaction. Riot Wish channels and stabilizes the elements. Speed and Momentum turn steam bursts into attack vectors. Lady Luck’s terrain and Elara’s equipment control create safe anchors for otherwise unstable manifestation.</w:t>
      </w:r>
    </w:p>
    <w:p>
      <w:pPr>
        <w:keepNext w:val="0"/>
        <w:keepLines/>
        <w:spacing w:after="120" w:line="283" w:lineRule="auto"/>
      </w:pPr>
      <w:r>
        <w:rPr>
          <w:i w:val="0"/>
        </w:rPr>
        <w:t>Limits and counterplay. Dry anti-magic zones, vacuum, elemental suppression, and energy starvation reduce the suite. Fire and steam create civilian risk. Mist can conceal enemies as readily as Kumoko if the family lacks shared sensing.</w:t>
      </w:r>
    </w:p>
    <w:p>
      <w:pPr>
        <w:keepNext w:val="0"/>
        <w:keepLines/>
        <w:spacing w:after="120" w:line="283" w:lineRule="auto"/>
      </w:pPr>
      <w:r>
        <w:rPr>
          <w:i w:val="0"/>
        </w:rPr>
        <w:t>Archive note. Violet electricity often threads through white vapor, red-orange ignition, and pink Manifestation light, making her field look like weather designed by an excited engineer. The combination foreshadowed Stormlaugh Cataclysm, where construct detonation and violet current become movement rather than side effects.</w:t>
      </w:r>
    </w:p>
    <w:p>
      <w:pPr>
        <w:pStyle w:val="Heading3"/>
        <w:keepNext/>
        <w:keepLines/>
      </w:pPr>
      <w:r>
        <w:t>Speed, Flow, Momentum &amp; Impact Arts</w:t>
      </w:r>
    </w:p>
    <w:p>
      <w:pPr>
        <w:keepNext/>
        <w:spacing w:after="80"/>
      </w:pPr>
      <w:r>
        <w:rPr>
          <w:b/>
          <w:color w:val="2E7D69"/>
          <w:sz w:val="17"/>
        </w:rPr>
        <w:t>WEAPON ARTS</w:t>
      </w:r>
    </w:p>
    <w:p>
      <w:pPr>
        <w:keepNext w:val="0"/>
        <w:keepLines/>
        <w:spacing w:after="120" w:line="283" w:lineRule="auto"/>
      </w:pPr>
      <w:r>
        <w:rPr>
          <w:i w:val="0"/>
        </w:rPr>
        <w:t>Function. Speed compresses the opening, Flow links changing constructs, Momentum preserves useful motion, and Impact decides how improvised mass enters a target. The suite keeps Wild Genesis from becoming a stationary fabrication ritual.</w:t>
      </w:r>
    </w:p>
    <w:p>
      <w:pPr>
        <w:keepNext w:val="0"/>
        <w:keepLines/>
        <w:spacing w:after="120" w:line="283" w:lineRule="auto"/>
      </w:pPr>
      <w:r>
        <w:rPr>
          <w:i w:val="0"/>
        </w:rPr>
        <w:t>Field application. In practice, Kumoko uses this capability as constant conversion. A broken construct becomes the launch force for the next; a splitstaff rotation becomes a steam step; a missed hammer-shape becomes a shield edge; a detonation becomes the angle for a pounce.</w:t>
      </w:r>
    </w:p>
    <w:p>
      <w:pPr>
        <w:keepNext w:val="0"/>
        <w:keepLines/>
        <w:spacing w:after="120" w:line="283" w:lineRule="auto"/>
      </w:pPr>
      <w:r>
        <w:rPr>
          <w:i w:val="0"/>
        </w:rPr>
        <w:t>System interaction. Riot Wish’s adaptive forms give the Arts a stable reference while temporary attachments change around it. Bad Idea Buffer reduces the price of failed conversions.</w:t>
      </w:r>
    </w:p>
    <w:p>
      <w:pPr>
        <w:keepNext w:val="0"/>
        <w:keepLines/>
        <w:spacing w:after="120" w:line="283" w:lineRule="auto"/>
      </w:pPr>
      <w:r>
        <w:rPr>
          <w:i w:val="0"/>
        </w:rPr>
        <w:t>Limits and counterplay. High-speed improvisation compounds mistakes. Momentum can carry a malformed construct into Kumoko’s own body. Flow becomes difficult under sensory disruption. Impact without Elara- or Kurnoma-level precision increases collateral damage.</w:t>
      </w:r>
    </w:p>
    <w:p>
      <w:pPr>
        <w:keepNext w:val="0"/>
        <w:keepLines/>
        <w:spacing w:after="120" w:line="283" w:lineRule="auto"/>
      </w:pPr>
      <w:r>
        <w:rPr>
          <w:i w:val="0"/>
        </w:rPr>
        <w:t>Archive note. Kumoko appears to ricochet through her own inventions, every breakage becoming a new line instead of an ending. This Art suite is why her rank reflects more than the number of constructs she can summon; she can actually inhabit the chaos she creates.</w:t>
      </w:r>
    </w:p>
    <w:p>
      <w:pPr>
        <w:pStyle w:val="Heading3"/>
        <w:keepNext/>
        <w:keepLines/>
      </w:pPr>
      <w:r>
        <w:t>Riot Wish</w:t>
      </w:r>
    </w:p>
    <w:p>
      <w:pPr>
        <w:keepNext/>
        <w:spacing w:after="80"/>
      </w:pPr>
      <w:r>
        <w:rPr>
          <w:b/>
          <w:color w:val="2E7D69"/>
          <w:sz w:val="17"/>
        </w:rPr>
        <w:t>SENTIENT MYTHIC ADAPTIVE SPLITSTAFF</w:t>
      </w:r>
    </w:p>
    <w:p>
      <w:pPr>
        <w:keepNext w:val="0"/>
        <w:keepLines/>
        <w:spacing w:after="120" w:line="283" w:lineRule="auto"/>
      </w:pPr>
      <w:r>
        <w:rPr>
          <w:i w:val="0"/>
        </w:rPr>
        <w:t>Function. Riot Wish is a collapsible adaptive staff able to divide into twin batons, extend toward spear geometry, and channel constructs. Wish-Spark Genesis stabilizes and lengthens temporary creations. Riot Bloom adds multiple short-lived attachments. Split Laugh lets each half independently channel smaller constructs. Bad Idea Buffer absorbs part of failed recoil. Joy Engine improves response with excitement while reducing control.</w:t>
      </w:r>
    </w:p>
    <w:p>
      <w:pPr>
        <w:keepNext w:val="0"/>
        <w:keepLines/>
        <w:spacing w:after="120" w:line="283" w:lineRule="auto"/>
      </w:pPr>
      <w:r>
        <w:rPr>
          <w:i w:val="0"/>
        </w:rPr>
        <w:t>Field application. In practice, Kumoko uses this capability as the central spine around which Wild Genesis can be reckless without becoming shapeless. Kumoko always has one trustworthy length, grip, and sentient partner even as attachments and elemental conditions change.</w:t>
      </w:r>
    </w:p>
    <w:p>
      <w:pPr>
        <w:keepNext w:val="0"/>
        <w:keepLines/>
        <w:spacing w:after="120" w:line="283" w:lineRule="auto"/>
      </w:pPr>
      <w:r>
        <w:rPr>
          <w:i w:val="0"/>
        </w:rPr>
        <w:t>System interaction. The weapon’s curiosity matches Kumoko’s, making ideation almost conversational. Its split form doubles channel points; its recoil buffer keeps failed manifestation from transferring every consequence into her joints and nerves.</w:t>
      </w:r>
    </w:p>
    <w:p>
      <w:pPr>
        <w:keepNext w:val="0"/>
        <w:keepLines/>
        <w:spacing w:after="120" w:line="283" w:lineRule="auto"/>
      </w:pPr>
      <w:r>
        <w:rPr>
          <w:i w:val="0"/>
        </w:rPr>
        <w:t>Limits and counterplay. Joy Engine creates the central tradeoff: more excitement means faster response and worse precision. Riot Wish is easily bored, encourages escalation, and can normalize danger because both partners enjoy the attempt.</w:t>
      </w:r>
    </w:p>
    <w:p>
      <w:pPr>
        <w:keepNext w:val="0"/>
        <w:keepLines/>
        <w:spacing w:after="120" w:line="283" w:lineRule="auto"/>
      </w:pPr>
      <w:r>
        <w:rPr>
          <w:i w:val="0"/>
        </w:rPr>
        <w:t>Archive note. The staff shifts between one line and two laughing halves while temporary blades, hooks, fins, thorns, or launch mechanisms bloom along it. Kumoko chose the public name. Kurnoma’s private name is Eshka-Riin Volakai, ‘The Laugh That Builds Lightning.’</w:t>
      </w:r>
    </w:p>
    <w:p>
      <w:pPr>
        <w:pStyle w:val="Heading3"/>
        <w:keepNext/>
        <w:keepLines/>
      </w:pPr>
      <w:r>
        <w:t>Stormlaugh Cataclysm</w:t>
      </w:r>
    </w:p>
    <w:p>
      <w:pPr>
        <w:keepNext/>
        <w:spacing w:after="80"/>
      </w:pPr>
      <w:r>
        <w:rPr>
          <w:b/>
          <w:color w:val="2E7D69"/>
          <w:sz w:val="17"/>
        </w:rPr>
        <w:t>LAST WAGER MYTHIC EVOLUTION</w:t>
      </w:r>
    </w:p>
    <w:p>
      <w:pPr>
        <w:keepNext w:val="0"/>
        <w:keepLines/>
        <w:spacing w:after="120" w:line="283" w:lineRule="auto"/>
      </w:pPr>
      <w:r>
        <w:rPr>
          <w:i w:val="0"/>
        </w:rPr>
        <w:t>Function. When Kurnoma calls Eshka-Riin Volakai under the Last Wager, Riot Wish evolves into Stormlaugh Cataclysm and Wild Genesis becomes a coordinated execution system. Cataclysm Bloom creates dozens of weapons in disciplined bursts. Lightning Laugh Step detonates constructs for impossible angles. Bad Idea Becomes Law makes reckless concepts function immediately. No More Almost completes near-misses with temporary corrections.</w:t>
      </w:r>
    </w:p>
    <w:p>
      <w:pPr>
        <w:keepNext w:val="0"/>
        <w:keepLines/>
        <w:spacing w:after="120" w:line="283" w:lineRule="auto"/>
      </w:pPr>
      <w:r>
        <w:rPr>
          <w:i w:val="0"/>
        </w:rPr>
        <w:t>Field application. In practice, Kumoko uses this capability as focused elimination after Kumoko believes Kurnoma has been killed or mortally lost. The Art no longer scatters across possible inventions; every creation answers the same target until there is no surviving escape line.</w:t>
      </w:r>
    </w:p>
    <w:p>
      <w:pPr>
        <w:keepNext w:val="0"/>
        <w:keepLines/>
        <w:spacing w:after="120" w:line="283" w:lineRule="auto"/>
      </w:pPr>
      <w:r>
        <w:rPr>
          <w:i w:val="0"/>
        </w:rPr>
        <w:t>System interaction. The evolved weapon converts grief into perfect targeting. Pink eyes blaze, violet electricity links constructs, and the body’s Bloodline expression rises with the Mythic’s form. Lady Luck’s transferred soul-strength supplies the impossible coherence.</w:t>
      </w:r>
    </w:p>
    <w:p>
      <w:pPr>
        <w:keepNext w:val="0"/>
        <w:keepLines/>
        <w:spacing w:after="120" w:line="283" w:lineRule="auto"/>
      </w:pPr>
      <w:r>
        <w:rPr>
          <w:i w:val="0"/>
        </w:rPr>
        <w:t>Limits and counterplay. This is not ordinary S-Rank access. It risks collapse, body damage, mana depletion, and psychological injury. The weapon’s personality becomes viciously ecstatic and tells Kumoko, ‘They took Mama’s tomorrow,’ using love as a blade against the wielder.</w:t>
      </w:r>
    </w:p>
    <w:p>
      <w:pPr>
        <w:keepNext w:val="0"/>
        <w:keepLines/>
        <w:spacing w:after="120" w:line="283" w:lineRule="auto"/>
      </w:pPr>
      <w:r>
        <w:rPr>
          <w:i w:val="0"/>
        </w:rPr>
        <w:t>Archive note. Dozens of coordinated temporary weapons bloom in storm geometry while violet lightning marks every launch and completion. Kumoko first reached the form after seeing Kurnoma armless, impaled through the lung, and bleeding through a five-second Jackpot.</w:t>
      </w:r>
    </w:p>
    <w:p>
      <w:pPr>
        <w:pStyle w:val="Heading3"/>
        <w:keepNext/>
        <w:keepLines/>
      </w:pPr>
      <w:r>
        <w:t>Awakening Art · Violet Funeral Hurricane</w:t>
      </w:r>
    </w:p>
    <w:p>
      <w:pPr>
        <w:keepNext/>
        <w:spacing w:after="80"/>
      </w:pPr>
      <w:r>
        <w:rPr>
          <w:b/>
          <w:color w:val="2E7D69"/>
          <w:sz w:val="17"/>
        </w:rPr>
        <w:t>PERSONAL KILL-CERTAINTY ART</w:t>
      </w:r>
    </w:p>
    <w:p>
      <w:pPr>
        <w:keepNext w:val="0"/>
        <w:keepLines/>
        <w:spacing w:after="120" w:line="283" w:lineRule="auto"/>
      </w:pPr>
      <w:r>
        <w:rPr>
          <w:i w:val="0"/>
        </w:rPr>
        <w:t>Function. Stormlaugh Cataclysm, Violet Funeral Hurricane is Kumoko’s later Awakening Art. It requires settled certainty that the target must die. Repeated hurricane-speed hits embed Riot Wish fragments, thorns, and violet electricity through the target before the weapon reassembles and the distributed damage resolves.</w:t>
      </w:r>
    </w:p>
    <w:p>
      <w:pPr>
        <w:keepNext w:val="0"/>
        <w:keepLines/>
        <w:spacing w:after="120" w:line="283" w:lineRule="auto"/>
      </w:pPr>
      <w:r>
        <w:rPr>
          <w:i w:val="0"/>
        </w:rPr>
        <w:t>Field application. In practice, Kumoko uses this capability as a single-target completion method for opponents too durable, regenerative, mobile, or evasive to be ended by one obvious strike. Each pass prepares the next and leaves part of the final weapon behind.</w:t>
      </w:r>
    </w:p>
    <w:p>
      <w:pPr>
        <w:keepNext w:val="0"/>
        <w:keepLines/>
        <w:spacing w:after="120" w:line="283" w:lineRule="auto"/>
      </w:pPr>
      <w:r>
        <w:rPr>
          <w:i w:val="0"/>
        </w:rPr>
        <w:t>System interaction. Lightning Laugh Step supplies impossible angles; No More Almost corrects near-misses; Manifestation keeps embedded fragments active; reassembly turns distributed contact into one coherent verdict.</w:t>
      </w:r>
    </w:p>
    <w:p>
      <w:pPr>
        <w:keepNext w:val="0"/>
        <w:keepLines/>
        <w:spacing w:after="120" w:line="283" w:lineRule="auto"/>
      </w:pPr>
      <w:r>
        <w:rPr>
          <w:i w:val="0"/>
        </w:rPr>
        <w:t>Limits and counterplay. Anger is insufficient. Kumoko must truly accept killing. The voice may shake and tears may remain in her eyes, evidence that certainty has not erased care. The repeated high-speed passes strain body, weapon, and energy, and a broken conviction can destabilize the sequence.</w:t>
      </w:r>
    </w:p>
    <w:p>
      <w:pPr>
        <w:keepNext w:val="0"/>
        <w:keepLines/>
        <w:spacing w:after="120" w:line="283" w:lineRule="auto"/>
      </w:pPr>
      <w:r>
        <w:rPr>
          <w:i w:val="0"/>
        </w:rPr>
        <w:t>Archive note. A violet funeral storm forms around a target, each orbit leaving thorns and crackling fragments until Riot Wish returns to her hands complete and the enemy does not. The Art proves her final maturity is not emotional numbness. She becomes precise while remaining visibly affected by what precision is being used to do.</w:t>
      </w:r>
    </w:p>
    <w:p>
      <w:pPr>
        <w:pStyle w:val="Heading2"/>
        <w:keepNext/>
        <w:keepLines/>
      </w:pPr>
      <w:r>
        <w:t>Equipment &amp; Weapon Doctrine</w:t>
      </w:r>
    </w:p>
    <w:p>
      <w:pPr>
        <w:keepNext w:val="0"/>
        <w:keepLines/>
        <w:spacing w:after="120" w:line="283" w:lineRule="auto"/>
      </w:pPr>
      <w:r>
        <w:rPr>
          <w:i w:val="0"/>
        </w:rPr>
        <w:t>Riot Wish is both weapon and fabrication platform. In compact form it travels without dominating the silhouette. Extended, it provides reach. Split, it becomes twin batons and independent construct channels. Temporary additions allow spear, blade, hook, shield, propulsion, or deliberately unclassifiable geometry without forcing Kumoko to discard the core relationship.</w:t>
      </w:r>
    </w:p>
    <w:p>
      <w:pPr>
        <w:keepNext w:val="0"/>
        <w:keepLines/>
        <w:spacing w:after="120" w:line="283" w:lineRule="auto"/>
      </w:pPr>
      <w:r>
        <w:rPr>
          <w:i w:val="0"/>
        </w:rPr>
        <w:t>Its sentience is essential equipment. Riot Wish encourages, jokes, gets bored, proposes escalation, buffers recoil, and recognizes when a failed construct can still become useful material. The weapon’s emotional labor is as important as its physical channeling because Wild Genesis responds to mood before design.</w:t>
      </w:r>
    </w:p>
    <w:p>
      <w:pPr>
        <w:keepNext w:val="0"/>
        <w:keepLines/>
        <w:spacing w:after="120" w:line="283" w:lineRule="auto"/>
      </w:pPr>
      <w:r>
        <w:rPr>
          <w:i w:val="0"/>
        </w:rPr>
        <w:t>The True Name Eshka-Riin Volakai does not mean ‘the weapon that shocks.’ It means ‘The Laugh That Builds Lightning.’ The phrase identifies creation through joy and rapid possibility. Its Last Wager inversion is therefore particularly cruel: the laugh remains, but grief decides what the lightning is permitted to build.</w:t>
      </w:r>
    </w:p>
    <w:p>
      <w:pPr>
        <w:pStyle w:val="Heading2"/>
        <w:keepNext/>
        <w:keepLines/>
      </w:pPr>
      <w:r>
        <w:t>Combat Doctrine</w:t>
      </w:r>
    </w:p>
    <w:p>
      <w:pPr>
        <w:keepNext w:val="0"/>
        <w:keepLines/>
        <w:spacing w:after="120" w:line="283" w:lineRule="auto"/>
      </w:pPr>
      <w:r>
        <w:rPr>
          <w:i w:val="0"/>
        </w:rPr>
        <w:t>Kumoko begins by touching the problem. Observation matters, but she learns fastest through motion and small failure. Riot Wish takes the first structural load while a temporary attachment tests the enemy’s response. A failed hook may become a steam charge; a blocked blade may become a foothold.</w:t>
      </w:r>
    </w:p>
    <w:p>
      <w:pPr>
        <w:keepNext w:val="0"/>
        <w:keepLines/>
        <w:spacing w:after="120" w:line="283" w:lineRule="auto"/>
      </w:pPr>
      <w:r>
        <w:rPr>
          <w:i w:val="0"/>
        </w:rPr>
        <w:t>Her preferred range changes constantly. Splitstaff reach threatens the line, twin batons enter the pocket, Steam-Pounce breaks the expected axis, and Bloomrack crowds defensive choices. She is strongest when an opponent keeps trying to identify one stable style.</w:t>
      </w:r>
    </w:p>
    <w:p>
      <w:pPr>
        <w:keepNext w:val="0"/>
        <w:keepLines/>
        <w:spacing w:after="120" w:line="283" w:lineRule="auto"/>
      </w:pPr>
      <w:r>
        <w:rPr>
          <w:i w:val="0"/>
        </w:rPr>
        <w:t>Lucius is her ideal anchor because she can launch from a position that will still exist. Elara is her ideal editor because claimed enemy equipment and hidden motion reduce the collateral unpredictability of Kumoko’s inventions. Lady Luck is the safety architecture that permits one more experiment without turning survival into proof the experiment was wise.</w:t>
      </w:r>
    </w:p>
    <w:p>
      <w:pPr>
        <w:keepNext w:val="0"/>
        <w:keepLines/>
        <w:spacing w:after="120" w:line="283" w:lineRule="auto"/>
      </w:pPr>
      <w:r>
        <w:rPr>
          <w:i w:val="0"/>
        </w:rPr>
        <w:t>When complete kill-certainty arrives, the experimentation ends. Stormlaugh and Violet Funeral Hurricane retain the visual language of chaos while operating with execution-level focus. The distinction is the core of adult Kumoko: play remains part of her, but play is no longer confused with an inability to decide.</w:t>
      </w:r>
    </w:p>
    <w:p>
      <w:pPr>
        <w:pStyle w:val="Heading2"/>
        <w:keepNext/>
        <w:keepLines/>
      </w:pPr>
      <w:r>
        <w:t>Strengths, Limits &amp; Counterplay</w:t>
      </w:r>
    </w:p>
    <w:p>
      <w:pPr>
        <w:keepNext w:val="0"/>
        <w:keepLines/>
        <w:spacing w:after="120" w:line="283" w:lineRule="auto"/>
      </w:pPr>
      <w:r>
        <w:rPr>
          <w:i w:val="0"/>
        </w:rPr>
        <w:t>Kumoko’s supreme strength is answer generation. She can create a tool that no enemy prepared to counter because it did not exist before the counter window. Her speed, elemental propulsion, splitstaff, and emotional honesty make her difficult to model. She also recovers from conceptual failure better than disciplined specialists; the broken idea becomes material.</w:t>
      </w:r>
    </w:p>
    <w:p>
      <w:pPr>
        <w:keepNext w:val="0"/>
        <w:keepLines/>
        <w:spacing w:after="120" w:line="283" w:lineRule="auto"/>
      </w:pPr>
      <w:r>
        <w:rPr>
          <w:i w:val="0"/>
        </w:rPr>
        <w:t>Her weaknesses are energy burn, precision loss under emotional spikes, malformed construction, poor stealth, limited patience, and self-reinforcing excitement with Riot Wish. A calm opponent can make her spend. Anti-manifestation fields, sensory disruption, civilian density, and attacks that punish collateral geometry are serious counters.</w:t>
      </w:r>
    </w:p>
    <w:p>
      <w:pPr>
        <w:keepNext w:val="0"/>
        <w:keepLines/>
        <w:spacing w:after="120" w:line="283" w:lineRule="auto"/>
      </w:pPr>
      <w:r>
        <w:rPr>
          <w:i w:val="0"/>
        </w:rPr>
        <w:t>Her personal risk is believing joy excuses consequence. The family’s responsibility is not to suppress the joy but to keep the lesson honest: a beautiful attempt that hurt someone still requires repair.</w:t>
      </w:r>
    </w:p>
    <w:p>
      <w:pPr>
        <w:pStyle w:val="Heading2"/>
        <w:keepNext/>
        <w:keepLines/>
      </w:pPr>
      <w:r>
        <w:t>Relationship Ledger</w:t>
      </w:r>
    </w:p>
    <w:p>
      <w:pPr>
        <w:pStyle w:val="Heading3"/>
        <w:keepNext/>
        <w:keepLines/>
      </w:pPr>
      <w:r>
        <w:t>Kumoko &amp; Lady Luck</w:t>
      </w:r>
    </w:p>
    <w:p>
      <w:pPr>
        <w:keepNext w:val="0"/>
        <w:keepLines/>
        <w:spacing w:after="120" w:line="283" w:lineRule="auto"/>
      </w:pPr>
      <w:r>
        <w:rPr>
          <w:i w:val="0"/>
        </w:rPr>
        <w:t>Kurnoma is Kumoko’s mother, forge, teacher, and the person whose willingness to protect experimentation kept Wild Genesis from becoming a shame response.</w:t>
      </w:r>
    </w:p>
    <w:p>
      <w:pPr>
        <w:keepNext w:val="0"/>
        <w:keepLines/>
        <w:spacing w:after="120" w:line="283" w:lineRule="auto"/>
      </w:pPr>
      <w:r>
        <w:rPr>
          <w:i w:val="0"/>
        </w:rPr>
        <w:t>The bond is strongest when failure is repaired honestly and love remains independent of whether the idea worked. The relationship becomes difficult when Kurnoma treats every failed construct as evidence Kumoko must be controlled, or Kumoko treats Kurnoma’s healing as permission to ignore safety.</w:t>
      </w:r>
    </w:p>
    <w:p>
      <w:pPr>
        <w:pStyle w:val="Heading3"/>
        <w:keepNext/>
        <w:keepLines/>
      </w:pPr>
      <w:r>
        <w:t>Kumoko &amp; Darius</w:t>
      </w:r>
    </w:p>
    <w:p>
      <w:pPr>
        <w:keepNext w:val="0"/>
        <w:keepLines/>
        <w:spacing w:after="120" w:line="283" w:lineRule="auto"/>
      </w:pPr>
      <w:r>
        <w:rPr>
          <w:i w:val="0"/>
        </w:rPr>
        <w:t>Darius is the absent father whose panda coloration occupies the right side of Kumoko’s body. She knows inheritance without relationship.</w:t>
      </w:r>
    </w:p>
    <w:p>
      <w:pPr>
        <w:keepNext w:val="0"/>
        <w:keepLines/>
        <w:spacing w:after="120" w:line="283" w:lineRule="auto"/>
      </w:pPr>
      <w:r>
        <w:rPr>
          <w:i w:val="0"/>
        </w:rPr>
        <w:t>The bond is strongest when Kumoko is permitted to ask every question and accept none of the answers as sufficient. The relationship becomes difficult when others mistake curiosity for forgiveness or Darius claims her divided body as proof of an existing bond.</w:t>
      </w:r>
    </w:p>
    <w:p>
      <w:pPr>
        <w:pStyle w:val="Heading3"/>
        <w:keepNext/>
        <w:keepLines/>
      </w:pPr>
      <w:r>
        <w:t>Kumoko &amp; Lucius</w:t>
      </w:r>
    </w:p>
    <w:p>
      <w:pPr>
        <w:keepNext w:val="0"/>
        <w:keepLines/>
        <w:spacing w:after="120" w:line="283" w:lineRule="auto"/>
      </w:pPr>
      <w:r>
        <w:rPr>
          <w:i w:val="0"/>
        </w:rPr>
        <w:t>Lucius is the wall Kumoko trusts enough to use as launch geometry. His patience catches the part of her energy that would otherwise become panic.</w:t>
      </w:r>
    </w:p>
    <w:p>
      <w:pPr>
        <w:keepNext w:val="0"/>
        <w:keepLines/>
        <w:spacing w:after="120" w:line="283" w:lineRule="auto"/>
      </w:pPr>
      <w:r>
        <w:rPr>
          <w:i w:val="0"/>
        </w:rPr>
        <w:t>The bond is strongest when Kumoko asks before using the Anchor, and Lucius occasionally agrees to the ridiculous plan on purpose. The relationship becomes difficult when he becomes a permanent brake or she treats his body as an infinite resource for recoil.</w:t>
      </w:r>
    </w:p>
    <w:p>
      <w:pPr>
        <w:pStyle w:val="Heading3"/>
        <w:keepNext/>
        <w:keepLines/>
      </w:pPr>
      <w:r>
        <w:t>Kumoko &amp; Elara</w:t>
      </w:r>
    </w:p>
    <w:p>
      <w:pPr>
        <w:keepNext w:val="0"/>
        <w:keepLines/>
        <w:spacing w:after="120" w:line="283" w:lineRule="auto"/>
      </w:pPr>
      <w:r>
        <w:rPr>
          <w:i w:val="0"/>
        </w:rPr>
        <w:t>Elara is Kumoko’s editor, counterweight, and quiet witness. Silent Dominion makes enemy tools predictable enough for Wild Genesis to be extravagantly unpredictable.</w:t>
      </w:r>
    </w:p>
    <w:p>
      <w:pPr>
        <w:keepNext w:val="0"/>
        <w:keepLines/>
        <w:spacing w:after="120" w:line="283" w:lineRule="auto"/>
      </w:pPr>
      <w:r>
        <w:rPr>
          <w:i w:val="0"/>
        </w:rPr>
        <w:t>The bond is strongest when the sisters communicate limits early and preserve a private humor that does not require Elara to become loud. The relationship becomes difficult when Elara withholds every objection until resentment forms, or Kumoko fills every silence without listening.</w:t>
      </w:r>
    </w:p>
    <w:p>
      <w:pPr>
        <w:pStyle w:val="Heading3"/>
        <w:keepNext/>
        <w:keepLines/>
      </w:pPr>
      <w:r>
        <w:t>Kumoko &amp; Suki</w:t>
      </w:r>
    </w:p>
    <w:p>
      <w:pPr>
        <w:keepNext w:val="0"/>
        <w:keepLines/>
        <w:spacing w:after="120" w:line="283" w:lineRule="auto"/>
      </w:pPr>
      <w:r>
        <w:rPr>
          <w:i w:val="0"/>
        </w:rPr>
        <w:t>Suki’s strings can guide, restrain, or recover Kumoko’s constructs, while Kumoko treats his scars and gender as facts rather than invitations to pity.</w:t>
      </w:r>
    </w:p>
    <w:p>
      <w:pPr>
        <w:keepNext w:val="0"/>
        <w:keepLines/>
        <w:spacing w:after="120" w:line="283" w:lineRule="auto"/>
      </w:pPr>
      <w:r>
        <w:rPr>
          <w:i w:val="0"/>
        </w:rPr>
        <w:t>The bond is strongest when strings are used as collaboration with clear consent and a release plan. The relationship becomes difficult when reckless movement tangles or severs Puppeteer lines, or Suki tries to control her instead of the field.</w:t>
      </w:r>
    </w:p>
    <w:p>
      <w:pPr>
        <w:pStyle w:val="Heading3"/>
        <w:keepNext/>
        <w:keepLines/>
      </w:pPr>
      <w:r>
        <w:t>Kumoko &amp; Theo</w:t>
      </w:r>
    </w:p>
    <w:p>
      <w:pPr>
        <w:keepNext w:val="0"/>
        <w:keepLines/>
        <w:spacing w:after="120" w:line="283" w:lineRule="auto"/>
      </w:pPr>
      <w:r>
        <w:rPr>
          <w:i w:val="0"/>
        </w:rPr>
        <w:t>Theo’s water routes and retrieval line give Kumoko a medium for steam propulsion, temporary aquatic constructs, and emergency extraction.</w:t>
      </w:r>
    </w:p>
    <w:p>
      <w:pPr>
        <w:keepNext w:val="0"/>
        <w:keepLines/>
        <w:spacing w:after="120" w:line="283" w:lineRule="auto"/>
      </w:pPr>
      <w:r>
        <w:rPr>
          <w:i w:val="0"/>
        </w:rPr>
        <w:t>The bond is strongest when Kumoko respects aquatic boundaries and Theo makes room for one carefully supervised bad idea. The relationship becomes difficult when she treats his gill sensitivity as a joke or overloads water space with heat and debris.</w:t>
      </w:r>
    </w:p>
    <w:p>
      <w:pPr>
        <w:pStyle w:val="Heading3"/>
        <w:keepNext/>
        <w:keepLines/>
      </w:pPr>
      <w:r>
        <w:t>Kumoko &amp; Venus</w:t>
      </w:r>
    </w:p>
    <w:p>
      <w:pPr>
        <w:keepNext w:val="0"/>
        <w:keepLines/>
        <w:spacing w:after="120" w:line="283" w:lineRule="auto"/>
      </w:pPr>
      <w:r>
        <w:rPr>
          <w:i w:val="0"/>
        </w:rPr>
        <w:t>Vivi’s dream domain supplies imaginative material that fascinates Wild Genesis. The two can produce concepts no sober engineer would authorize.</w:t>
      </w:r>
    </w:p>
    <w:p>
      <w:pPr>
        <w:keepNext w:val="0"/>
        <w:keepLines/>
        <w:spacing w:after="120" w:line="283" w:lineRule="auto"/>
      </w:pPr>
      <w:r>
        <w:rPr>
          <w:i w:val="0"/>
        </w:rPr>
        <w:t>The bond is strongest when Venus marks what is dream, Kumoko marks what is manifest, and both agree on when the experiment ends. The relationship becomes difficult when dream logic and construct instability amplify each other beyond safe extraction time.</w:t>
      </w:r>
    </w:p>
    <w:p>
      <w:pPr>
        <w:pStyle w:val="Heading2"/>
        <w:keepNext/>
        <w:keepLines/>
      </w:pPr>
      <w:r>
        <w:t>Key History</w:t>
      </w:r>
    </w:p>
    <w:p>
      <w:pPr>
        <w:keepNext w:val="0"/>
        <w:keepLines/>
        <w:spacing w:after="140"/>
        <w:ind w:left="259" w:hanging="259"/>
      </w:pPr>
      <w:r>
        <w:rPr>
          <w:b/>
          <w:color w:val="5B2C83"/>
        </w:rPr>
        <w:t xml:space="preserve">Birth &amp; Inheritance — </w:t>
      </w:r>
      <w:r>
        <w:t>Kumoko was born one of the triplets and grew into the clearest physical split between Kurnoma’s red panda and Darius’s panda lineage.</w:t>
      </w:r>
    </w:p>
    <w:p>
      <w:pPr>
        <w:keepNext w:val="0"/>
        <w:keepLines/>
        <w:spacing w:after="140"/>
        <w:ind w:left="259" w:hanging="259"/>
      </w:pPr>
      <w:r>
        <w:rPr>
          <w:b/>
          <w:color w:val="5B2C83"/>
        </w:rPr>
        <w:t xml:space="preserve">The Fatherless Home — </w:t>
      </w:r>
      <w:r>
        <w:t>She never met Darius. Suki helped care for the triplets; Kurnoma built safety without requiring the children to pretend the empty place did not exist.</w:t>
      </w:r>
    </w:p>
    <w:p>
      <w:pPr>
        <w:keepNext w:val="0"/>
        <w:keepLines/>
        <w:spacing w:after="140"/>
        <w:ind w:left="259" w:hanging="259"/>
      </w:pPr>
      <w:r>
        <w:rPr>
          <w:b/>
          <w:color w:val="5B2C83"/>
        </w:rPr>
        <w:t xml:space="preserve">Wild Genesis — </w:t>
      </w:r>
      <w:r>
        <w:t>The Bloodline Art matured from childhood need-driven creation into an A-Rank improvisational arsenal.</w:t>
      </w:r>
    </w:p>
    <w:p>
      <w:pPr>
        <w:keepNext w:val="0"/>
        <w:keepLines/>
        <w:spacing w:after="140"/>
        <w:ind w:left="259" w:hanging="259"/>
      </w:pPr>
      <w:r>
        <w:rPr>
          <w:b/>
          <w:color w:val="5B2C83"/>
        </w:rPr>
        <w:t xml:space="preserve">Riot Wish — </w:t>
      </w:r>
      <w:r>
        <w:t>Kurnoma forged the sentient adaptive splitstaff. Kumoko chose the public name; Kurnoma held Eshka-Riin Volakai as its private purpose.</w:t>
      </w:r>
    </w:p>
    <w:p>
      <w:pPr>
        <w:keepNext w:val="0"/>
        <w:keepLines/>
        <w:spacing w:after="140"/>
        <w:ind w:left="259" w:hanging="259"/>
      </w:pPr>
      <w:r>
        <w:rPr>
          <w:b/>
          <w:color w:val="5B2C83"/>
        </w:rPr>
        <w:t xml:space="preserve">A-Rank Adulthood — </w:t>
      </w:r>
      <w:r>
        <w:t>At twenty Kumoko stands 6'2", holds A Rank, and possesses brief S-Rank burst potential without the sustained control required for that ordinary classification.</w:t>
      </w:r>
    </w:p>
    <w:p>
      <w:pPr>
        <w:keepNext w:val="0"/>
        <w:keepLines/>
        <w:spacing w:after="140"/>
        <w:ind w:left="259" w:hanging="259"/>
      </w:pPr>
      <w:r>
        <w:rPr>
          <w:b/>
          <w:color w:val="5B2C83"/>
        </w:rPr>
        <w:t xml:space="preserve">Last Wager — </w:t>
      </w:r>
      <w:r>
        <w:t>Seeing Kurnoma mortally wounded triggered full evolution into Stormlaugh Cataclysm. The weapon used the accusation ‘They took Mama’s tomorrow’ to focus grief into elimination.</w:t>
      </w:r>
    </w:p>
    <w:p>
      <w:pPr>
        <w:keepNext w:val="0"/>
        <w:keepLines/>
        <w:spacing w:after="140"/>
        <w:ind w:left="259" w:hanging="259"/>
      </w:pPr>
      <w:r>
        <w:rPr>
          <w:b/>
          <w:color w:val="5B2C83"/>
        </w:rPr>
        <w:t xml:space="preserve">Awakening Art — </w:t>
      </w:r>
      <w:r>
        <w:t>Kumoko later developed Violet Funeral Hurricane, proving that the focused execution could be reached through settled personal intent rather than only Kurnoma’s emergency soul transfer.</w:t>
      </w:r>
    </w:p>
    <w:p>
      <w:pPr>
        <w:pStyle w:val="Heading2"/>
        <w:keepNext/>
        <w:keepLines/>
      </w:pPr>
      <w:r>
        <w:t>Voice Archive</w:t>
      </w:r>
    </w:p>
    <w:p>
      <w:pPr>
        <w:pStyle w:val="Quote"/>
        <w:shd w:fill="F1EAF6"/>
        <w:keepNext w:val="0"/>
        <w:keepLines/>
        <w:pBdr>
          <w:top w:val="single" w:sz="10" w:space="5" w:color="78D6B6"/>
          <w:bottom w:val="single" w:sz="10" w:space="5" w:color="78D6B6"/>
        </w:pBdr>
      </w:pPr>
      <w:r>
        <w:t>“Watch this. No, really, this one has a safety part.” — Kumoko</w:t>
      </w:r>
    </w:p>
    <w:p>
      <w:pPr>
        <w:pStyle w:val="Quote"/>
        <w:shd w:fill="F1EAF6"/>
        <w:keepNext w:val="0"/>
        <w:keepLines/>
        <w:pBdr>
          <w:top w:val="single" w:sz="10" w:space="5" w:color="78D6B6"/>
          <w:bottom w:val="single" w:sz="10" w:space="5" w:color="78D6B6"/>
        </w:pBdr>
      </w:pPr>
      <w:r>
        <w:t>“Riot says it can hold. Riot also says that about everything, so move a little left.” — Kumoko</w:t>
      </w:r>
    </w:p>
    <w:p>
      <w:pPr>
        <w:pStyle w:val="Quote"/>
        <w:shd w:fill="F1EAF6"/>
        <w:keepNext w:val="0"/>
        <w:keepLines/>
        <w:pBdr>
          <w:top w:val="single" w:sz="10" w:space="5" w:color="78D6B6"/>
          <w:bottom w:val="single" w:sz="10" w:space="5" w:color="78D6B6"/>
        </w:pBdr>
      </w:pPr>
      <w:r>
        <w:t>“I am not laughing because it is funny. I am laughing because if I stop, I will feel every second.” — Kumoko</w:t>
      </w:r>
    </w:p>
    <w:p>
      <w:pPr>
        <w:pStyle w:val="Quote"/>
        <w:shd w:fill="F1EAF6"/>
        <w:keepNext w:val="0"/>
        <w:keepLines/>
        <w:pBdr>
          <w:top w:val="single" w:sz="10" w:space="5" w:color="78D6B6"/>
          <w:bottom w:val="single" w:sz="10" w:space="5" w:color="78D6B6"/>
        </w:pBdr>
      </w:pPr>
      <w:r>
        <w:t>“Mama said move. That was not a suggestion.” — Kumoko</w:t>
      </w:r>
    </w:p>
    <w:p>
      <w:pPr>
        <w:pStyle w:val="Heading2"/>
        <w:keepNext/>
        <w:keepLines/>
      </w:pPr>
      <w:r>
        <w:t>Registry Verdict</w:t>
      </w:r>
    </w:p>
    <w:p>
      <w:pPr>
        <w:keepNext w:val="0"/>
        <w:keepLines/>
        <w:spacing w:after="120" w:line="283" w:lineRule="auto"/>
      </w:pPr>
      <w:r>
        <w:rPr>
          <w:i w:val="0"/>
        </w:rPr>
        <w:t>Kumoko is an A-Rank improvisational combat engineer whose maximum threat is not the number of weapons she creates but the speed at which she changes the question. Conventional planning degrades around her because every counter teaches Wild Genesis what must be built next.</w:t>
      </w:r>
    </w:p>
    <w:p>
      <w:pPr>
        <w:keepNext w:val="0"/>
        <w:keepLines/>
        <w:spacing w:after="120" w:line="283" w:lineRule="auto"/>
      </w:pPr>
      <w:r>
        <w:rPr>
          <w:i w:val="0"/>
        </w:rPr>
        <w:t>She is also the household’s refusal to make maturity synonymous with quietness. Kumoko grows by gaining precision, consent, and responsibility without surrendering affection, laughter, or bad ideas. The Laugh That Builds Lightning remains a laugh. The adult achievement is deciding what deserves the strike.</w:t>
      </w:r>
    </w:p>
    <w:p>
      <w:pPr>
        <w:sectPr>
          <w:headerReference w:type="default" r:id="rId19"/>
          <w:footerReference w:type="default" r:id="rId20"/>
          <w:pgSz w:w="12240" w:h="15840"/>
          <w:pgMar w:top="1181" w:right="1296" w:bottom="1181" w:left="1296" w:header="547" w:footer="547" w:gutter="0"/>
          <w:cols w:space="720"/>
          <w:docGrid w:linePitch="360"/>
        </w:sectPr>
      </w:pPr>
    </w:p>
    <w:p>
      <w:pPr>
        <w:spacing w:before="80" w:after="240"/>
        <w:jc w:val="center"/>
      </w:pPr>
      <w:r>
        <w:rPr>
          <w:b/>
          <w:color w:val="2E7D69"/>
          <w:sz w:val="20"/>
        </w:rPr>
        <w:t>CHARACTER BLOCK 04</w:t>
      </w:r>
    </w:p>
    <w:p>
      <w:pPr>
        <w:pStyle w:val="Heading1"/>
        <w:keepNext/>
        <w:keepLines/>
      </w:pPr>
      <w:r>
        <w:t>Lucius Knight Rawibari</w:t>
      </w:r>
    </w:p>
    <w:p>
      <w:pPr>
        <w:spacing w:after="200"/>
        <w:jc w:val="center"/>
      </w:pPr>
      <w:r>
        <w:rPr>
          <w:b/>
          <w:color w:val="2E7D69"/>
          <w:sz w:val="28"/>
        </w:rPr>
        <w:t>The Anchor Heir · The Door That Holds Home</w:t>
      </w:r>
    </w:p>
    <w:tbl>
      <w:tblPr>
        <w:tblStyle w:val="TableGrid"/>
        <w:tblW w:type="dxa" w:w="9360"/>
        <w:jc w:val="left"/>
        <w:tblLayout w:type="fixed"/>
        <w:tblLook w:firstColumn="1" w:firstRow="1" w:lastColumn="0" w:lastRow="0" w:noHBand="0" w:noVBand="1" w:val="04A0"/>
        <w:tblInd w:w="120" w:type="dxa"/>
      </w:tblPr>
      <w:tblGrid>
        <w:gridCol w:w="2500"/>
        <w:gridCol w:w="6860"/>
      </w:tblGrid>
      <w:tr>
        <w:tc>
          <w:tcPr>
            <w:tcW w:type="dxa" w:w="2500"/>
            <w:tcMar>
              <w:top w:w="90" w:type="dxa"/>
              <w:start w:w="120" w:type="dxa"/>
              <w:bottom w:w="90" w:type="dxa"/>
              <w:end w:w="120" w:type="dxa"/>
            </w:tcMar>
            <w:shd w:fill="341447"/>
          </w:tcPr>
          <w:p>
            <w:r>
              <w:rPr>
                <w:b/>
                <w:color w:val="FFFFFF"/>
              </w:rPr>
              <w:t>ACTIVE · A RANK</w:t>
            </w:r>
          </w:p>
        </w:tc>
        <w:tc>
          <w:tcPr>
            <w:tcW w:type="dxa" w:w="6860"/>
            <w:tcMar>
              <w:top w:w="90" w:type="dxa"/>
              <w:start w:w="120" w:type="dxa"/>
              <w:bottom w:w="90" w:type="dxa"/>
              <w:end w:w="120" w:type="dxa"/>
            </w:tcMar>
            <w:shd w:fill="EAF8F3"/>
          </w:tcPr>
          <w:p>
            <w:r>
              <w:rPr>
                <w:b/>
                <w:color w:val="2E7D69"/>
              </w:rPr>
              <w:t>Adult triplet; defensive specialist with delayed-strain risk and strong S-Rank formation potential.</w:t>
            </w:r>
          </w:p>
        </w:tc>
      </w:tr>
    </w:tbl>
    <w:p>
      <w:pPr>
        <w:spacing w:after="20"/>
      </w:pPr>
    </w:p>
    <w:tbl>
      <w:tblPr>
        <w:tblStyle w:val="TableGrid"/>
        <w:tblW w:type="dxa" w:w="9360"/>
        <w:jc w:val="left"/>
        <w:tblLayout w:type="fixed"/>
        <w:tblLook w:firstColumn="1" w:firstRow="1" w:lastColumn="0" w:lastRow="0" w:noHBand="0" w:noVBand="1" w:val="04A0"/>
        <w:tblInd w:w="120" w:type="dxa"/>
      </w:tblPr>
      <w:tblGrid>
        <w:gridCol w:w="2700"/>
        <w:gridCol w:w="6660"/>
      </w:tblGrid>
      <w:tr>
        <w:tc>
          <w:tcPr>
            <w:tcW w:type="dxa" w:w="2700"/>
            <w:vAlign w:val="center"/>
            <w:shd w:fill="F1EAF6"/>
            <w:tcMar>
              <w:top w:w="90" w:type="dxa"/>
              <w:start w:w="120" w:type="dxa"/>
              <w:bottom w:w="90" w:type="dxa"/>
              <w:end w:w="120" w:type="dxa"/>
            </w:tcMar>
          </w:tcPr>
          <w:p>
            <w:pPr>
              <w:spacing w:before="0" w:after="0" w:line="240" w:lineRule="auto"/>
            </w:pPr>
            <w:r>
              <w:rPr>
                <w:b/>
                <w:color w:val="341447"/>
              </w:rPr>
              <w:t>Full name</w:t>
            </w:r>
          </w:p>
        </w:tc>
        <w:tc>
          <w:tcPr>
            <w:tcW w:type="dxa" w:w="6660"/>
            <w:vAlign w:val="center"/>
            <w:shd w:fill="FFFFFF"/>
            <w:tcMar>
              <w:top w:w="90" w:type="dxa"/>
              <w:start w:w="120" w:type="dxa"/>
              <w:bottom w:w="90" w:type="dxa"/>
              <w:end w:w="120" w:type="dxa"/>
            </w:tcMar>
          </w:tcPr>
          <w:p>
            <w:pPr>
              <w:spacing w:before="0" w:after="0" w:line="240" w:lineRule="auto"/>
            </w:pPr>
            <w:r>
              <w:t>Lucius Knight Rawibari</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Current status</w:t>
            </w:r>
          </w:p>
        </w:tc>
        <w:tc>
          <w:tcPr>
            <w:tcW w:type="dxa" w:w="6660"/>
            <w:vAlign w:val="center"/>
            <w:shd w:fill="F4F2F5"/>
            <w:tcMar>
              <w:top w:w="90" w:type="dxa"/>
              <w:start w:w="120" w:type="dxa"/>
              <w:bottom w:w="90" w:type="dxa"/>
              <w:end w:w="120" w:type="dxa"/>
            </w:tcMar>
          </w:tcPr>
          <w:p>
            <w:pPr>
              <w:spacing w:before="0" w:after="0" w:line="240" w:lineRule="auto"/>
            </w:pPr>
            <w:r>
              <w:t>ACTIVE</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Age</w:t>
            </w:r>
          </w:p>
        </w:tc>
        <w:tc>
          <w:tcPr>
            <w:tcW w:type="dxa" w:w="6660"/>
            <w:vAlign w:val="center"/>
            <w:shd w:fill="FFFFFF"/>
            <w:tcMar>
              <w:top w:w="90" w:type="dxa"/>
              <w:start w:w="120" w:type="dxa"/>
              <w:bottom w:w="90" w:type="dxa"/>
              <w:end w:w="120" w:type="dxa"/>
            </w:tcMar>
          </w:tcPr>
          <w:p>
            <w:pPr>
              <w:spacing w:before="0" w:after="0" w:line="240" w:lineRule="auto"/>
            </w:pPr>
            <w:r>
              <w:t>20</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Height</w:t>
            </w:r>
          </w:p>
        </w:tc>
        <w:tc>
          <w:tcPr>
            <w:tcW w:type="dxa" w:w="6660"/>
            <w:vAlign w:val="center"/>
            <w:shd w:fill="F4F2F5"/>
            <w:tcMar>
              <w:top w:w="90" w:type="dxa"/>
              <w:start w:w="120" w:type="dxa"/>
              <w:bottom w:w="90" w:type="dxa"/>
              <w:end w:w="120" w:type="dxa"/>
            </w:tcMar>
          </w:tcPr>
          <w:p>
            <w:pPr>
              <w:spacing w:before="0" w:after="0" w:line="240" w:lineRule="auto"/>
            </w:pPr>
            <w:r>
              <w:t>6'9" / 206 cm</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Species</w:t>
            </w:r>
          </w:p>
        </w:tc>
        <w:tc>
          <w:tcPr>
            <w:tcW w:type="dxa" w:w="6660"/>
            <w:vAlign w:val="center"/>
            <w:shd w:fill="FFFFFF"/>
            <w:tcMar>
              <w:top w:w="90" w:type="dxa"/>
              <w:start w:w="120" w:type="dxa"/>
              <w:bottom w:w="90" w:type="dxa"/>
              <w:end w:w="120" w:type="dxa"/>
            </w:tcMar>
          </w:tcPr>
          <w:p>
            <w:pPr>
              <w:spacing w:before="0" w:after="0" w:line="240" w:lineRule="auto"/>
            </w:pPr>
            <w:r>
              <w:t>Panda-dominant Beast-Folk hybrid</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Current rank</w:t>
            </w:r>
          </w:p>
        </w:tc>
        <w:tc>
          <w:tcPr>
            <w:tcW w:type="dxa" w:w="6660"/>
            <w:vAlign w:val="center"/>
            <w:shd w:fill="F4F2F5"/>
            <w:tcMar>
              <w:top w:w="90" w:type="dxa"/>
              <w:start w:w="120" w:type="dxa"/>
              <w:bottom w:w="90" w:type="dxa"/>
              <w:end w:w="120" w:type="dxa"/>
            </w:tcMar>
          </w:tcPr>
          <w:p>
            <w:pPr>
              <w:spacing w:before="0" w:after="0" w:line="240" w:lineRule="auto"/>
            </w:pPr>
            <w:r>
              <w:t>A Rank; S-Rank formation potential</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Primary role</w:t>
            </w:r>
          </w:p>
        </w:tc>
        <w:tc>
          <w:tcPr>
            <w:tcW w:type="dxa" w:w="6660"/>
            <w:vAlign w:val="center"/>
            <w:shd w:fill="FFFFFF"/>
            <w:tcMar>
              <w:top w:w="90" w:type="dxa"/>
              <w:start w:w="120" w:type="dxa"/>
              <w:bottom w:w="90" w:type="dxa"/>
              <w:end w:w="120" w:type="dxa"/>
            </w:tcMar>
          </w:tcPr>
          <w:p>
            <w:pPr>
              <w:spacing w:before="0" w:after="0" w:line="240" w:lineRule="auto"/>
            </w:pPr>
            <w:r>
              <w:t>Defensive vanguard, force anchor, formation guardian</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Bloodline Art</w:t>
            </w:r>
          </w:p>
        </w:tc>
        <w:tc>
          <w:tcPr>
            <w:tcW w:type="dxa" w:w="6660"/>
            <w:vAlign w:val="center"/>
            <w:shd w:fill="F4F2F5"/>
            <w:tcMar>
              <w:top w:w="90" w:type="dxa"/>
              <w:start w:w="120" w:type="dxa"/>
              <w:bottom w:w="90" w:type="dxa"/>
              <w:end w:w="120" w:type="dxa"/>
            </w:tcMar>
          </w:tcPr>
          <w:p>
            <w:pPr>
              <w:spacing w:before="0" w:after="0" w:line="240" w:lineRule="auto"/>
            </w:pPr>
            <w:r>
              <w:t>Arsenal: Unyielding Frame</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Magic</w:t>
            </w:r>
          </w:p>
        </w:tc>
        <w:tc>
          <w:tcPr>
            <w:tcW w:type="dxa" w:w="6660"/>
            <w:vAlign w:val="center"/>
            <w:shd w:fill="FFFFFF"/>
            <w:tcMar>
              <w:top w:w="90" w:type="dxa"/>
              <w:start w:w="120" w:type="dxa"/>
              <w:bottom w:w="90" w:type="dxa"/>
              <w:end w:w="120" w:type="dxa"/>
            </w:tcMar>
          </w:tcPr>
          <w:p>
            <w:pPr>
              <w:spacing w:before="0" w:after="0" w:line="240" w:lineRule="auto"/>
            </w:pPr>
            <w:r>
              <w:t>Earth, Reinforcement, Barrier, Gravity/Weight</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Weapon Arts</w:t>
            </w:r>
          </w:p>
        </w:tc>
        <w:tc>
          <w:tcPr>
            <w:tcW w:type="dxa" w:w="6660"/>
            <w:vAlign w:val="center"/>
            <w:shd w:fill="F4F2F5"/>
            <w:tcMar>
              <w:top w:w="90" w:type="dxa"/>
              <w:start w:w="120" w:type="dxa"/>
              <w:bottom w:w="90" w:type="dxa"/>
              <w:end w:w="120" w:type="dxa"/>
            </w:tcMar>
          </w:tcPr>
          <w:p>
            <w:pPr>
              <w:spacing w:before="0" w:after="0" w:line="240" w:lineRule="auto"/>
            </w:pPr>
            <w:r>
              <w:t>Guard, Counter, Impact, Momentum</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Mythic weapon</w:t>
            </w:r>
          </w:p>
        </w:tc>
        <w:tc>
          <w:tcPr>
            <w:tcW w:type="dxa" w:w="6660"/>
            <w:vAlign w:val="center"/>
            <w:shd w:fill="FFFFFF"/>
            <w:tcMar>
              <w:top w:w="90" w:type="dxa"/>
              <w:start w:w="120" w:type="dxa"/>
              <w:bottom w:w="90" w:type="dxa"/>
              <w:end w:w="120" w:type="dxa"/>
            </w:tcMar>
          </w:tcPr>
          <w:p>
            <w:pPr>
              <w:spacing w:before="0" w:after="0" w:line="240" w:lineRule="auto"/>
            </w:pPr>
            <w:r>
              <w:t>Hearthhold Bastion — tower shield and war hammer</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True Name</w:t>
            </w:r>
          </w:p>
        </w:tc>
        <w:tc>
          <w:tcPr>
            <w:tcW w:type="dxa" w:w="6660"/>
            <w:vAlign w:val="center"/>
            <w:shd w:fill="F4F2F5"/>
            <w:tcMar>
              <w:top w:w="90" w:type="dxa"/>
              <w:start w:w="120" w:type="dxa"/>
              <w:bottom w:w="90" w:type="dxa"/>
              <w:end w:w="120" w:type="dxa"/>
            </w:tcMar>
          </w:tcPr>
          <w:p>
            <w:pPr>
              <w:spacing w:before="0" w:after="0" w:line="240" w:lineRule="auto"/>
            </w:pPr>
            <w:r>
              <w:t>Orun-Vael Thamari — ‘The Door That Holds Home’</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Last Wager form</w:t>
            </w:r>
          </w:p>
        </w:tc>
        <w:tc>
          <w:tcPr>
            <w:tcW w:type="dxa" w:w="6660"/>
            <w:vAlign w:val="center"/>
            <w:shd w:fill="FFFFFF"/>
            <w:tcMar>
              <w:top w:w="90" w:type="dxa"/>
              <w:start w:w="120" w:type="dxa"/>
              <w:bottom w:w="90" w:type="dxa"/>
              <w:end w:w="120" w:type="dxa"/>
            </w:tcMar>
          </w:tcPr>
          <w:p>
            <w:pPr>
              <w:spacing w:before="0" w:after="0" w:line="240" w:lineRule="auto"/>
            </w:pPr>
            <w:r>
              <w:t>Hearthhold Bastion: Griefgate Citadel</w:t>
            </w:r>
          </w:p>
        </w:tc>
      </w:tr>
    </w:tbl>
    <w:p>
      <w:pPr>
        <w:spacing w:after="20"/>
      </w:pPr>
    </w:p>
    <w:p>
      <w:pPr>
        <w:pStyle w:val="Heading2"/>
        <w:keepNext/>
        <w:keepLines/>
      </w:pPr>
      <w:r>
        <w:t>Databook Thesis</w:t>
      </w:r>
    </w:p>
    <w:p>
      <w:pPr>
        <w:keepNext w:val="0"/>
        <w:keepLines/>
        <w:spacing w:after="120" w:line="283" w:lineRule="auto"/>
      </w:pPr>
      <w:r>
        <w:rPr>
          <w:i w:val="0"/>
        </w:rPr>
        <w:t>Lucius is the child who grew into the shape of staying. At 6 feet 9 inches he is the tallest triplet, panda-dominant, broad, patient, responsible, and habitually positioned between danger and family. Arsenal: Unyielding Frame allows his body, weapons, barriers, force, and claimed position to stabilize against displacement. Hearthhold Bastion gives that instinct a sentient tower shield and war hammer. His public title, the Anchor Heir, describes both combat function and private fear.</w:t>
      </w:r>
    </w:p>
    <w:p>
      <w:pPr>
        <w:keepNext w:val="0"/>
        <w:keepLines/>
        <w:spacing w:after="120" w:line="283" w:lineRule="auto"/>
      </w:pPr>
      <w:r>
        <w:rPr>
          <w:i w:val="0"/>
        </w:rPr>
        <w:t>The fear is Darius. Lucius never met his father, but strangers can see the inheritance before they know the history: panda coverage, black foundation, physical mass, discipline, the willingness to take the front. He worries that the resemblance might include the ability to leave. Kurnoma’s reassurance is unconditional and exact: resemblance is material, not verdict. Darius’s absence was a choice. Lucius’s presence is also a choice, renewed without needing to become a prison.</w:t>
      </w:r>
    </w:p>
    <w:p>
      <w:pPr>
        <w:keepNext w:val="0"/>
        <w:keepLines/>
        <w:spacing w:after="120" w:line="283" w:lineRule="auto"/>
      </w:pPr>
      <w:r>
        <w:rPr>
          <w:i w:val="0"/>
        </w:rPr>
        <w:t>His power contains its own danger. Unyielding Frame delays force; it does not make force imaginary. An extreme impact can be anchored, stored, and returned while injury waits inside the body for permission to arrive. The world sees an immovable son. The family sees the person who may smile, confirm everyone is safe, release the position, and collapse under concentrated pain he has been holding alone.</w:t>
      </w:r>
    </w:p>
    <w:p>
      <w:pPr>
        <w:pStyle w:val="Quote"/>
        <w:shd w:fill="F1EAF6"/>
        <w:keepNext w:val="0"/>
        <w:keepLines/>
        <w:pBdr>
          <w:top w:val="single" w:sz="10" w:space="5" w:color="78D6B6"/>
          <w:bottom w:val="single" w:sz="10" w:space="5" w:color="78D6B6"/>
        </w:pBdr>
      </w:pPr>
      <w:r>
        <w:t>“You do not need to be unafraid. You need somewhere fear cannot move you from.” — Lucius</w:t>
      </w:r>
    </w:p>
    <w:p>
      <w:pPr>
        <w:pStyle w:val="Heading2"/>
        <w:keepNext/>
        <w:keepLines/>
      </w:pPr>
      <w:r>
        <w:t>Appearance &amp; Silhouette</w:t>
      </w:r>
    </w:p>
    <w:p>
      <w:pPr>
        <w:keepNext w:val="0"/>
        <w:keepLines/>
        <w:spacing w:after="120" w:line="283" w:lineRule="auto"/>
      </w:pPr>
      <w:r>
        <w:rPr>
          <w:i w:val="0"/>
        </w:rPr>
        <w:t>Lucius stands approximately 6 feet 9 inches with a broad, powerful frame and dark-chocolate skin. He resembles Darius in mass and panda dominance but carries Kurnoma’s purple and crimson through controlled details rather than exuberant volume. The silhouette is a load-bearing one: wide shoulders, heavy legs, thick forearms, and a center of gravity that looks settled even before the Art activates.</w:t>
      </w:r>
    </w:p>
    <w:p>
      <w:pPr>
        <w:keepNext w:val="0"/>
        <w:keepLines/>
        <w:spacing w:after="120" w:line="283" w:lineRule="auto"/>
      </w:pPr>
      <w:r>
        <w:rPr>
          <w:i w:val="0"/>
        </w:rPr>
        <w:t>Fur primarily covers the sides and back of the torso, shoulders, arms, and legs. The face, head, hands, and front abdomen remain more exposed. This distribution emphasizes the idea of a body armored around the directions from which it expects pressure while keeping expression and breathing visible. Panda black-and-white dominate, with hybrid warmth and patterning preventing him from reading as a copy of Darius.</w:t>
      </w:r>
    </w:p>
    <w:p>
      <w:pPr>
        <w:keepNext w:val="0"/>
        <w:keepLines/>
        <w:spacing w:after="120" w:line="283" w:lineRule="auto"/>
      </w:pPr>
      <w:r>
        <w:rPr>
          <w:i w:val="0"/>
        </w:rPr>
        <w:t>His eyes are shimmering gold with horizontal goat-like pupils. When Arsenal: Unyielding Frame activates, the gold loses sparkle and darkens, as though decorative light has been compressed into functional weight. The pupil shape makes his gaze unusually stable across lateral movement and contributes to the unsettling impression that an attacker can move around him without ever moving outside his awareness.</w:t>
      </w:r>
    </w:p>
    <w:p>
      <w:pPr>
        <w:keepNext w:val="0"/>
        <w:keepLines/>
        <w:spacing w:after="120" w:line="283" w:lineRule="auto"/>
      </w:pPr>
      <w:r>
        <w:rPr>
          <w:i w:val="0"/>
        </w:rPr>
        <w:t>Hair is jet black arranged in a controlled style with deep-violet underlayer and dark-crimson accents. Where Kumoko’s wolf cut looks mid-explosion, Lucius’s looks maintained: enough length and color to prove he belongs to Kurnoma, enough restraint that no strand interferes with shield line or peripheral vision.</w:t>
      </w:r>
    </w:p>
    <w:p>
      <w:pPr>
        <w:keepNext w:val="0"/>
        <w:keepLines/>
        <w:spacing w:after="120" w:line="283" w:lineRule="auto"/>
      </w:pPr>
      <w:r>
        <w:rPr>
          <w:i w:val="0"/>
        </w:rPr>
        <w:t>His usual combat clothing is layered beneath reinforced armor designed around anchor stress. The tower shield protects the obvious plane; shoulder, hip, spine, and knee reinforcement protect the less obvious consequence of receiving force through the whole body. Gold repaired-crack motifs echo Hearthhold Bastion without pretending he is undamaged. He does not wear visible damage as proof of masculinity; he wears repair as proof that damage was answered.</w:t>
      </w:r>
    </w:p>
    <w:p>
      <w:pPr>
        <w:keepNext w:val="0"/>
        <w:keepLines/>
        <w:spacing w:after="120" w:line="283" w:lineRule="auto"/>
      </w:pPr>
      <w:r>
        <w:rPr>
          <w:i w:val="0"/>
        </w:rPr>
        <w:t>Expression is composed, patient, and often dryly amused. Lucius can deliver a joke without changing the face enough for strangers to recognize it. With family, posture softens before features do. He is most visibly distressed not while being hit but while deciding that someone else might be hit because he chose the wrong door.</w:t>
      </w:r>
    </w:p>
    <w:p>
      <w:pPr>
        <w:pStyle w:val="Heading2"/>
        <w:keepNext/>
        <w:keepLines/>
      </w:pPr>
      <w:r>
        <w:t>Temperament &amp; Interior Life</w:t>
      </w:r>
    </w:p>
    <w:p>
      <w:pPr>
        <w:keepNext w:val="0"/>
        <w:keepLines/>
        <w:spacing w:after="120" w:line="283" w:lineRule="auto"/>
      </w:pPr>
      <w:r>
        <w:rPr>
          <w:i w:val="0"/>
        </w:rPr>
        <w:t>Lucius is composed, patient, responsible, protective, and dryly humorous. He notices weight in both physical and social senses: who is carrying the supplies, who has not spoken, which sibling is using humor to conceal strain, and which promise has silently become one person’s permanent job. His first instinct is to take the load. His adult work is learning that taking every load can become another way of denying others agency.</w:t>
      </w:r>
    </w:p>
    <w:p>
      <w:pPr>
        <w:keepNext w:val="0"/>
        <w:keepLines/>
        <w:spacing w:after="120" w:line="283" w:lineRule="auto"/>
      </w:pPr>
      <w:r>
        <w:rPr>
          <w:i w:val="0"/>
        </w:rPr>
        <w:t>He does not seek praise for defense. Praise can even make him uncomfortable because it frames survival as a personal performance rather than a collective success. The safest compliment is specific: the barrier held, the route remained open, the recoil was released inward, the protected person was given a choice. General declarations that he is ‘the reliable one’ risk becoming an assignment he feels forbidden to decline.</w:t>
      </w:r>
    </w:p>
    <w:p>
      <w:pPr>
        <w:keepNext w:val="0"/>
        <w:keepLines/>
        <w:spacing w:after="120" w:line="283" w:lineRule="auto"/>
      </w:pPr>
      <w:r>
        <w:rPr>
          <w:i w:val="0"/>
        </w:rPr>
        <w:t>Darius’s absence lives inside his identity more directly than in either sister. Lucius fears the household sees the resemblance and chooses not to say it. In truth, Kurnoma sees it clearly and loves him without pretending not to. Her reassurance does not insult him with ‘you are nothing like your father.’ It tells him that similar bodies and instincts can carry different decisions.</w:t>
      </w:r>
    </w:p>
    <w:p>
      <w:pPr>
        <w:keepNext w:val="0"/>
        <w:keepLines/>
        <w:spacing w:after="120" w:line="283" w:lineRule="auto"/>
      </w:pPr>
      <w:r>
        <w:rPr>
          <w:i w:val="0"/>
        </w:rPr>
        <w:t>Hearthhold Bastion is normally steady, grave, protective, patient, traditional, loyal, quietly paternal, slow to anger, and risk-averse. The sentience gives Lucius a voice willing to advise preservation when his own guilt demands sacrifice. Their relationship is less wielder and tool than young guardian and older doctrine. That makes the Last Wager inversion—‘You were the door. They passed you’—a targeted betrayal of everything the weapon usually protects in him.</w:t>
      </w:r>
    </w:p>
    <w:p>
      <w:pPr>
        <w:keepNext w:val="0"/>
        <w:keepLines/>
        <w:spacing w:after="120" w:line="283" w:lineRule="auto"/>
      </w:pPr>
      <w:r>
        <w:rPr>
          <w:i w:val="0"/>
        </w:rPr>
        <w:t>Lucius’s anger is quiet. It becomes denser rather than louder, visible in fewer wasted motions and the sudden disappearance of negotiation. Complete kill-certainty does not make him berserk. It makes him willing to close the last road behind an enemy and carry every return stroke until one inward-directed maul impact ends the question.</w:t>
      </w:r>
    </w:p>
    <w:p>
      <w:pPr>
        <w:pStyle w:val="Heading2"/>
        <w:keepNext/>
        <w:keepLines/>
      </w:pPr>
      <w:r>
        <w:t>Position in the World</w:t>
      </w:r>
    </w:p>
    <w:p>
      <w:pPr>
        <w:keepNext w:val="0"/>
        <w:keepLines/>
        <w:spacing w:after="120" w:line="283" w:lineRule="auto"/>
      </w:pPr>
      <w:r>
        <w:rPr>
          <w:i w:val="0"/>
        </w:rPr>
        <w:t>Lucius is A Rank because he can alter formation geometry. Homewall Oath resists displacement and spatial interference. Foundation Claim creates a protected position allies can plan around. Gravity and Barrier magic turn the body into terrain. A party with Lucius is not merely harder to damage; it can possess a location under conditions that should make possession impossible.</w:t>
      </w:r>
    </w:p>
    <w:p>
      <w:pPr>
        <w:keepNext w:val="0"/>
        <w:keepLines/>
        <w:spacing w:after="120" w:line="283" w:lineRule="auto"/>
      </w:pPr>
      <w:r>
        <w:rPr>
          <w:i w:val="0"/>
        </w:rPr>
        <w:t>He has strong S-Rank formation potential without being a generalized S-Rank pursuer. His specialty is holding, receiving, stabilizing, and returning. Open pursuit, enemies who refuse to contest his position, repeated bait against family, and effects that turn protection into the wrong objective reduce his advantage.</w:t>
      </w:r>
    </w:p>
    <w:p>
      <w:pPr>
        <w:keepNext w:val="0"/>
        <w:keepLines/>
        <w:spacing w:after="120" w:line="283" w:lineRule="auto"/>
      </w:pPr>
      <w:r>
        <w:rPr>
          <w:i w:val="0"/>
        </w:rPr>
        <w:t>Inside the Rawibari household he is the Anchor Heir, but not household patriarch and not a replacement for Darius. The distinction matters. His role is chosen defense among siblings and adult children, not compulsory assumption of the missing father’s social office.</w:t>
      </w:r>
    </w:p>
    <w:p>
      <w:pPr>
        <w:pStyle w:val="Heading2"/>
        <w:keepNext/>
        <w:keepLines/>
      </w:pPr>
      <w:r>
        <w:t>Powers, Abilities &amp; Combat Systems</w:t>
      </w:r>
    </w:p>
    <w:p>
      <w:pPr>
        <w:pStyle w:val="Heading3"/>
        <w:keepNext/>
        <w:keepLines/>
      </w:pPr>
      <w:r>
        <w:t>Arsenal: Unyielding Frame</w:t>
      </w:r>
    </w:p>
    <w:p>
      <w:pPr>
        <w:keepNext/>
        <w:spacing w:after="80"/>
      </w:pPr>
      <w:r>
        <w:rPr>
          <w:b/>
          <w:color w:val="2E7D69"/>
          <w:sz w:val="17"/>
        </w:rPr>
        <w:t>BLOODLINE ART</w:t>
      </w:r>
    </w:p>
    <w:p>
      <w:pPr>
        <w:keepNext w:val="0"/>
        <w:keepLines/>
        <w:spacing w:after="120" w:line="283" w:lineRule="auto"/>
      </w:pPr>
      <w:r>
        <w:rPr>
          <w:i w:val="0"/>
        </w:rPr>
        <w:t>Function. Unyielding Frame anchors weapon, force, body, and claimed position into stabilized reality. Core functions include force anchoring, weapon stabilization, defensive Position Claim, healing-based Body Correction, and Anchor Pulse for reinforcing nearby formation integrity.</w:t>
      </w:r>
    </w:p>
    <w:p>
      <w:pPr>
        <w:keepNext w:val="0"/>
        <w:keepLines/>
        <w:spacing w:after="120" w:line="283" w:lineRule="auto"/>
      </w:pPr>
      <w:r>
        <w:rPr>
          <w:i w:val="0"/>
        </w:rPr>
        <w:t>Field application. In practice, Lucius uses this capability as a refusal of forced movement. Lucius can receive knockback, gravity, terrain shift, spatial distortion, or weapon recoil and decide how much of the resulting motion is permitted to exist.</w:t>
      </w:r>
    </w:p>
    <w:p>
      <w:pPr>
        <w:keepNext w:val="0"/>
        <w:keepLines/>
        <w:spacing w:after="120" w:line="283" w:lineRule="auto"/>
      </w:pPr>
      <w:r>
        <w:rPr>
          <w:i w:val="0"/>
        </w:rPr>
        <w:t>System interaction. Earth and Barrier magic define the position; Gravity/Weight gives the decision mass; Hearthhold Bastion distributes strain; inherited healing performs Body Correction while the Art holds consequences in suspension.</w:t>
      </w:r>
    </w:p>
    <w:p>
      <w:pPr>
        <w:keepNext w:val="0"/>
        <w:keepLines/>
        <w:spacing w:after="120" w:line="283" w:lineRule="auto"/>
      </w:pPr>
      <w:r>
        <w:rPr>
          <w:i w:val="0"/>
        </w:rPr>
        <w:t>Limits and counterplay. Anchoring delays injury rather than erasing it. Extreme force returns as concentrated pain and bodily strain when the state releases. The Art can also be baited by attacks on family or by enemies who make the held position strategically irrelevant.</w:t>
      </w:r>
    </w:p>
    <w:p>
      <w:pPr>
        <w:keepNext w:val="0"/>
        <w:keepLines/>
        <w:spacing w:after="120" w:line="283" w:lineRule="auto"/>
      </w:pPr>
      <w:r>
        <w:rPr>
          <w:i w:val="0"/>
        </w:rPr>
        <w:t>Archive note. Gold eyes darken, stance settles, surfaces around his feet fracture without displacing him, and weapon seams appear heavier than light should allow. The Art is a fusion answer to both parents: Darius’s mass and weapon commitment corrected through Kurnoma’s stabilizing and regenerative inheritance.</w:t>
      </w:r>
    </w:p>
    <w:p>
      <w:pPr>
        <w:pStyle w:val="Heading3"/>
        <w:keepNext/>
        <w:keepLines/>
      </w:pPr>
      <w:r>
        <w:t>No Further / Foundation Claim</w:t>
      </w:r>
    </w:p>
    <w:p>
      <w:pPr>
        <w:keepNext/>
        <w:spacing w:after="80"/>
      </w:pPr>
      <w:r>
        <w:rPr>
          <w:b/>
          <w:color w:val="2E7D69"/>
          <w:sz w:val="17"/>
        </w:rPr>
        <w:t>UNYIELDING FRAME TECHNIQUES</w:t>
      </w:r>
    </w:p>
    <w:p>
      <w:pPr>
        <w:keepNext w:val="0"/>
        <w:keepLines/>
        <w:spacing w:after="120" w:line="283" w:lineRule="auto"/>
      </w:pPr>
      <w:r>
        <w:rPr>
          <w:i w:val="0"/>
        </w:rPr>
        <w:t>Function. No Further is the immediate denial of advance or displacement. Foundation Claim designates the position Lucius will treat as protected reality, letting allies understand exactly where the formation can rebuild around him.</w:t>
      </w:r>
    </w:p>
    <w:p>
      <w:pPr>
        <w:keepNext w:val="0"/>
        <w:keepLines/>
        <w:spacing w:after="120" w:line="283" w:lineRule="auto"/>
      </w:pPr>
      <w:r>
        <w:rPr>
          <w:i w:val="0"/>
        </w:rPr>
        <w:t>Field application. In practice, Lucius uses this capability as doorways, evacuation corridors, bridges, broken streets, and any point whose loss would separate the family. No Further answers the next step; Foundation Claim answers the larger geometry.</w:t>
      </w:r>
    </w:p>
    <w:p>
      <w:pPr>
        <w:keepNext w:val="0"/>
        <w:keepLines/>
        <w:spacing w:after="120" w:line="283" w:lineRule="auto"/>
      </w:pPr>
      <w:r>
        <w:rPr>
          <w:i w:val="0"/>
        </w:rPr>
        <w:t>System interaction. Barrier magic gives the Claim edges, Earth supplies support, and Homewall Oath expands the denial from Lucius’s body into a fortified plane.</w:t>
      </w:r>
    </w:p>
    <w:p>
      <w:pPr>
        <w:keepNext w:val="0"/>
        <w:keepLines/>
        <w:spacing w:after="120" w:line="283" w:lineRule="auto"/>
      </w:pPr>
      <w:r>
        <w:rPr>
          <w:i w:val="0"/>
        </w:rPr>
        <w:t>Limits and counterplay. A wrong Claim can protect empty ground while the true objective moves elsewhere. Telepathic deception, hostage relocation, or a target that never needs to cross the line can make perfect defense strategically useless.</w:t>
      </w:r>
    </w:p>
    <w:p>
      <w:pPr>
        <w:keepNext w:val="0"/>
        <w:keepLines/>
        <w:spacing w:after="120" w:line="283" w:lineRule="auto"/>
      </w:pPr>
      <w:r>
        <w:rPr>
          <w:i w:val="0"/>
        </w:rPr>
        <w:t>Archive note. The claimed area gains a subtle gold-dark boundary and the acoustic weight of a door closing in a much larger building. The paired techniques became the practical meaning of his title: the heir is not the strongest wall, but the person who knows which threshold is home.</w:t>
      </w:r>
    </w:p>
    <w:p>
      <w:pPr>
        <w:pStyle w:val="Heading3"/>
        <w:keepNext/>
        <w:keepLines/>
      </w:pPr>
      <w:r>
        <w:t>Hammerfall Brace / Anchor Heir’s Verdict</w:t>
      </w:r>
    </w:p>
    <w:p>
      <w:pPr>
        <w:keepNext/>
        <w:spacing w:after="80"/>
      </w:pPr>
      <w:r>
        <w:rPr>
          <w:b/>
          <w:color w:val="2E7D69"/>
          <w:sz w:val="17"/>
        </w:rPr>
        <w:t>UNYIELDING FRAME OFFENSIVE TECHNIQUES</w:t>
      </w:r>
    </w:p>
    <w:p>
      <w:pPr>
        <w:keepNext w:val="0"/>
        <w:keepLines/>
        <w:spacing w:after="120" w:line="283" w:lineRule="auto"/>
      </w:pPr>
      <w:r>
        <w:rPr>
          <w:i w:val="0"/>
        </w:rPr>
        <w:t>Function. Hammerfall Brace stabilizes the body and weapon for a descending impact without surrendering ground. Anchor Heir’s Verdict converts stored force, gravity, and Guardian Recoil into a decisive hammer strike directed to end the threat rather than scatter the battlefield.</w:t>
      </w:r>
    </w:p>
    <w:p>
      <w:pPr>
        <w:keepNext w:val="0"/>
        <w:keepLines/>
        <w:spacing w:after="120" w:line="283" w:lineRule="auto"/>
      </w:pPr>
      <w:r>
        <w:rPr>
          <w:i w:val="0"/>
        </w:rPr>
        <w:t>Field application. In practice, Lucius uses this capability as the moment defense becomes sentence. Lucius receives enough of the enemy’s commitment to understand its weight, then returns the accumulated answer through one reinforced line.</w:t>
      </w:r>
    </w:p>
    <w:p>
      <w:pPr>
        <w:keepNext w:val="0"/>
        <w:keepLines/>
        <w:spacing w:after="120" w:line="283" w:lineRule="auto"/>
      </w:pPr>
      <w:r>
        <w:rPr>
          <w:i w:val="0"/>
        </w:rPr>
        <w:t>System interaction. Weight of the Hearth makes the hammer impossibly heavy only at contact. Shared Foundation reduces bodily strain. Gravity magic and Impact Arts direct the force inward.</w:t>
      </w:r>
    </w:p>
    <w:p>
      <w:pPr>
        <w:keepNext w:val="0"/>
        <w:keepLines/>
        <w:spacing w:after="120" w:line="283" w:lineRule="auto"/>
      </w:pPr>
      <w:r>
        <w:rPr>
          <w:i w:val="0"/>
        </w:rPr>
        <w:t>Limits and counterplay. The strike requires commitment and can be evaded if the opponent preserved a route. Stored force increases the eventual cost to Lucius. A premature Verdict may spend the recoil before the true threat appears.</w:t>
      </w:r>
    </w:p>
    <w:p>
      <w:pPr>
        <w:keepNext w:val="0"/>
        <w:keepLines/>
        <w:spacing w:after="120" w:line="283" w:lineRule="auto"/>
      </w:pPr>
      <w:r>
        <w:rPr>
          <w:i w:val="0"/>
        </w:rPr>
        <w:t>Archive note. The hammer rises slowly, the field grows quiet under its apparent weight, and the final impact looks smaller from a distance than the inward damage suggests. The doctrine anticipates his later Awakening Art, where every received attack becomes part of the final maul strike.</w:t>
      </w:r>
    </w:p>
    <w:p>
      <w:pPr>
        <w:pStyle w:val="Heading3"/>
        <w:keepNext/>
        <w:keepLines/>
      </w:pPr>
      <w:r>
        <w:t>Earth, Reinforcement, Barrier &amp; Gravity/Weight</w:t>
      </w:r>
    </w:p>
    <w:p>
      <w:pPr>
        <w:keepNext/>
        <w:spacing w:after="80"/>
      </w:pPr>
      <w:r>
        <w:rPr>
          <w:b/>
          <w:color w:val="2E7D69"/>
          <w:sz w:val="17"/>
        </w:rPr>
        <w:t>MAGIC SUITE</w:t>
      </w:r>
    </w:p>
    <w:p>
      <w:pPr>
        <w:keepNext w:val="0"/>
        <w:keepLines/>
        <w:spacing w:after="120" w:line="283" w:lineRule="auto"/>
      </w:pPr>
      <w:r>
        <w:rPr>
          <w:i w:val="0"/>
        </w:rPr>
        <w:t>Function. Earth supplies foundation and terrain control. Reinforcement distributes load through flesh, armor, and weapon. Barrier extends defense beyond the body. Gravity/Weight changes the cost of movement and the authority of impact.</w:t>
      </w:r>
    </w:p>
    <w:p>
      <w:pPr>
        <w:keepNext w:val="0"/>
        <w:keepLines/>
        <w:spacing w:after="120" w:line="283" w:lineRule="auto"/>
      </w:pPr>
      <w:r>
        <w:rPr>
          <w:i w:val="0"/>
        </w:rPr>
        <w:t>Field application. In practice, Lucius uses this capability as a coherent defensive environment. Lucius can make a fragile floor bear evacuation, a shield line behave like architecture, an enemy step feel too heavy, or a hammer remain maneuverable until the exact instant mass is needed.</w:t>
      </w:r>
    </w:p>
    <w:p>
      <w:pPr>
        <w:keepNext w:val="0"/>
        <w:keepLines/>
        <w:spacing w:after="120" w:line="283" w:lineRule="auto"/>
      </w:pPr>
      <w:r>
        <w:rPr>
          <w:i w:val="0"/>
        </w:rPr>
        <w:t>System interaction. Unyielding Frame converts these schools from separate spells into one anchored rule. Lady Luck’s healing and probability reduce the chance that a hidden flaw becomes catastrophic while allies occupy the claimed zone.</w:t>
      </w:r>
    </w:p>
    <w:p>
      <w:pPr>
        <w:keepNext w:val="0"/>
        <w:keepLines/>
        <w:spacing w:after="120" w:line="283" w:lineRule="auto"/>
      </w:pPr>
      <w:r>
        <w:rPr>
          <w:i w:val="0"/>
        </w:rPr>
        <w:t>Limits and counterplay. Sustained casting consumes energy. Flying, intangible, long-range, or terrain-independent enemies may refuse the gravity problem. Anti-magic can force Lucius back onto body, shield, and Art while delayed strain continues accumulating.</w:t>
      </w:r>
    </w:p>
    <w:p>
      <w:pPr>
        <w:keepNext w:val="0"/>
        <w:keepLines/>
        <w:spacing w:after="120" w:line="283" w:lineRule="auto"/>
      </w:pPr>
      <w:r>
        <w:rPr>
          <w:i w:val="0"/>
        </w:rPr>
        <w:t>Archive note. Barrier planes carry gold repaired-crack lines; gravity appears as dust and loose objects settling toward the chosen point. The suite made Lucius an A-Rank formation guardian rather than merely a durable melee fighter.</w:t>
      </w:r>
    </w:p>
    <w:p>
      <w:pPr>
        <w:pStyle w:val="Heading3"/>
        <w:keepNext/>
        <w:keepLines/>
      </w:pPr>
      <w:r>
        <w:t>Guard, Counter, Impact &amp; Momentum Arts</w:t>
      </w:r>
    </w:p>
    <w:p>
      <w:pPr>
        <w:keepNext/>
        <w:spacing w:after="80"/>
      </w:pPr>
      <w:r>
        <w:rPr>
          <w:b/>
          <w:color w:val="2E7D69"/>
          <w:sz w:val="17"/>
        </w:rPr>
        <w:t>WEAPON ARTS</w:t>
      </w:r>
    </w:p>
    <w:p>
      <w:pPr>
        <w:keepNext w:val="0"/>
        <w:keepLines/>
        <w:spacing w:after="120" w:line="283" w:lineRule="auto"/>
      </w:pPr>
      <w:r>
        <w:rPr>
          <w:i w:val="0"/>
        </w:rPr>
        <w:t>Function. Guard controls protected geometry and reception. Counter turns the attacker’s commitment into a reply. Impact directs force through shield and hammer. Momentum preserves useful motion without allowing the enemy to dictate displacement.</w:t>
      </w:r>
    </w:p>
    <w:p>
      <w:pPr>
        <w:keepNext w:val="0"/>
        <w:keepLines/>
        <w:spacing w:after="120" w:line="283" w:lineRule="auto"/>
      </w:pPr>
      <w:r>
        <w:rPr>
          <w:i w:val="0"/>
        </w:rPr>
        <w:t>Field application. In practice, Lucius uses this capability as a compact loop: receive, identify, store, return. The shield is not passive cover; it is the measuring instrument that tells Lucius what the hammer must eventually say.</w:t>
      </w:r>
    </w:p>
    <w:p>
      <w:pPr>
        <w:keepNext w:val="0"/>
        <w:keepLines/>
        <w:spacing w:after="120" w:line="283" w:lineRule="auto"/>
      </w:pPr>
      <w:r>
        <w:rPr>
          <w:i w:val="0"/>
        </w:rPr>
        <w:t>System interaction. Guardian Recoil stores a portion of shield-absorbed damage. Weight of the Hearth and Hammerfall Brace convert it. Barrier magic widens the Guard; Unyielding Frame preserves the position through the exchange.</w:t>
      </w:r>
    </w:p>
    <w:p>
      <w:pPr>
        <w:keepNext w:val="0"/>
        <w:keepLines/>
        <w:spacing w:after="120" w:line="283" w:lineRule="auto"/>
      </w:pPr>
      <w:r>
        <w:rPr>
          <w:i w:val="0"/>
        </w:rPr>
        <w:t>Limits and counterplay. Dedicated speedsters can change angles faster than the shield line. Feints can waste Counter. Momentum is limited because Lucius prioritizes position over pursuit. Impact remains dangerous to allies if inward direction fails.</w:t>
      </w:r>
    </w:p>
    <w:p>
      <w:pPr>
        <w:keepNext w:val="0"/>
        <w:keepLines/>
        <w:spacing w:after="120" w:line="283" w:lineRule="auto"/>
      </w:pPr>
      <w:r>
        <w:rPr>
          <w:i w:val="0"/>
        </w:rPr>
        <w:t>Archive note. The shield receives with minimal visible movement; gold fault-lines brighten; the hammer answer arrives after the enemy has already mentally counted the attack as absorbed. The Arts embody his dry temperament: nothing theatrical until the exact moment the accumulated answer becomes unavoidable.</w:t>
      </w:r>
    </w:p>
    <w:p>
      <w:pPr>
        <w:pStyle w:val="Heading3"/>
        <w:keepNext/>
        <w:keepLines/>
      </w:pPr>
      <w:r>
        <w:t>Hearthhold Bastion</w:t>
      </w:r>
    </w:p>
    <w:p>
      <w:pPr>
        <w:keepNext/>
        <w:spacing w:after="80"/>
      </w:pPr>
      <w:r>
        <w:rPr>
          <w:b/>
          <w:color w:val="2E7D69"/>
          <w:sz w:val="17"/>
        </w:rPr>
        <w:t>SENTIENT MYTHIC SHIELD / WAR-HAMMER SET</w:t>
      </w:r>
    </w:p>
    <w:p>
      <w:pPr>
        <w:keepNext w:val="0"/>
        <w:keepLines/>
        <w:spacing w:after="120" w:line="283" w:lineRule="auto"/>
      </w:pPr>
      <w:r>
        <w:rPr>
          <w:i w:val="0"/>
        </w:rPr>
        <w:t>Function. Hearthhold Bastion consists of an anchored tower shield and square-headed war hammer with gold repaired-crack lines and a paw-and-bloom emblem. Homewall Oath resists displacement, knockback, spatial distortion, and forced movement. Weight of the Hearth adds impossible contact mass. Shared Foundation reduces Art strain. Guardian Recoil stores absorbed damage. Last Door Closed locks the shield until Lucius releases it or the protected target is safe.</w:t>
      </w:r>
    </w:p>
    <w:p>
      <w:pPr>
        <w:keepNext w:val="0"/>
        <w:keepLines/>
        <w:spacing w:after="120" w:line="283" w:lineRule="auto"/>
      </w:pPr>
      <w:r>
        <w:rPr>
          <w:i w:val="0"/>
        </w:rPr>
        <w:t>Field application. In practice, Lucius uses this capability as a complete defensive doctrine. The shield establishes home, the hammer remembers what reached home, and the shared sentience decides whether preservation or answer should dominate the next exchange.</w:t>
      </w:r>
    </w:p>
    <w:p>
      <w:pPr>
        <w:keepNext w:val="0"/>
        <w:keepLines/>
        <w:spacing w:after="120" w:line="283" w:lineRule="auto"/>
      </w:pPr>
      <w:r>
        <w:rPr>
          <w:i w:val="0"/>
        </w:rPr>
        <w:t>System interaction. Unyielding Frame and the Mythic stabilize each other. Body Correction keeps Lucius functional; Shared Foundation makes paired use less punishing than trying to perform the same anchor through his body alone.</w:t>
      </w:r>
    </w:p>
    <w:p>
      <w:pPr>
        <w:keepNext w:val="0"/>
        <w:keepLines/>
        <w:spacing w:after="120" w:line="283" w:lineRule="auto"/>
      </w:pPr>
      <w:r>
        <w:rPr>
          <w:i w:val="0"/>
        </w:rPr>
        <w:t>Limits and counterplay. The weapon is risk-averse and may resist reckless pursuit. Last Door Closed can immobilize Lucius at the wrong strategic moment if protected status is unclear. Stored recoil remains a cost even when redirected.</w:t>
      </w:r>
    </w:p>
    <w:p>
      <w:pPr>
        <w:keepNext w:val="0"/>
        <w:keepLines/>
        <w:spacing w:after="120" w:line="283" w:lineRule="auto"/>
      </w:pPr>
      <w:r>
        <w:rPr>
          <w:i w:val="0"/>
        </w:rPr>
        <w:t>Archive note. The shield resembles fortified stone repaired with gold. The hammer’s fault-line seams glow as stored force accumulates. Lucius chose the public name. Kurnoma’s True Name, Orun-Vael Thamari, means ‘The Door That Holds Home.’</w:t>
      </w:r>
    </w:p>
    <w:p>
      <w:pPr>
        <w:pStyle w:val="Heading3"/>
        <w:keepNext/>
        <w:keepLines/>
      </w:pPr>
      <w:r>
        <w:t>Griefgate Citadel</w:t>
      </w:r>
    </w:p>
    <w:p>
      <w:pPr>
        <w:keepNext/>
        <w:spacing w:after="80"/>
      </w:pPr>
      <w:r>
        <w:rPr>
          <w:b/>
          <w:color w:val="2E7D69"/>
          <w:sz w:val="17"/>
        </w:rPr>
        <w:t>LAST WAGER MYTHIC EVOLUTION</w:t>
      </w:r>
    </w:p>
    <w:p>
      <w:pPr>
        <w:keepNext w:val="0"/>
        <w:keepLines/>
        <w:spacing w:after="120" w:line="283" w:lineRule="auto"/>
      </w:pPr>
      <w:r>
        <w:rPr>
          <w:i w:val="0"/>
        </w:rPr>
        <w:t>Function. Under the True Name, Hearthhold Bastion evolves into Griefgate Citadel. Lucius’s body densifies into fortress-like presence and Unyielding Frame becomes No World Behind Me Falls. Enhanced abilities include Homewall, Griefgate, Citadel Recoil, Mother’s Last Door, and Bury the Invader.</w:t>
      </w:r>
    </w:p>
    <w:p>
      <w:pPr>
        <w:keepNext w:val="0"/>
        <w:keepLines/>
        <w:spacing w:after="120" w:line="283" w:lineRule="auto"/>
      </w:pPr>
      <w:r>
        <w:rPr>
          <w:i w:val="0"/>
        </w:rPr>
        <w:t>Field application. In practice, Lucius uses this capability as focused elimination after apparent maternal death. Griefgate closes the enemy inside the consequence of having crossed the family’s final threshold; Citadel Recoil gathers attacks; Mother’s Last Door makes the protected memory nonnegotiable; Bury the Invader returns the stored field inward.</w:t>
      </w:r>
    </w:p>
    <w:p>
      <w:pPr>
        <w:keepNext w:val="0"/>
        <w:keepLines/>
        <w:spacing w:after="120" w:line="283" w:lineRule="auto"/>
      </w:pPr>
      <w:r>
        <w:rPr>
          <w:i w:val="0"/>
        </w:rPr>
        <w:t>System interaction. The evolved shield becomes fortress-like and the hammer becomes a denser maul. Kurnoma’s soul-strength enables a scale of anchoring that ordinary A-Rank physiology cannot safely sustain.</w:t>
      </w:r>
    </w:p>
    <w:p>
      <w:pPr>
        <w:keepNext w:val="0"/>
        <w:keepLines/>
        <w:spacing w:after="120" w:line="283" w:lineRule="auto"/>
      </w:pPr>
      <w:r>
        <w:rPr>
          <w:i w:val="0"/>
        </w:rPr>
        <w:t>Limits and counterplay. The weapon personality becomes accusatory and merciless: ‘You were the door. They passed you.’ The form exploits Lucius’s deepest fear, risks collapse and delayed injury, and ends only with the Wager’s termination conditions.</w:t>
      </w:r>
    </w:p>
    <w:p>
      <w:pPr>
        <w:keepNext w:val="0"/>
        <w:keepLines/>
        <w:spacing w:after="120" w:line="283" w:lineRule="auto"/>
      </w:pPr>
      <w:r>
        <w:rPr>
          <w:i w:val="0"/>
        </w:rPr>
        <w:t>Archive note. Shield edges unfold into citadel geometry; gold cracks become severe gate-lines; Lucius appears less armored than converted into the foundation beneath armor. The evolution is grief-born focused elimination, explicitly not a rage transformation or removed Mourning Lock mechanic.</w:t>
      </w:r>
    </w:p>
    <w:p>
      <w:pPr>
        <w:pStyle w:val="Heading3"/>
        <w:keepNext/>
        <w:keepLines/>
      </w:pPr>
      <w:r>
        <w:t>Awakening Art · Final Gate, Heaven Has No Road Behind Me</w:t>
      </w:r>
    </w:p>
    <w:p>
      <w:pPr>
        <w:keepNext/>
        <w:spacing w:after="80"/>
      </w:pPr>
      <w:r>
        <w:rPr>
          <w:b/>
          <w:color w:val="2E7D69"/>
          <w:sz w:val="17"/>
        </w:rPr>
        <w:t>PERSONAL KILL-CERTAINTY ART</w:t>
      </w:r>
    </w:p>
    <w:p>
      <w:pPr>
        <w:keepNext w:val="0"/>
        <w:keepLines/>
        <w:spacing w:after="120" w:line="283" w:lineRule="auto"/>
      </w:pPr>
      <w:r>
        <w:rPr>
          <w:i w:val="0"/>
        </w:rPr>
        <w:t>Function. This later Art suppresses the target’s escape instinct, closes Griefgate Citadel around Lucius, absorbs attacks, spells, momentum, gravity, teleportation, and terrain displacement, and lets him advance without being pushed back. The accumulated force is returned through a maul strike.</w:t>
      </w:r>
    </w:p>
    <w:p>
      <w:pPr>
        <w:keepNext w:val="0"/>
        <w:keepLines/>
        <w:spacing w:after="120" w:line="283" w:lineRule="auto"/>
      </w:pPr>
      <w:r>
        <w:rPr>
          <w:i w:val="0"/>
        </w:rPr>
        <w:t>Field application. In practice, Lucius uses this capability as execution of a target whose continued escape would endanger the family. The field removes retreat as a meaningful concept, not by chasing faster but by making every attempted route part of the force Lucius carries forward.</w:t>
      </w:r>
    </w:p>
    <w:p>
      <w:pPr>
        <w:keepNext w:val="0"/>
        <w:keepLines/>
        <w:spacing w:after="120" w:line="283" w:lineRule="auto"/>
      </w:pPr>
      <w:r>
        <w:rPr>
          <w:i w:val="0"/>
        </w:rPr>
        <w:t>System interaction. No World Behind Me Falls supplies the advance. Citadel Recoil stores the target’s resistance. Weight and Impact direct the final strike inward to avoid collateral damage.</w:t>
      </w:r>
    </w:p>
    <w:p>
      <w:pPr>
        <w:keepNext w:val="0"/>
        <w:keepLines/>
        <w:spacing w:after="120" w:line="283" w:lineRule="auto"/>
      </w:pPr>
      <w:r>
        <w:rPr>
          <w:i w:val="0"/>
        </w:rPr>
        <w:t>Limits and counterplay. It requires irrevocable certainty that the target must die. The Art cannot be safely used as intimidation. Every absorbed force increases strain, and moral hesitation at the final gate can leave Lucius carrying a field he cannot release cleanly.</w:t>
      </w:r>
    </w:p>
    <w:p>
      <w:pPr>
        <w:keepNext w:val="0"/>
        <w:keepLines/>
        <w:spacing w:after="120" w:line="283" w:lineRule="auto"/>
      </w:pPr>
      <w:r>
        <w:rPr>
          <w:i w:val="0"/>
        </w:rPr>
        <w:t>Archive note. The shield becomes fortress-like, the maul grows denser, and Lucius raises it slowly before flattening the target with force that collapses inward rather than exploding outward. It is the adult, self-authored counterpart to Last Wager: the same final-door logic reached through Lucius’s own certainty rather than Kurnoma’s apparent death.</w:t>
      </w:r>
    </w:p>
    <w:p>
      <w:pPr>
        <w:pStyle w:val="Heading2"/>
        <w:keepNext/>
        <w:keepLines/>
      </w:pPr>
      <w:r>
        <w:t>Equipment &amp; Weapon Doctrine</w:t>
      </w:r>
    </w:p>
    <w:p>
      <w:pPr>
        <w:keepNext w:val="0"/>
        <w:keepLines/>
        <w:spacing w:after="120" w:line="283" w:lineRule="auto"/>
      </w:pPr>
      <w:r>
        <w:rPr>
          <w:i w:val="0"/>
        </w:rPr>
        <w:t>The tower shield is a bonded Mythic object rather than replaceable defense gear. Its fortified-stone texture, gold repair lines, and paw-and-bloom emblem make the family doctrine visible: home is not pristine stone. It is stone that has been struck, repaired, and taught what it is holding.</w:t>
      </w:r>
    </w:p>
    <w:p>
      <w:pPr>
        <w:keepNext w:val="0"/>
        <w:keepLines/>
        <w:spacing w:after="120" w:line="283" w:lineRule="auto"/>
      </w:pPr>
      <w:r>
        <w:rPr>
          <w:i w:val="0"/>
        </w:rPr>
        <w:t>The war hammer is square-headed and proportioned for a wielder who can decide when weight becomes real. Its golden fault lines brighten under Unyielding Frame and Guardian Recoil. The head does not need decorative spikes; structural certainty is the threat.</w:t>
      </w:r>
    </w:p>
    <w:p>
      <w:pPr>
        <w:keepNext w:val="0"/>
        <w:keepLines/>
        <w:spacing w:after="120" w:line="283" w:lineRule="auto"/>
      </w:pPr>
      <w:r>
        <w:rPr>
          <w:i w:val="0"/>
        </w:rPr>
        <w:t>The two share one sentience. Shield and hammer do not argue as separate personalities; they present the preservation and answer halves of one older voice. That voice is normally patient and paternal, making its Last Wager cruelty more damaging than a hostile weapon could have been.</w:t>
      </w:r>
    </w:p>
    <w:p>
      <w:pPr>
        <w:pStyle w:val="Heading2"/>
        <w:keepNext/>
        <w:keepLines/>
      </w:pPr>
      <w:r>
        <w:t>Combat Doctrine</w:t>
      </w:r>
    </w:p>
    <w:p>
      <w:pPr>
        <w:keepNext w:val="0"/>
        <w:keepLines/>
        <w:spacing w:after="120" w:line="283" w:lineRule="auto"/>
      </w:pPr>
      <w:r>
        <w:rPr>
          <w:i w:val="0"/>
        </w:rPr>
        <w:t>Lucius identifies the protected fact first. It may be a person, corridor, bridge, healer, portal, or piece of terrain. Foundation Claim gives the formation a truth to build around. He does not chase damage until he knows what damage is trying to accomplish.</w:t>
      </w:r>
    </w:p>
    <w:p>
      <w:pPr>
        <w:keepNext w:val="0"/>
        <w:keepLines/>
        <w:spacing w:after="120" w:line="283" w:lineRule="auto"/>
      </w:pPr>
      <w:r>
        <w:rPr>
          <w:i w:val="0"/>
        </w:rPr>
        <w:t>The shield receives and measures. Guard controls coverage. Unyielding Frame decides displacement. Barrier widens the protection. Guardian Recoil records what entered the shield. Counter and Impact prepare the reply. The hammer is therefore not an unrelated secondary weapon; it is the receipt for force the shield accepted.</w:t>
      </w:r>
    </w:p>
    <w:p>
      <w:pPr>
        <w:keepNext w:val="0"/>
        <w:keepLines/>
        <w:spacing w:after="120" w:line="283" w:lineRule="auto"/>
      </w:pPr>
      <w:r>
        <w:rPr>
          <w:i w:val="0"/>
        </w:rPr>
        <w:t>Against mobile opponents he must resist the urge to turn defense into pursuit. Kumoko, Elara, Theo, Venus, or Lady Luck can solve the route problem. Lucius’s job may remain standing exactly where the enemy wants him to leave.</w:t>
      </w:r>
    </w:p>
    <w:p>
      <w:pPr>
        <w:keepNext w:val="0"/>
        <w:keepLines/>
        <w:spacing w:after="120" w:line="283" w:lineRule="auto"/>
      </w:pPr>
      <w:r>
        <w:rPr>
          <w:i w:val="0"/>
        </w:rPr>
        <w:t>When certainty to kill becomes complete, Final Gate reverses the relationship. The target no longer lures Lucius away; every escape attempt becomes part of the advancing citadel. The end is a single inward-directed answer designed to protect the world behind him from the violence required in front.</w:t>
      </w:r>
    </w:p>
    <w:p>
      <w:pPr>
        <w:pStyle w:val="Heading2"/>
        <w:keepNext/>
        <w:keepLines/>
      </w:pPr>
      <w:r>
        <w:t>Strengths, Limits &amp; Counterplay</w:t>
      </w:r>
    </w:p>
    <w:p>
      <w:pPr>
        <w:keepNext w:val="0"/>
        <w:keepLines/>
        <w:spacing w:after="120" w:line="283" w:lineRule="auto"/>
      </w:pPr>
      <w:r>
        <w:rPr>
          <w:i w:val="0"/>
        </w:rPr>
        <w:t>Lucius excels at displacement denial, formation stability, barrier integration, force storage, protected-zone control, and high-certainty counter-impact. He makes fragile allies strategically usable because they can plan around one location refusing to fail.</w:t>
      </w:r>
    </w:p>
    <w:p>
      <w:pPr>
        <w:keepNext w:val="0"/>
        <w:keepLines/>
        <w:spacing w:after="120" w:line="283" w:lineRule="auto"/>
      </w:pPr>
      <w:r>
        <w:rPr>
          <w:i w:val="0"/>
        </w:rPr>
        <w:t>He is slower than his sisters, weaker in open pursuit, vulnerable to bait through family, and susceptible to protecting the wrong position. Extreme anchoring creates delayed concentrated pain and body strain. His emotional reserve can prevent the team from noticing how close he is to release collapse.</w:t>
      </w:r>
    </w:p>
    <w:p>
      <w:pPr>
        <w:keepNext w:val="0"/>
        <w:keepLines/>
        <w:spacing w:after="120" w:line="283" w:lineRule="auto"/>
      </w:pPr>
      <w:r>
        <w:rPr>
          <w:i w:val="0"/>
        </w:rPr>
        <w:t>His central personal limit is confusing presence with immobility. Staying for people does not mean never stepping away, resting, changing a plan, or allowing another person to take the door. Darius left; Lucius does not have to spend his whole body proving he will not.</w:t>
      </w:r>
    </w:p>
    <w:p>
      <w:pPr>
        <w:pStyle w:val="Heading2"/>
        <w:keepNext/>
        <w:keepLines/>
      </w:pPr>
      <w:r>
        <w:t>Relationship Ledger</w:t>
      </w:r>
    </w:p>
    <w:p>
      <w:pPr>
        <w:pStyle w:val="Heading3"/>
        <w:keepNext/>
        <w:keepLines/>
      </w:pPr>
      <w:r>
        <w:t>Lucius &amp; Lady Luck</w:t>
      </w:r>
    </w:p>
    <w:p>
      <w:pPr>
        <w:keepNext w:val="0"/>
        <w:keepLines/>
        <w:spacing w:after="120" w:line="283" w:lineRule="auto"/>
      </w:pPr>
      <w:r>
        <w:rPr>
          <w:i w:val="0"/>
        </w:rPr>
        <w:t>Kurnoma is Lucius’s mother and the person who understands the buried fear behind his professional calm. She forged the weapon that tells him home can be held without being possessed.</w:t>
      </w:r>
    </w:p>
    <w:p>
      <w:pPr>
        <w:keepNext w:val="0"/>
        <w:keepLines/>
        <w:spacing w:after="120" w:line="283" w:lineRule="auto"/>
      </w:pPr>
      <w:r>
        <w:rPr>
          <w:i w:val="0"/>
        </w:rPr>
        <w:t>The bond is strongest when Kurnoma names the difference between resemblance and choice, and Lucius permits her to see the pain before release. The relationship becomes difficult when he uses being the Anchor to hide injury or she praises reliability until it becomes an order never to fail.</w:t>
      </w:r>
    </w:p>
    <w:p>
      <w:pPr>
        <w:pStyle w:val="Heading3"/>
        <w:keepNext/>
        <w:keepLines/>
      </w:pPr>
      <w:r>
        <w:t>Lucius &amp; Darius</w:t>
      </w:r>
    </w:p>
    <w:p>
      <w:pPr>
        <w:keepNext w:val="0"/>
        <w:keepLines/>
        <w:spacing w:after="120" w:line="283" w:lineRule="auto"/>
      </w:pPr>
      <w:r>
        <w:rPr>
          <w:i w:val="0"/>
        </w:rPr>
        <w:t>Darius is the father Lucius resembles and never met. The relationship currently exists as inheritance, absence, grief, and buried rage.</w:t>
      </w:r>
    </w:p>
    <w:p>
      <w:pPr>
        <w:keepNext w:val="0"/>
        <w:keepLines/>
        <w:spacing w:after="120" w:line="283" w:lineRule="auto"/>
      </w:pPr>
      <w:r>
        <w:rPr>
          <w:i w:val="0"/>
        </w:rPr>
        <w:t>The bond is strongest when any future bond begins with accountability and allows Lucius to remain the son Kurnoma raised rather than the role Darius vacated. The relationship becomes difficult when Darius assumes biological resemblance grants access, or Lucius treats every shared trait as contamination.</w:t>
      </w:r>
    </w:p>
    <w:p>
      <w:pPr>
        <w:pStyle w:val="Heading3"/>
        <w:keepNext/>
        <w:keepLines/>
      </w:pPr>
      <w:r>
        <w:t>Lucius &amp; Kumoko</w:t>
      </w:r>
    </w:p>
    <w:p>
      <w:pPr>
        <w:keepNext w:val="0"/>
        <w:keepLines/>
        <w:spacing w:after="120" w:line="283" w:lineRule="auto"/>
      </w:pPr>
      <w:r>
        <w:rPr>
          <w:i w:val="0"/>
        </w:rPr>
        <w:t>Kumoko uses Lucius as trusted launch geometry; he uses her improvisation to solve threats that refuse to contest his shield.</w:t>
      </w:r>
    </w:p>
    <w:p>
      <w:pPr>
        <w:keepNext w:val="0"/>
        <w:keepLines/>
        <w:spacing w:after="120" w:line="283" w:lineRule="auto"/>
      </w:pPr>
      <w:r>
        <w:rPr>
          <w:i w:val="0"/>
        </w:rPr>
        <w:t>The bond is strongest when they ask, signal, and occasionally choose the absurd plan together. The relationship becomes difficult when she treats him as infinite structure or he treats her joy as a hazard to contain.</w:t>
      </w:r>
    </w:p>
    <w:p>
      <w:pPr>
        <w:pStyle w:val="Heading3"/>
        <w:keepNext/>
        <w:keepLines/>
      </w:pPr>
      <w:r>
        <w:t>Lucius &amp; Elara</w:t>
      </w:r>
    </w:p>
    <w:p>
      <w:pPr>
        <w:keepNext w:val="0"/>
        <w:keepLines/>
        <w:spacing w:after="120" w:line="283" w:lineRule="auto"/>
      </w:pPr>
      <w:r>
        <w:rPr>
          <w:i w:val="0"/>
        </w:rPr>
        <w:t>Elara recognizes when Lucius is holding pain and can quietly claim hostile tools that would otherwise force him to receive more.</w:t>
      </w:r>
    </w:p>
    <w:p>
      <w:pPr>
        <w:keepNext w:val="0"/>
        <w:keepLines/>
        <w:spacing w:after="120" w:line="283" w:lineRule="auto"/>
      </w:pPr>
      <w:r>
        <w:rPr>
          <w:i w:val="0"/>
        </w:rPr>
        <w:t>The bond is strongest when Elara names the hidden strain and Lucius accepts the observation without turning it into a debate. The relationship becomes difficult when both communicate through silence until neither knows the other needed help.</w:t>
      </w:r>
    </w:p>
    <w:p>
      <w:pPr>
        <w:pStyle w:val="Heading3"/>
        <w:keepNext/>
        <w:keepLines/>
      </w:pPr>
      <w:r>
        <w:t>Lucius &amp; Suki</w:t>
      </w:r>
    </w:p>
    <w:p>
      <w:pPr>
        <w:keepNext w:val="0"/>
        <w:keepLines/>
        <w:spacing w:after="120" w:line="283" w:lineRule="auto"/>
      </w:pPr>
      <w:r>
        <w:rPr>
          <w:i w:val="0"/>
        </w:rPr>
        <w:t>Suki’s threads can anchor to Hearthhold geometry, redirect attackers toward the shield, and pull Lucius free after delayed collapse.</w:t>
      </w:r>
    </w:p>
    <w:p>
      <w:pPr>
        <w:keepNext w:val="0"/>
        <w:keepLines/>
        <w:spacing w:after="120" w:line="283" w:lineRule="auto"/>
      </w:pPr>
      <w:r>
        <w:rPr>
          <w:i w:val="0"/>
        </w:rPr>
        <w:t>The bond is strongest when protection remains mutual and Puppeteer lines are integrated as chosen structure. The relationship becomes difficult when Lucius treats Suki as fragile because of scars or possession history, or Suki resents the protector role.</w:t>
      </w:r>
    </w:p>
    <w:p>
      <w:pPr>
        <w:pStyle w:val="Heading3"/>
        <w:keepNext/>
        <w:keepLines/>
      </w:pPr>
      <w:r>
        <w:t>Lucius &amp; Theo</w:t>
      </w:r>
    </w:p>
    <w:p>
      <w:pPr>
        <w:keepNext w:val="0"/>
        <w:keepLines/>
        <w:spacing w:after="120" w:line="283" w:lineRule="auto"/>
      </w:pPr>
      <w:r>
        <w:rPr>
          <w:i w:val="0"/>
        </w:rPr>
        <w:t>Theo creates retrieval routes around Lucius’s held center. Homewall keeps the rescue point stable; Tidehook brings people back to it.</w:t>
      </w:r>
    </w:p>
    <w:p>
      <w:pPr>
        <w:keepNext w:val="0"/>
        <w:keepLines/>
        <w:spacing w:after="120" w:line="283" w:lineRule="auto"/>
      </w:pPr>
      <w:r>
        <w:rPr>
          <w:i w:val="0"/>
        </w:rPr>
        <w:t>The bond is strongest when the Anchor trusts the Hunter’s route and moves when moving is how home is held. The relationship becomes difficult when Lucius refuses to abandon a failing position even after Theo has opened a better homecurrent.</w:t>
      </w:r>
    </w:p>
    <w:p>
      <w:pPr>
        <w:pStyle w:val="Heading3"/>
        <w:keepNext/>
        <w:keepLines/>
      </w:pPr>
      <w:r>
        <w:t>Lucius &amp; Venus</w:t>
      </w:r>
    </w:p>
    <w:p>
      <w:pPr>
        <w:keepNext w:val="0"/>
        <w:keepLines/>
        <w:spacing w:after="120" w:line="283" w:lineRule="auto"/>
      </w:pPr>
      <w:r>
        <w:rPr>
          <w:i w:val="0"/>
        </w:rPr>
        <w:t>Vivi can hide Lucius’s true position inside dream logic and give his static defense imaginative depth.</w:t>
      </w:r>
    </w:p>
    <w:p>
      <w:pPr>
        <w:keepNext w:val="0"/>
        <w:keepLines/>
        <w:spacing w:after="120" w:line="283" w:lineRule="auto"/>
      </w:pPr>
      <w:r>
        <w:rPr>
          <w:i w:val="0"/>
        </w:rPr>
        <w:t>The bond is strongest when she marks reality cleanly and Lucius gives the domain one stable landmark. The relationship becomes difficult when dream-space makes the protected object ambiguous or Venus teases through a moment requiring literal clarity.</w:t>
      </w:r>
    </w:p>
    <w:p>
      <w:pPr>
        <w:pStyle w:val="Heading2"/>
        <w:keepNext/>
        <w:keepLines/>
      </w:pPr>
      <w:r>
        <w:t>Key History</w:t>
      </w:r>
    </w:p>
    <w:p>
      <w:pPr>
        <w:keepNext w:val="0"/>
        <w:keepLines/>
        <w:spacing w:after="140"/>
        <w:ind w:left="259" w:hanging="259"/>
      </w:pPr>
      <w:r>
        <w:rPr>
          <w:b/>
          <w:color w:val="5B2C83"/>
        </w:rPr>
        <w:t xml:space="preserve">Triplet Birth — </w:t>
      </w:r>
      <w:r>
        <w:t>Lucius was born into the wanted pregnancy adapted by the Rawibari Blessing and grew up without meeting Darius.</w:t>
      </w:r>
    </w:p>
    <w:p>
      <w:pPr>
        <w:keepNext w:val="0"/>
        <w:keepLines/>
        <w:spacing w:after="140"/>
        <w:ind w:left="259" w:hanging="259"/>
      </w:pPr>
      <w:r>
        <w:rPr>
          <w:b/>
          <w:color w:val="5B2C83"/>
        </w:rPr>
        <w:t xml:space="preserve">The Responsible Child — </w:t>
      </w:r>
      <w:r>
        <w:t>His protective temperament and panda-dominant body made comparisons to Darius inevitable. Kurnoma repeatedly separated inheritance from moral destiny.</w:t>
      </w:r>
    </w:p>
    <w:p>
      <w:pPr>
        <w:keepNext w:val="0"/>
        <w:keepLines/>
        <w:spacing w:after="140"/>
        <w:ind w:left="259" w:hanging="259"/>
      </w:pPr>
      <w:r>
        <w:rPr>
          <w:b/>
          <w:color w:val="5B2C83"/>
        </w:rPr>
        <w:t xml:space="preserve">Unyielding Frame — </w:t>
      </w:r>
      <w:r>
        <w:t>The Bloodline Art developed around anchoring, Body Correction, and Position Claim, turning a defensive instinct into a personal law.</w:t>
      </w:r>
    </w:p>
    <w:p>
      <w:pPr>
        <w:keepNext w:val="0"/>
        <w:keepLines/>
        <w:spacing w:after="140"/>
        <w:ind w:left="259" w:hanging="259"/>
      </w:pPr>
      <w:r>
        <w:rPr>
          <w:b/>
          <w:color w:val="5B2C83"/>
        </w:rPr>
        <w:t xml:space="preserve">Hearthhold Bastion — </w:t>
      </w:r>
      <w:r>
        <w:t>Kurnoma forged the tower-shield and war-hammer Mythic. Lucius named it; she knew Orun-Vael Thamari, ‘The Door That Holds Home.’</w:t>
      </w:r>
    </w:p>
    <w:p>
      <w:pPr>
        <w:keepNext w:val="0"/>
        <w:keepLines/>
        <w:spacing w:after="140"/>
        <w:ind w:left="259" w:hanging="259"/>
      </w:pPr>
      <w:r>
        <w:rPr>
          <w:b/>
          <w:color w:val="5B2C83"/>
        </w:rPr>
        <w:t xml:space="preserve">A-Rank Adulthood — </w:t>
      </w:r>
      <w:r>
        <w:t>At twenty and 6'9", Lucius holds A Rank as a defensive vanguard with S-Rank formation potential.</w:t>
      </w:r>
    </w:p>
    <w:p>
      <w:pPr>
        <w:keepNext w:val="0"/>
        <w:keepLines/>
        <w:spacing w:after="140"/>
        <w:ind w:left="259" w:hanging="259"/>
      </w:pPr>
      <w:r>
        <w:rPr>
          <w:b/>
          <w:color w:val="5B2C83"/>
        </w:rPr>
        <w:t xml:space="preserve">Last Wager — </w:t>
      </w:r>
      <w:r>
        <w:t>When Kurnoma appeared mortally lost, Hearthhold Bastion accused Lucius of failing the door and evolved into Griefgate Citadel. He became silent, denser, and focused on removing the enemy.</w:t>
      </w:r>
    </w:p>
    <w:p>
      <w:pPr>
        <w:keepNext w:val="0"/>
        <w:keepLines/>
        <w:spacing w:after="140"/>
        <w:ind w:left="259" w:hanging="259"/>
      </w:pPr>
      <w:r>
        <w:rPr>
          <w:b/>
          <w:color w:val="5B2C83"/>
        </w:rPr>
        <w:t xml:space="preserve">Final Gate — </w:t>
      </w:r>
      <w:r>
        <w:t>Lucius later developed a self-authored Awakening Art requiring complete kill-certainty, turning every enemy escape into stored force for one inward maul verdict.</w:t>
      </w:r>
    </w:p>
    <w:p>
      <w:pPr>
        <w:pStyle w:val="Heading2"/>
        <w:keepNext/>
        <w:keepLines/>
      </w:pPr>
      <w:r>
        <w:t>Voice Archive</w:t>
      </w:r>
    </w:p>
    <w:p>
      <w:pPr>
        <w:pStyle w:val="Quote"/>
        <w:shd w:fill="F1EAF6"/>
        <w:keepNext w:val="0"/>
        <w:keepLines/>
        <w:pBdr>
          <w:top w:val="single" w:sz="10" w:space="5" w:color="78D6B6"/>
          <w:bottom w:val="single" w:sz="10" w:space="5" w:color="78D6B6"/>
        </w:pBdr>
      </w:pPr>
      <w:r>
        <w:t>“Stand behind me because it is the right position, not because I think you are weak.” — Lucius</w:t>
      </w:r>
    </w:p>
    <w:p>
      <w:pPr>
        <w:pStyle w:val="Quote"/>
        <w:shd w:fill="F1EAF6"/>
        <w:keepNext w:val="0"/>
        <w:keepLines/>
        <w:pBdr>
          <w:top w:val="single" w:sz="10" w:space="5" w:color="78D6B6"/>
          <w:bottom w:val="single" w:sz="10" w:space="5" w:color="78D6B6"/>
        </w:pBdr>
      </w:pPr>
      <w:r>
        <w:t>“Kumoko, if you say ‘launch surface,’ I need at least one noun after it.” — Lucius</w:t>
      </w:r>
    </w:p>
    <w:p>
      <w:pPr>
        <w:pStyle w:val="Quote"/>
        <w:shd w:fill="F1EAF6"/>
        <w:keepNext w:val="0"/>
        <w:keepLines/>
        <w:pBdr>
          <w:top w:val="single" w:sz="10" w:space="5" w:color="78D6B6"/>
          <w:bottom w:val="single" w:sz="10" w:space="5" w:color="78D6B6"/>
        </w:pBdr>
      </w:pPr>
      <w:r>
        <w:t>“I look like him. That is not the same as choosing what he chose.” — Lucius</w:t>
      </w:r>
    </w:p>
    <w:p>
      <w:pPr>
        <w:pStyle w:val="Quote"/>
        <w:shd w:fill="F1EAF6"/>
        <w:keepNext w:val="0"/>
        <w:keepLines/>
        <w:pBdr>
          <w:top w:val="single" w:sz="10" w:space="5" w:color="78D6B6"/>
          <w:bottom w:val="single" w:sz="10" w:space="5" w:color="78D6B6"/>
        </w:pBdr>
      </w:pPr>
      <w:r>
        <w:t>“There is no road behind me. You had one before you touched my family.” — Lucius</w:t>
      </w:r>
    </w:p>
    <w:p>
      <w:pPr>
        <w:pStyle w:val="Heading2"/>
        <w:keepNext/>
        <w:keepLines/>
      </w:pPr>
      <w:r>
        <w:t>Registry Verdict</w:t>
      </w:r>
    </w:p>
    <w:p>
      <w:pPr>
        <w:keepNext w:val="0"/>
        <w:keepLines/>
        <w:spacing w:after="120" w:line="283" w:lineRule="auto"/>
      </w:pPr>
      <w:r>
        <w:rPr>
          <w:i w:val="0"/>
        </w:rPr>
        <w:t>Lucius is an A-Rank defensive specialist whose strategic value exceeds conventional durability. He creates a reliable fact inside unreliable battle. Any opponent planning forced movement, spatial distortion, knockback, or formation collapse must solve him before those methods become meaningful.</w:t>
      </w:r>
    </w:p>
    <w:p>
      <w:pPr>
        <w:keepNext w:val="0"/>
        <w:keepLines/>
        <w:spacing w:after="120" w:line="283" w:lineRule="auto"/>
      </w:pPr>
      <w:r>
        <w:rPr>
          <w:i w:val="0"/>
        </w:rPr>
        <w:t>His ultimate story is not becoming the wall Darius failed to be. It is learning that love does not require becoming architecture forever. The Door That Holds Home is strongest because it can open for family, close against danger, and remain a door rather than a tomb.</w:t>
      </w:r>
    </w:p>
    <w:p>
      <w:pPr>
        <w:sectPr>
          <w:headerReference w:type="default" r:id="rId21"/>
          <w:footerReference w:type="default" r:id="rId22"/>
          <w:pgSz w:w="12240" w:h="15840"/>
          <w:pgMar w:top="1181" w:right="1296" w:bottom="1181" w:left="1296" w:header="547" w:footer="547" w:gutter="0"/>
          <w:cols w:space="720"/>
          <w:docGrid w:linePitch="360"/>
        </w:sectPr>
      </w:pPr>
    </w:p>
    <w:p>
      <w:pPr>
        <w:spacing w:before="80" w:after="240"/>
        <w:jc w:val="center"/>
      </w:pPr>
      <w:r>
        <w:rPr>
          <w:b/>
          <w:color w:val="2E7D69"/>
          <w:sz w:val="20"/>
        </w:rPr>
        <w:t>CHARACTER BLOCK 05</w:t>
      </w:r>
    </w:p>
    <w:p>
      <w:pPr>
        <w:pStyle w:val="Heading1"/>
        <w:keepNext/>
        <w:keepLines/>
      </w:pPr>
      <w:r>
        <w:t>Elara Knight Rawibari</w:t>
      </w:r>
    </w:p>
    <w:p>
      <w:pPr>
        <w:spacing w:after="200"/>
        <w:jc w:val="center"/>
      </w:pPr>
      <w:r>
        <w:rPr>
          <w:b/>
          <w:color w:val="2E7D69"/>
          <w:sz w:val="28"/>
        </w:rPr>
        <w:t>Quiet Dominion · The Quiet Hand That Spares Last</w:t>
      </w:r>
    </w:p>
    <w:tbl>
      <w:tblPr>
        <w:tblStyle w:val="TableGrid"/>
        <w:tblW w:type="dxa" w:w="9360"/>
        <w:jc w:val="left"/>
        <w:tblLayout w:type="fixed"/>
        <w:tblLook w:firstColumn="1" w:firstRow="1" w:lastColumn="0" w:lastRow="0" w:noHBand="0" w:noVBand="1" w:val="04A0"/>
        <w:tblInd w:w="120" w:type="dxa"/>
      </w:tblPr>
      <w:tblGrid>
        <w:gridCol w:w="2500"/>
        <w:gridCol w:w="6860"/>
      </w:tblGrid>
      <w:tr>
        <w:tc>
          <w:tcPr>
            <w:tcW w:type="dxa" w:w="2500"/>
            <w:tcMar>
              <w:top w:w="90" w:type="dxa"/>
              <w:start w:w="120" w:type="dxa"/>
              <w:bottom w:w="90" w:type="dxa"/>
              <w:end w:w="120" w:type="dxa"/>
            </w:tcMar>
            <w:shd w:fill="341447"/>
          </w:tcPr>
          <w:p>
            <w:r>
              <w:rPr>
                <w:b/>
                <w:color w:val="FFFFFF"/>
              </w:rPr>
              <w:t>ACTIVE · A RANK</w:t>
            </w:r>
          </w:p>
        </w:tc>
        <w:tc>
          <w:tcPr>
            <w:tcW w:type="dxa" w:w="6860"/>
            <w:tcMar>
              <w:top w:w="90" w:type="dxa"/>
              <w:start w:w="120" w:type="dxa"/>
              <w:bottom w:w="90" w:type="dxa"/>
              <w:end w:w="120" w:type="dxa"/>
            </w:tcMar>
            <w:shd w:fill="EAF8F3"/>
          </w:tcPr>
          <w:p>
            <w:r>
              <w:rPr>
                <w:b/>
                <w:color w:val="2E7D69"/>
              </w:rPr>
              <w:t>Adult triplet; Verdant Accord Guardian and authority-based control specialist.</w:t>
            </w:r>
          </w:p>
        </w:tc>
      </w:tr>
    </w:tbl>
    <w:p>
      <w:pPr>
        <w:spacing w:after="20"/>
      </w:pPr>
    </w:p>
    <w:tbl>
      <w:tblPr>
        <w:tblStyle w:val="TableGrid"/>
        <w:tblW w:type="dxa" w:w="9360"/>
        <w:jc w:val="left"/>
        <w:tblLayout w:type="fixed"/>
        <w:tblLook w:firstColumn="1" w:firstRow="1" w:lastColumn="0" w:lastRow="0" w:noHBand="0" w:noVBand="1" w:val="04A0"/>
        <w:tblInd w:w="120" w:type="dxa"/>
      </w:tblPr>
      <w:tblGrid>
        <w:gridCol w:w="2700"/>
        <w:gridCol w:w="6660"/>
      </w:tblGrid>
      <w:tr>
        <w:tc>
          <w:tcPr>
            <w:tcW w:type="dxa" w:w="2700"/>
            <w:vAlign w:val="center"/>
            <w:shd w:fill="F1EAF6"/>
            <w:tcMar>
              <w:top w:w="90" w:type="dxa"/>
              <w:start w:w="120" w:type="dxa"/>
              <w:bottom w:w="90" w:type="dxa"/>
              <w:end w:w="120" w:type="dxa"/>
            </w:tcMar>
          </w:tcPr>
          <w:p>
            <w:pPr>
              <w:spacing w:before="0" w:after="0" w:line="240" w:lineRule="auto"/>
            </w:pPr>
            <w:r>
              <w:rPr>
                <w:b/>
                <w:color w:val="341447"/>
              </w:rPr>
              <w:t>Full name</w:t>
            </w:r>
          </w:p>
        </w:tc>
        <w:tc>
          <w:tcPr>
            <w:tcW w:type="dxa" w:w="6660"/>
            <w:vAlign w:val="center"/>
            <w:shd w:fill="FFFFFF"/>
            <w:tcMar>
              <w:top w:w="90" w:type="dxa"/>
              <w:start w:w="120" w:type="dxa"/>
              <w:bottom w:w="90" w:type="dxa"/>
              <w:end w:w="120" w:type="dxa"/>
            </w:tcMar>
          </w:tcPr>
          <w:p>
            <w:pPr>
              <w:spacing w:before="0" w:after="0" w:line="240" w:lineRule="auto"/>
            </w:pPr>
            <w:r>
              <w:t>Elara Knight Rawibari</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Current status</w:t>
            </w:r>
          </w:p>
        </w:tc>
        <w:tc>
          <w:tcPr>
            <w:tcW w:type="dxa" w:w="6660"/>
            <w:vAlign w:val="center"/>
            <w:shd w:fill="F4F2F5"/>
            <w:tcMar>
              <w:top w:w="90" w:type="dxa"/>
              <w:start w:w="120" w:type="dxa"/>
              <w:bottom w:w="90" w:type="dxa"/>
              <w:end w:w="120" w:type="dxa"/>
            </w:tcMar>
          </w:tcPr>
          <w:p>
            <w:pPr>
              <w:spacing w:before="0" w:after="0" w:line="240" w:lineRule="auto"/>
            </w:pPr>
            <w:r>
              <w:t>ACTIVE</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Age</w:t>
            </w:r>
          </w:p>
        </w:tc>
        <w:tc>
          <w:tcPr>
            <w:tcW w:type="dxa" w:w="6660"/>
            <w:vAlign w:val="center"/>
            <w:shd w:fill="FFFFFF"/>
            <w:tcMar>
              <w:top w:w="90" w:type="dxa"/>
              <w:start w:w="120" w:type="dxa"/>
              <w:bottom w:w="90" w:type="dxa"/>
              <w:end w:w="120" w:type="dxa"/>
            </w:tcMar>
          </w:tcPr>
          <w:p>
            <w:pPr>
              <w:spacing w:before="0" w:after="0" w:line="240" w:lineRule="auto"/>
            </w:pPr>
            <w:r>
              <w:t>20</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Height</w:t>
            </w:r>
          </w:p>
        </w:tc>
        <w:tc>
          <w:tcPr>
            <w:tcW w:type="dxa" w:w="6660"/>
            <w:vAlign w:val="center"/>
            <w:shd w:fill="F4F2F5"/>
            <w:tcMar>
              <w:top w:w="90" w:type="dxa"/>
              <w:start w:w="120" w:type="dxa"/>
              <w:bottom w:w="90" w:type="dxa"/>
              <w:end w:w="120" w:type="dxa"/>
            </w:tcMar>
          </w:tcPr>
          <w:p>
            <w:pPr>
              <w:spacing w:before="0" w:after="0" w:line="240" w:lineRule="auto"/>
            </w:pPr>
            <w:r>
              <w:t>6'7" / 201 cm</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Species</w:t>
            </w:r>
          </w:p>
        </w:tc>
        <w:tc>
          <w:tcPr>
            <w:tcW w:type="dxa" w:w="6660"/>
            <w:vAlign w:val="center"/>
            <w:shd w:fill="FFFFFF"/>
            <w:tcMar>
              <w:top w:w="90" w:type="dxa"/>
              <w:start w:w="120" w:type="dxa"/>
              <w:bottom w:w="90" w:type="dxa"/>
              <w:end w:w="120" w:type="dxa"/>
            </w:tcMar>
          </w:tcPr>
          <w:p>
            <w:pPr>
              <w:spacing w:before="0" w:after="0" w:line="240" w:lineRule="auto"/>
            </w:pPr>
            <w:r>
              <w:t>Red-panda-dominant Panda / Red Panda Beast-Folk hybrid</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Current rank</w:t>
            </w:r>
          </w:p>
        </w:tc>
        <w:tc>
          <w:tcPr>
            <w:tcW w:type="dxa" w:w="6660"/>
            <w:vAlign w:val="center"/>
            <w:shd w:fill="F4F2F5"/>
            <w:tcMar>
              <w:top w:w="90" w:type="dxa"/>
              <w:start w:w="120" w:type="dxa"/>
              <w:bottom w:w="90" w:type="dxa"/>
              <w:end w:w="120" w:type="dxa"/>
            </w:tcMar>
          </w:tcPr>
          <w:p>
            <w:pPr>
              <w:spacing w:before="0" w:after="0" w:line="240" w:lineRule="auto"/>
            </w:pPr>
            <w:r>
              <w:t>A Rank</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Primary role</w:t>
            </w:r>
          </w:p>
        </w:tc>
        <w:tc>
          <w:tcPr>
            <w:tcW w:type="dxa" w:w="6660"/>
            <w:vAlign w:val="center"/>
            <w:shd w:fill="FFFFFF"/>
            <w:tcMar>
              <w:top w:w="90" w:type="dxa"/>
              <w:start w:w="120" w:type="dxa"/>
              <w:bottom w:w="90" w:type="dxa"/>
              <w:end w:w="120" w:type="dxa"/>
            </w:tcMar>
          </w:tcPr>
          <w:p>
            <w:pPr>
              <w:spacing w:before="0" w:after="0" w:line="240" w:lineRule="auto"/>
            </w:pPr>
            <w:r>
              <w:t>Control assassin, authority specialist, battlefield interference</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Public office</w:t>
            </w:r>
          </w:p>
        </w:tc>
        <w:tc>
          <w:tcPr>
            <w:tcW w:type="dxa" w:w="6660"/>
            <w:vAlign w:val="center"/>
            <w:shd w:fill="F4F2F5"/>
            <w:tcMar>
              <w:top w:w="90" w:type="dxa"/>
              <w:start w:w="120" w:type="dxa"/>
              <w:bottom w:w="90" w:type="dxa"/>
              <w:end w:w="120" w:type="dxa"/>
            </w:tcMar>
          </w:tcPr>
          <w:p>
            <w:pPr>
              <w:spacing w:before="0" w:after="0" w:line="240" w:lineRule="auto"/>
            </w:pPr>
            <w:r>
              <w:t>Verdant Accord Guardian / frontline defender</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Alignment</w:t>
            </w:r>
          </w:p>
        </w:tc>
        <w:tc>
          <w:tcPr>
            <w:tcW w:type="dxa" w:w="6660"/>
            <w:vAlign w:val="center"/>
            <w:shd w:fill="FFFFFF"/>
            <w:tcMar>
              <w:top w:w="90" w:type="dxa"/>
              <w:start w:w="120" w:type="dxa"/>
              <w:bottom w:w="90" w:type="dxa"/>
              <w:end w:w="120" w:type="dxa"/>
            </w:tcMar>
          </w:tcPr>
          <w:p>
            <w:pPr>
              <w:spacing w:before="0" w:after="0" w:line="240" w:lineRule="auto"/>
            </w:pPr>
            <w:r>
              <w:t>Lawful Good</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Bloodline Art</w:t>
            </w:r>
          </w:p>
        </w:tc>
        <w:tc>
          <w:tcPr>
            <w:tcW w:type="dxa" w:w="6660"/>
            <w:vAlign w:val="center"/>
            <w:shd w:fill="F4F2F5"/>
            <w:tcMar>
              <w:top w:w="90" w:type="dxa"/>
              <w:start w:w="120" w:type="dxa"/>
              <w:bottom w:w="90" w:type="dxa"/>
              <w:end w:w="120" w:type="dxa"/>
            </w:tcMar>
          </w:tcPr>
          <w:p>
            <w:pPr>
              <w:spacing w:before="0" w:after="0" w:line="240" w:lineRule="auto"/>
            </w:pPr>
            <w:r>
              <w:t>Arsenal: Silent Dominion</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Magic</w:t>
            </w:r>
          </w:p>
        </w:tc>
        <w:tc>
          <w:tcPr>
            <w:tcW w:type="dxa" w:w="6660"/>
            <w:vAlign w:val="center"/>
            <w:shd w:fill="FFFFFF"/>
            <w:tcMar>
              <w:top w:w="90" w:type="dxa"/>
              <w:start w:w="120" w:type="dxa"/>
              <w:bottom w:w="90" w:type="dxa"/>
              <w:end w:w="120" w:type="dxa"/>
            </w:tcMar>
          </w:tcPr>
          <w:p>
            <w:pPr>
              <w:spacing w:before="0" w:after="0" w:line="240" w:lineRule="auto"/>
            </w:pPr>
            <w:r>
              <w:t>Illusion, micro Time Dilation, Ownership/Authority, Calming/Regulation</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Weapon Arts</w:t>
            </w:r>
          </w:p>
        </w:tc>
        <w:tc>
          <w:tcPr>
            <w:tcW w:type="dxa" w:w="6660"/>
            <w:vAlign w:val="center"/>
            <w:shd w:fill="F4F2F5"/>
            <w:tcMar>
              <w:top w:w="90" w:type="dxa"/>
              <w:start w:w="120" w:type="dxa"/>
              <w:bottom w:w="90" w:type="dxa"/>
              <w:end w:w="120" w:type="dxa"/>
            </w:tcMar>
          </w:tcPr>
          <w:p>
            <w:pPr>
              <w:spacing w:before="0" w:after="0" w:line="240" w:lineRule="auto"/>
            </w:pPr>
            <w:r>
              <w:t>Precision, Counter, Flow, Silent Step</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Mythic weapon</w:t>
            </w:r>
          </w:p>
        </w:tc>
        <w:tc>
          <w:tcPr>
            <w:tcW w:type="dxa" w:w="6660"/>
            <w:vAlign w:val="center"/>
            <w:shd w:fill="FFFFFF"/>
            <w:tcMar>
              <w:top w:w="90" w:type="dxa"/>
              <w:start w:w="120" w:type="dxa"/>
              <w:bottom w:w="90" w:type="dxa"/>
              <w:end w:w="120" w:type="dxa"/>
            </w:tcMar>
          </w:tcPr>
          <w:p>
            <w:pPr>
              <w:spacing w:before="0" w:after="0" w:line="240" w:lineRule="auto"/>
            </w:pPr>
            <w:r>
              <w:t>Redacted Mercy — twin daggers and wand-rod</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True Name</w:t>
            </w:r>
          </w:p>
        </w:tc>
        <w:tc>
          <w:tcPr>
            <w:tcW w:type="dxa" w:w="6660"/>
            <w:vAlign w:val="center"/>
            <w:shd w:fill="F4F2F5"/>
            <w:tcMar>
              <w:top w:w="90" w:type="dxa"/>
              <w:start w:w="120" w:type="dxa"/>
              <w:bottom w:w="90" w:type="dxa"/>
              <w:end w:w="120" w:type="dxa"/>
            </w:tcMar>
          </w:tcPr>
          <w:p>
            <w:pPr>
              <w:spacing w:before="0" w:after="0" w:line="240" w:lineRule="auto"/>
            </w:pPr>
            <w:r>
              <w:t>Seyl-Morra Kethiri — ‘The Quiet Hand That Spares Last’</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Last Wager form</w:t>
            </w:r>
          </w:p>
        </w:tc>
        <w:tc>
          <w:tcPr>
            <w:tcW w:type="dxa" w:w="6660"/>
            <w:vAlign w:val="center"/>
            <w:shd w:fill="FFFFFF"/>
            <w:tcMar>
              <w:top w:w="90" w:type="dxa"/>
              <w:start w:w="120" w:type="dxa"/>
              <w:bottom w:w="90" w:type="dxa"/>
              <w:end w:w="120" w:type="dxa"/>
            </w:tcMar>
          </w:tcPr>
          <w:p>
            <w:pPr>
              <w:spacing w:before="0" w:after="0" w:line="240" w:lineRule="auto"/>
            </w:pPr>
            <w:r>
              <w:t>Redacted Mercy: Null Saint Verdict</w:t>
            </w:r>
          </w:p>
        </w:tc>
      </w:tr>
    </w:tbl>
    <w:p>
      <w:pPr>
        <w:spacing w:after="20"/>
      </w:pPr>
    </w:p>
    <w:p>
      <w:pPr>
        <w:pStyle w:val="Heading2"/>
        <w:keepNext/>
        <w:keepLines/>
      </w:pPr>
      <w:r>
        <w:t>Databook Thesis</w:t>
      </w:r>
    </w:p>
    <w:p>
      <w:pPr>
        <w:keepNext w:val="0"/>
        <w:keepLines/>
        <w:spacing w:after="120" w:line="283" w:lineRule="auto"/>
      </w:pPr>
      <w:r>
        <w:rPr>
          <w:i w:val="0"/>
        </w:rPr>
        <w:t>Elara is the triplet who learned that ownership is a claim the world can be made to justify. Arsenal: Silent Dominion recognizes the relationship between a person and a tool, marks the weak places in that relationship, and overrides the object without needing to overpower the wielder’s body. Where Lucius changes the law of position and Kumoko changes the inventory of possibility, Elara changes who is allowed to say ‘mine.’ A sword can hesitate. A trigger can refuse. A thrown blade can discover a different destination. A spell focus can remain beautifully intact while becoming useless to the person who expected obedience.</w:t>
      </w:r>
    </w:p>
    <w:p>
      <w:pPr>
        <w:keepNext w:val="0"/>
        <w:keepLines/>
        <w:spacing w:after="120" w:line="283" w:lineRule="auto"/>
      </w:pPr>
      <w:r>
        <w:rPr>
          <w:i w:val="0"/>
        </w:rPr>
        <w:t>That power suits a woman who notices almost everything and announces very little. Elara is calm, reserved, observant, loyal, principled, and selective with affection. She recognizes lies, hidden pain, emotional shifts, rehearsed confidence, and the tiny movements that occur before someone chooses violence. Her quietness is not emptiness and not passivity. It is a disciplined refusal to offer an opponent more information than the opponent has earned.</w:t>
      </w:r>
    </w:p>
    <w:p>
      <w:pPr>
        <w:keepNext w:val="0"/>
        <w:keepLines/>
        <w:spacing w:after="120" w:line="283" w:lineRule="auto"/>
      </w:pPr>
      <w:r>
        <w:rPr>
          <w:i w:val="0"/>
        </w:rPr>
        <w:t>At twenty she is A Rank, 6 feet 7 inches, red-panda-dominant, and publicly associated with the Verdant Accord as a Guardian and frontline defender. That office complicates the assassin label. Elara is capable of surgical killing, invisible approaches, and equipment denial, yet her alignment remains Lawful Good and her preferred doctrine is controlled prevention. Redacted Mercy was forged around that preference. Its name does not promise that everyone will be spared. It promises that sparing remains the last question asked before a verdict becomes irreversible.</w:t>
      </w:r>
    </w:p>
    <w:p>
      <w:pPr>
        <w:pStyle w:val="Quote"/>
        <w:shd w:fill="F1EAF6"/>
        <w:keepNext w:val="0"/>
        <w:keepLines/>
        <w:pBdr>
          <w:top w:val="single" w:sz="10" w:space="5" w:color="78D6B6"/>
          <w:bottom w:val="single" w:sz="10" w:space="5" w:color="78D6B6"/>
        </w:pBdr>
      </w:pPr>
      <w:r>
        <w:t>“You still own the intention. The knife is no longer convinced.” — Elara</w:t>
      </w:r>
    </w:p>
    <w:p>
      <w:pPr>
        <w:pStyle w:val="Heading2"/>
        <w:keepNext/>
        <w:keepLines/>
      </w:pPr>
      <w:r>
        <w:t>Appearance &amp; Silhouette</w:t>
      </w:r>
    </w:p>
    <w:p>
      <w:pPr>
        <w:keepNext w:val="0"/>
        <w:keepLines/>
        <w:spacing w:after="120" w:line="283" w:lineRule="auto"/>
      </w:pPr>
      <w:r>
        <w:rPr>
          <w:i w:val="0"/>
        </w:rPr>
        <w:t>Elara stands 6 feet 7 inches with a slim athletic build that makes her height appear like a vertical line rather than a wall. She is long-limbed, balanced, and economical. The body is trained for acceleration, precise stops, low-noise foot placement, and the ability to pass through the space beside an opponent before the opponent understands that the space was available. She commonly moves barefoot because her natural feet provide reliable contact and silent sensory feedback that hard footwear would obscure.</w:t>
      </w:r>
    </w:p>
    <w:p>
      <w:pPr>
        <w:keepNext w:val="0"/>
        <w:keepLines/>
        <w:spacing w:after="120" w:line="283" w:lineRule="auto"/>
      </w:pPr>
      <w:r>
        <w:rPr>
          <w:i w:val="0"/>
        </w:rPr>
        <w:t>Her Beast-Folk expression is red-panda-dominant. Fur gathers around the wrists, shoulders, neck, and from the knees downward. Red-panda ears and a long ringed tail give the silhouette warmth that her controlled expression can initially hide. The animal traits are functional: the tail supports balance during redirection, the ears add sensory information, and the lower-leg fur disguises small changes in ankle tension that a trained duelist might otherwise read.</w:t>
      </w:r>
    </w:p>
    <w:p>
      <w:pPr>
        <w:keepNext w:val="0"/>
        <w:keepLines/>
        <w:spacing w:after="120" w:line="283" w:lineRule="auto"/>
      </w:pPr>
      <w:r>
        <w:rPr>
          <w:i w:val="0"/>
        </w:rPr>
        <w:t>Her irises are crimson and the pupils are heart-shaped. In Elara the heart does not signal obvious flirtation or softness; it creates an unsettling contrast with the precision of her gaze. A target can feel as though it is being regarded with affection and autopsied at the same time. During Silent Dominion, the red appears less luminous and more exact, as if every object in view has acquired a visible ownership line only she can read.</w:t>
      </w:r>
    </w:p>
    <w:p>
      <w:pPr>
        <w:keepNext w:val="0"/>
        <w:keepLines/>
        <w:spacing w:after="120" w:line="283" w:lineRule="auto"/>
      </w:pPr>
      <w:r>
        <w:rPr>
          <w:i w:val="0"/>
        </w:rPr>
        <w:t>Her hair is long and black with a royal-purple sheen and a hidden crimson underside. The darker outer layer suits covert movement, while turns of the head or sudden acceleration expose color inherited from Kurnoma. She usually secures enough of it to preserve her sightline without eliminating the dramatic sweep entirely. The design reads controlled until motion reveals how much has been concealed.</w:t>
      </w:r>
    </w:p>
    <w:p>
      <w:pPr>
        <w:keepNext w:val="0"/>
        <w:keepLines/>
        <w:spacing w:after="120" w:line="283" w:lineRule="auto"/>
      </w:pPr>
      <w:r>
        <w:rPr>
          <w:i w:val="0"/>
        </w:rPr>
        <w:t>Field clothing favors a high collar, layered black and deep-red fabric, close protective pieces, and a pale or white fur accent at the collar. Armor remains light enough for Silent Step and is arranged to avoid audible contact between components. The twin daggers ride where either hand can find them without reaching across the center line; the wand-rod is carried like an administrative instrument until it marks the object that will cease cooperating.</w:t>
      </w:r>
    </w:p>
    <w:p>
      <w:pPr>
        <w:keepNext w:val="0"/>
        <w:keepLines/>
        <w:spacing w:after="120" w:line="283" w:lineRule="auto"/>
      </w:pPr>
      <w:r>
        <w:rPr>
          <w:i w:val="0"/>
        </w:rPr>
        <w:t>Her neutral expression is attentive rather than cold. Around family, warmth appears through proximity, preparation, the silent placement of a repaired item, or a question asked after everyone else has stopped noticing. Elara rarely performs affection for an audience. The people closest to her know that being observed carefully is one of the forms her love takes.</w:t>
      </w:r>
    </w:p>
    <w:p>
      <w:pPr>
        <w:pStyle w:val="Heading2"/>
        <w:keepNext/>
        <w:keepLines/>
      </w:pPr>
      <w:r>
        <w:t>Temperament &amp; Interior Life</w:t>
      </w:r>
    </w:p>
    <w:p>
      <w:pPr>
        <w:keepNext w:val="0"/>
        <w:keepLines/>
        <w:spacing w:after="120" w:line="283" w:lineRule="auto"/>
      </w:pPr>
      <w:r>
        <w:rPr>
          <w:i w:val="0"/>
        </w:rPr>
        <w:t>Elara is calm, reserved, perceptive, loyal, and deeply principled. She likes clean agreements, meaningful boundaries, and the ability to predict what a promise requires. Her Lawful Good alignment is not obedience to every institution. It is the belief that power should be constrained by declared purpose and that people should be able to understand the rules being used against them whenever secrecy is not required to prevent harm.</w:t>
      </w:r>
    </w:p>
    <w:p>
      <w:pPr>
        <w:keepNext w:val="0"/>
        <w:keepLines/>
        <w:spacing w:after="120" w:line="283" w:lineRule="auto"/>
      </w:pPr>
      <w:r>
        <w:rPr>
          <w:i w:val="0"/>
        </w:rPr>
        <w:t>She notices lies without always confronting them. Sometimes the lie is a temporary brace someone needs before they can say the truth. Sometimes it is manipulation that must be allowed to continue long enough to expose the larger structure. The risk is that observation can become indefinite postponement. Elara may know a sibling is suffering, know that the sibling knows she knows, and still wait for a cleaner invitation than the situation will ever provide.</w:t>
      </w:r>
    </w:p>
    <w:p>
      <w:pPr>
        <w:keepNext w:val="0"/>
        <w:keepLines/>
        <w:spacing w:after="120" w:line="283" w:lineRule="auto"/>
      </w:pPr>
      <w:r>
        <w:rPr>
          <w:i w:val="0"/>
        </w:rPr>
        <w:t>Her affection is quiet and specific. She remembers maintenance schedules, preferred routes, scar care, gill boundaries, the weight Lucius is hiding, the difference between Kumoko’s delighted laugh and her frightened laugh, and which of Kurnoma’s teasing smiles means the pain has become serious. She does not need to be the emotional center of a room to keep a map of it.</w:t>
      </w:r>
    </w:p>
    <w:p>
      <w:pPr>
        <w:keepNext w:val="0"/>
        <w:keepLines/>
        <w:spacing w:after="120" w:line="283" w:lineRule="auto"/>
      </w:pPr>
      <w:r>
        <w:rPr>
          <w:i w:val="0"/>
        </w:rPr>
        <w:t>Redacted Mercy is normally quiet, precise, polite, judgmental, and protective. It values the smallest sufficient intervention. The weapon can sound almost bureaucratic while discussing violence: claim established, motion omitted, tendon preserved, threat concluded. Elara appreciates the clarity and sometimes resents the weapon’s ability to recognize when her silence has stopped being restraint and become avoidance.</w:t>
      </w:r>
    </w:p>
    <w:p>
      <w:pPr>
        <w:keepNext w:val="0"/>
        <w:keepLines/>
        <w:spacing w:after="120" w:line="283" w:lineRule="auto"/>
      </w:pPr>
      <w:r>
        <w:rPr>
          <w:i w:val="0"/>
        </w:rPr>
        <w:t>Under absolute kill-certainty, her calm does not break. It empties. Null Saint Verdict and Redacted Autopsy are frightening precisely because they preserve judgment while removing mercy. Elara does not become louder, more animalistic, or less intelligent. She simply decides that every opening belongs to the sentence and that the target no longer benefits from the possibility of being misunderstood.</w:t>
      </w:r>
    </w:p>
    <w:p>
      <w:pPr>
        <w:pStyle w:val="Heading2"/>
        <w:keepNext/>
        <w:keepLines/>
      </w:pPr>
      <w:r>
        <w:t>Position in the World</w:t>
      </w:r>
    </w:p>
    <w:p>
      <w:pPr>
        <w:keepNext w:val="0"/>
        <w:keepLines/>
        <w:spacing w:after="120" w:line="283" w:lineRule="auto"/>
      </w:pPr>
      <w:r>
        <w:rPr>
          <w:i w:val="0"/>
        </w:rPr>
        <w:t>Elara is an A-Rank control assassin and authority specialist whose value increases sharply against armed, equipped, ritual-dependent, or technology-dependent opponents. She can turn an elite enemy’s investment against them without needing to match the raw force behind the tool. Against disciplined formations, ownership interference can create the single hesitation through which a rescue or capture becomes possible.</w:t>
      </w:r>
    </w:p>
    <w:p>
      <w:pPr>
        <w:keepNext w:val="0"/>
        <w:keepLines/>
        <w:spacing w:after="120" w:line="283" w:lineRule="auto"/>
      </w:pPr>
      <w:r>
        <w:rPr>
          <w:i w:val="0"/>
        </w:rPr>
        <w:t>Her public position as a Verdant Accord Guardian places the same abilities in a protective context. She guards front lines, prevents escalation, disarms without unnecessary killing, and makes powerful equipment safer around civilians. Lawful Good does not mean harmless. It means the decision to kill must survive the scrutiny she applies to every other claim.</w:t>
      </w:r>
    </w:p>
    <w:p>
      <w:pPr>
        <w:keepNext w:val="0"/>
        <w:keepLines/>
        <w:spacing w:after="120" w:line="283" w:lineRule="auto"/>
      </w:pPr>
      <w:r>
        <w:rPr>
          <w:i w:val="0"/>
        </w:rPr>
        <w:t>Within the household she is the quiet authority, the sibling trusted to notice what a louder family has missed. She is not Kumoko’s handler or Lucius’s subordinate. She supplies an independent axis: if Lucius holds the battlefield and Kumoko invents inside it, Elara determines which enemy tools remain legally and metaphysically welcome there.</w:t>
      </w:r>
    </w:p>
    <w:p>
      <w:pPr>
        <w:pStyle w:val="Heading2"/>
        <w:keepNext/>
        <w:keepLines/>
      </w:pPr>
      <w:r>
        <w:t>Powers, Abilities &amp; Combat Systems</w:t>
      </w:r>
    </w:p>
    <w:p>
      <w:pPr>
        <w:pStyle w:val="Heading3"/>
        <w:keepNext/>
        <w:keepLines/>
      </w:pPr>
      <w:r>
        <w:t>Arsenal: Silent Dominion</w:t>
      </w:r>
    </w:p>
    <w:p>
      <w:pPr>
        <w:keepNext/>
        <w:spacing w:after="80"/>
      </w:pPr>
      <w:r>
        <w:rPr>
          <w:b/>
          <w:color w:val="2E7D69"/>
          <w:sz w:val="17"/>
        </w:rPr>
        <w:t>BLOODLINE ART</w:t>
      </w:r>
    </w:p>
    <w:p>
      <w:pPr>
        <w:keepNext w:val="0"/>
        <w:keepLines/>
        <w:spacing w:after="120" w:line="283" w:lineRule="auto"/>
      </w:pPr>
      <w:r>
        <w:rPr>
          <w:i w:val="0"/>
        </w:rPr>
        <w:t>Function. Silent Dominion recognizes ownership bonds, claims objects, and overrides the expected relationship between a wielder and a weapon, tool, focus, mechanism, or other bounded object. It can produce hesitation, refusal, misalignment, redirection, temporary transfer, or loss of reliable function.</w:t>
      </w:r>
    </w:p>
    <w:p>
      <w:pPr>
        <w:keepNext w:val="0"/>
        <w:keepLines/>
        <w:spacing w:after="120" w:line="283" w:lineRule="auto"/>
      </w:pPr>
      <w:r>
        <w:rPr>
          <w:i w:val="0"/>
        </w:rPr>
        <w:t>Field application. In practice, Elara uses this capability as a quiet jurisdiction laid over the material layer of a fight. Elara does not need to shatter a sword if the sword can be persuaded that the present command is unauthorized.</w:t>
      </w:r>
    </w:p>
    <w:p>
      <w:pPr>
        <w:keepNext w:val="0"/>
        <w:keepLines/>
        <w:spacing w:after="120" w:line="283" w:lineRule="auto"/>
      </w:pPr>
      <w:r>
        <w:rPr>
          <w:i w:val="0"/>
        </w:rPr>
        <w:t>System interaction. Illusion conceals the moment a claim is placed; micro Time Dilation supplies the fraction required to contest a command; Precision and Counter exploit the hesitation; Redacted Mercy strengthens claims and gives them surgical endpoints.</w:t>
      </w:r>
    </w:p>
    <w:p>
      <w:pPr>
        <w:keepNext w:val="0"/>
        <w:keepLines/>
        <w:spacing w:after="120" w:line="283" w:lineRule="auto"/>
      </w:pPr>
      <w:r>
        <w:rPr>
          <w:i w:val="0"/>
        </w:rPr>
        <w:t>Limits and counterplay. Living flesh, raw elements, mindless attacks, chaotic energy, and objects held by exceptionally strong identity or wielder bonds resist the Art. Claims require recognition and attention. Too many simultaneous objects dilute certainty, and a toolless brute can deny much of her preferred leverage.</w:t>
      </w:r>
    </w:p>
    <w:p>
      <w:pPr>
        <w:keepNext w:val="0"/>
        <w:keepLines/>
        <w:spacing w:after="120" w:line="283" w:lineRule="auto"/>
      </w:pPr>
      <w:r>
        <w:rPr>
          <w:i w:val="0"/>
        </w:rPr>
        <w:t>Archive note. There is rarely a large effect. A red-black notation may flicker along an edge, a hand closes on a grip that no longer answers, or an object pauses at the exact instant obedience was assumed. The Art matured in a household defined by an unexplained departure, making ownership, consent, and the difference between possession and loyalty central to Elara’s worldview.</w:t>
      </w:r>
    </w:p>
    <w:p>
      <w:pPr>
        <w:pStyle w:val="Heading3"/>
        <w:keepNext/>
        <w:keepLines/>
      </w:pPr>
      <w:r>
        <w:t>Claim Mark / Borrowed Edge / Ownership Collapse</w:t>
      </w:r>
    </w:p>
    <w:p>
      <w:pPr>
        <w:keepNext/>
        <w:spacing w:after="80"/>
      </w:pPr>
      <w:r>
        <w:rPr>
          <w:b/>
          <w:color w:val="2E7D69"/>
          <w:sz w:val="17"/>
        </w:rPr>
        <w:t>SILENT DOMINION TECHNIQUES</w:t>
      </w:r>
    </w:p>
    <w:p>
      <w:pPr>
        <w:keepNext w:val="0"/>
        <w:keepLines/>
        <w:spacing w:after="120" w:line="283" w:lineRule="auto"/>
      </w:pPr>
      <w:r>
        <w:rPr>
          <w:i w:val="0"/>
        </w:rPr>
        <w:t>Function. Claim Mark uses the wand-rod to identify and weaken an object’s exclusive allegiance. Borrowed Edge redirects a partially claimed thrown or dropped weapon once. Ownership Collapse forces weaker-willed enemy equipment to drop, turn, jam, stall, or hesitate as a group.</w:t>
      </w:r>
    </w:p>
    <w:p>
      <w:pPr>
        <w:keepNext w:val="0"/>
        <w:keepLines/>
        <w:spacing w:after="120" w:line="283" w:lineRule="auto"/>
      </w:pPr>
      <w:r>
        <w:rPr>
          <w:i w:val="0"/>
        </w:rPr>
        <w:t>Field application. In practice, Elara uses this capability as progressive administrative control. Claim Mark establishes jurisdiction; Borrowed Edge demonstrates it; Ownership Collapse makes a whole equipped formation discover that obedience was conditional.</w:t>
      </w:r>
    </w:p>
    <w:p>
      <w:pPr>
        <w:keepNext w:val="0"/>
        <w:keepLines/>
        <w:spacing w:after="120" w:line="283" w:lineRule="auto"/>
      </w:pPr>
      <w:r>
        <w:rPr>
          <w:i w:val="0"/>
        </w:rPr>
        <w:t>System interaction. Verdict Field can expand the reliability gap between allied and enemy equipment. Illusion keeps opponents from identifying which object carries the decisive mark. Kumoko can exploit every newly available object as construct geometry.</w:t>
      </w:r>
    </w:p>
    <w:p>
      <w:pPr>
        <w:keepNext w:val="0"/>
        <w:keepLines/>
        <w:spacing w:after="120" w:line="283" w:lineRule="auto"/>
      </w:pPr>
      <w:r>
        <w:rPr>
          <w:i w:val="0"/>
        </w:rPr>
        <w:t>Limits and counterplay. The group effect is weaker than a focused claim. Highly sentient Mythics can argue back, bonded weapons may reject her, and an enemy willing to discard equipment before collapse can become less predictable rather than less dangerous.</w:t>
      </w:r>
    </w:p>
    <w:p>
      <w:pPr>
        <w:keepNext w:val="0"/>
        <w:keepLines/>
        <w:spacing w:after="120" w:line="283" w:lineRule="auto"/>
      </w:pPr>
      <w:r>
        <w:rPr>
          <w:i w:val="0"/>
        </w:rPr>
        <w:t>Archive note. Claimed objects show brief fine red annotations like editing marks. During collapse, the formation fails in small asynchronous errors instead of one dramatic explosion. The techniques established Elara’s reputation as a Guardian able to end an armed confrontation without matching every combatant blow for blow.</w:t>
      </w:r>
    </w:p>
    <w:p>
      <w:pPr>
        <w:pStyle w:val="Heading3"/>
        <w:keepNext/>
        <w:keepLines/>
      </w:pPr>
      <w:r>
        <w:t>Illusion, Micro Time Dilation &amp; Regulation Magic</w:t>
      </w:r>
    </w:p>
    <w:p>
      <w:pPr>
        <w:keepNext/>
        <w:spacing w:after="80"/>
      </w:pPr>
      <w:r>
        <w:rPr>
          <w:b/>
          <w:color w:val="2E7D69"/>
          <w:sz w:val="17"/>
        </w:rPr>
        <w:t>MAGIC SUITE</w:t>
      </w:r>
    </w:p>
    <w:p>
      <w:pPr>
        <w:keepNext w:val="0"/>
        <w:keepLines/>
        <w:spacing w:after="120" w:line="283" w:lineRule="auto"/>
      </w:pPr>
      <w:r>
        <w:rPr>
          <w:i w:val="0"/>
        </w:rPr>
        <w:t>Function. Illusion removes or substitutes small pieces of readable information. Micro Time Dilation expands narrow decision windows rather than stopping an entire field. Calming and Regulation magic lowers panic, steadies bodily response, and helps Elara or an ally preserve precision under stress.</w:t>
      </w:r>
    </w:p>
    <w:p>
      <w:pPr>
        <w:keepNext w:val="0"/>
        <w:keepLines/>
        <w:spacing w:after="120" w:line="283" w:lineRule="auto"/>
      </w:pPr>
      <w:r>
        <w:rPr>
          <w:i w:val="0"/>
        </w:rPr>
        <w:t>Field application. In practice, Elara uses this capability as subtle control of tempo and interpretation. A hand appears a fraction later than it moved; a blade seems to begin from the wrong angle; a frightened ally regains enough regulation to follow the escape route.</w:t>
      </w:r>
    </w:p>
    <w:p>
      <w:pPr>
        <w:keepNext w:val="0"/>
        <w:keepLines/>
        <w:spacing w:after="120" w:line="283" w:lineRule="auto"/>
      </w:pPr>
      <w:r>
        <w:rPr>
          <w:i w:val="0"/>
        </w:rPr>
        <w:t>System interaction. Redacted Motion and Silent Step make the omitted interval tactically meaningful. Authority magic uses the extra fraction to establish a cleaner claim. Kurnoma’s broader time and healing systems can amplify the suite without replacing Elara’s precision.</w:t>
      </w:r>
    </w:p>
    <w:p>
      <w:pPr>
        <w:keepNext w:val="0"/>
        <w:keepLines/>
        <w:spacing w:after="120" w:line="283" w:lineRule="auto"/>
      </w:pPr>
      <w:r>
        <w:rPr>
          <w:i w:val="0"/>
        </w:rPr>
        <w:t>Limits and counterplay. These are small effects. Wide-area anti-illusion, overwhelming sensory noise, raw area destruction, and opponents who attack without needing accurate perception reduce their control value. Regulation does not erase fear or trauma and should not be used to overwrite consent.</w:t>
      </w:r>
    </w:p>
    <w:p>
      <w:pPr>
        <w:keepNext w:val="0"/>
        <w:keepLines/>
        <w:spacing w:after="120" w:line="283" w:lineRule="auto"/>
      </w:pPr>
      <w:r>
        <w:rPr>
          <w:i w:val="0"/>
        </w:rPr>
        <w:t>Archive note. The world does not blur so much as skip a word. Observers know a sentence occurred but cannot locate the missing motion that made it grammatical. The suite reflects Elara’s preference for preventing the wrong decision rather than repairing a large catastrophe afterward.</w:t>
      </w:r>
    </w:p>
    <w:p>
      <w:pPr>
        <w:pStyle w:val="Heading3"/>
        <w:keepNext/>
        <w:keepLines/>
      </w:pPr>
      <w:r>
        <w:t>Redacted Mercy</w:t>
      </w:r>
    </w:p>
    <w:p>
      <w:pPr>
        <w:keepNext/>
        <w:spacing w:after="80"/>
      </w:pPr>
      <w:r>
        <w:rPr>
          <w:b/>
          <w:color w:val="2E7D69"/>
          <w:sz w:val="17"/>
        </w:rPr>
        <w:t>SENTIENT MYTHIC TWIN DAGGERS / WAND-ROD</w:t>
      </w:r>
    </w:p>
    <w:p>
      <w:pPr>
        <w:keepNext w:val="0"/>
        <w:keepLines/>
        <w:spacing w:after="120" w:line="283" w:lineRule="auto"/>
      </w:pPr>
      <w:r>
        <w:rPr>
          <w:i w:val="0"/>
        </w:rPr>
        <w:t>Function. The Mythic set supports Claim Mark, Borrowed Edge, Redacted Motion, Mercy Clause, and Ownership Collapse. Mercy Clause guides precision toward disabling cuts, severed spell threads, released restraints, or destroyed control points instead of automatic lethality.</w:t>
      </w:r>
    </w:p>
    <w:p>
      <w:pPr>
        <w:keepNext w:val="0"/>
        <w:keepLines/>
        <w:spacing w:after="120" w:line="283" w:lineRule="auto"/>
      </w:pPr>
      <w:r>
        <w:rPr>
          <w:i w:val="0"/>
        </w:rPr>
        <w:t>Field application. In practice, Elara uses this capability as a complete doctrine of quiet intervention. The rod establishes the edit; the daggers perform it; the sentience records whether less harm was truly sufficient.</w:t>
      </w:r>
    </w:p>
    <w:p>
      <w:pPr>
        <w:keepNext w:val="0"/>
        <w:keepLines/>
        <w:spacing w:after="120" w:line="283" w:lineRule="auto"/>
      </w:pPr>
      <w:r>
        <w:rPr>
          <w:i w:val="0"/>
        </w:rPr>
        <w:t>System interaction. Silent Dominion supplies authority, Precision supplies anatomy and mechanism knowledge, Counter supplies timing, and Flow lets rod and daggers exchange roles without a visible reset.</w:t>
      </w:r>
    </w:p>
    <w:p>
      <w:pPr>
        <w:keepNext w:val="0"/>
        <w:keepLines/>
        <w:spacing w:after="120" w:line="283" w:lineRule="auto"/>
      </w:pPr>
      <w:r>
        <w:rPr>
          <w:i w:val="0"/>
        </w:rPr>
        <w:t>Limits and counterplay. Mercy remains a choice that consumes time and exposes Elara to counterattack. The weapon’s judgmental personality may challenge her rationalizations. Objects with superior Mythic authority can resist or retaliate through the bond.</w:t>
      </w:r>
    </w:p>
    <w:p>
      <w:pPr>
        <w:keepNext w:val="0"/>
        <w:keepLines/>
        <w:spacing w:after="120" w:line="283" w:lineRule="auto"/>
      </w:pPr>
      <w:r>
        <w:rPr>
          <w:i w:val="0"/>
        </w:rPr>
        <w:t>Archive note. The daggers are dark and clean-lined; the wand-rod resembles an elegant notation tool. Motion can vanish between one posture and the next, leaving only the corrected result. Elara chose the public name. Kurnoma’s True Name, Seyl-Morra Kethiri, means ‘The Quiet Hand That Spares Last.’</w:t>
      </w:r>
    </w:p>
    <w:p>
      <w:pPr>
        <w:pStyle w:val="Heading3"/>
        <w:keepNext/>
        <w:keepLines/>
      </w:pPr>
      <w:r>
        <w:t>Null Saint Verdict</w:t>
      </w:r>
    </w:p>
    <w:p>
      <w:pPr>
        <w:keepNext/>
        <w:spacing w:after="80"/>
      </w:pPr>
      <w:r>
        <w:rPr>
          <w:b/>
          <w:color w:val="2E7D69"/>
          <w:sz w:val="17"/>
        </w:rPr>
        <w:t>LAST WAGER MYTHIC EVOLUTION</w:t>
      </w:r>
    </w:p>
    <w:p>
      <w:pPr>
        <w:keepNext w:val="0"/>
        <w:keepLines/>
        <w:spacing w:after="120" w:line="283" w:lineRule="auto"/>
      </w:pPr>
      <w:r>
        <w:rPr>
          <w:i w:val="0"/>
        </w:rPr>
        <w:t>Function. Redacted Mercy evolves into Null Saint Verdict and Silent Dominion becomes Final Ownership. Null Claim rejects enemy weapons and tools. Verdict Field makes enemy equipment unreliable while allied tools become unnaturally precise. Redacted Strike removes the visible approach. Spare Nothing That Took Her disables nonlethal restraint against the identified enemy.</w:t>
      </w:r>
    </w:p>
    <w:p>
      <w:pPr>
        <w:keepNext w:val="0"/>
        <w:keepLines/>
        <w:spacing w:after="120" w:line="283" w:lineRule="auto"/>
      </w:pPr>
      <w:r>
        <w:rPr>
          <w:i w:val="0"/>
        </w:rPr>
        <w:t>Field application. In practice, Elara uses this capability as focused elimination under the belief that Kurnoma has been killed. Every relevant object is sorted into permitted ally, rejected enemy, or instrument of sentence.</w:t>
      </w:r>
    </w:p>
    <w:p>
      <w:pPr>
        <w:keepNext w:val="0"/>
        <w:keepLines/>
        <w:spacing w:after="120" w:line="283" w:lineRule="auto"/>
      </w:pPr>
      <w:r>
        <w:rPr>
          <w:i w:val="0"/>
        </w:rPr>
        <w:t>System interaction. Kurnoma’s transferred soul-strength provides the authority required to contest an entire hostile arsenal. The evolved daggers and rod move as one editorial system, and the other siblings exploit the perfect reliability granted to allied equipment.</w:t>
      </w:r>
    </w:p>
    <w:p>
      <w:pPr>
        <w:keepNext w:val="0"/>
        <w:keepLines/>
        <w:spacing w:after="120" w:line="283" w:lineRule="auto"/>
      </w:pPr>
      <w:r>
        <w:rPr>
          <w:i w:val="0"/>
        </w:rPr>
        <w:t>Limits and counterplay. The weapon personality turns coldly cruel and encourages Elara to ‘edit them out.’ The form attacks her moral restraint, causes severe physiological load, and can make later ordinary mercy feel like betrayal of the mother she believed lost.</w:t>
      </w:r>
    </w:p>
    <w:p>
      <w:pPr>
        <w:keepNext w:val="0"/>
        <w:keepLines/>
        <w:spacing w:after="120" w:line="283" w:lineRule="auto"/>
      </w:pPr>
      <w:r>
        <w:rPr>
          <w:i w:val="0"/>
        </w:rPr>
        <w:t>Archive note. Red-black claim script floods equipment across the field; hostile mechanisms fail at different stages while Elara’s approach is simply absent from perception. The evolution is a physical Last Wager form and not a metaphorical sorrow seal. It ends under the common Wager conditions.</w:t>
      </w:r>
    </w:p>
    <w:p>
      <w:pPr>
        <w:pStyle w:val="Heading3"/>
        <w:keepNext/>
        <w:keepLines/>
      </w:pPr>
      <w:r>
        <w:t>Awakening Art · Null Saint Verdict, Redacted Autopsy</w:t>
      </w:r>
    </w:p>
    <w:p>
      <w:pPr>
        <w:keepNext/>
        <w:spacing w:after="80"/>
      </w:pPr>
      <w:r>
        <w:rPr>
          <w:b/>
          <w:color w:val="2E7D69"/>
          <w:sz w:val="17"/>
        </w:rPr>
        <w:t>PERSONAL KILL-CERTAINTY ART</w:t>
      </w:r>
    </w:p>
    <w:p>
      <w:pPr>
        <w:keepNext w:val="0"/>
        <w:keepLines/>
        <w:spacing w:after="120" w:line="283" w:lineRule="auto"/>
      </w:pPr>
      <w:r>
        <w:rPr>
          <w:i w:val="0"/>
        </w:rPr>
        <w:t>Function. With absolute intent to kill, Elara claims every opening she has identified, maps a network of invisible wounds, denies healing and escape through the owned pattern, and opens all claimed cuts in one final verdict.</w:t>
      </w:r>
    </w:p>
    <w:p>
      <w:pPr>
        <w:keepNext w:val="0"/>
        <w:keepLines/>
        <w:spacing w:after="120" w:line="283" w:lineRule="auto"/>
      </w:pPr>
      <w:r>
        <w:rPr>
          <w:i w:val="0"/>
        </w:rPr>
        <w:t>Field application. In practice, Elara uses this capability as an autopsy written before the body falls. The Art treats every prior hesitation, deflection, micro-cut, and marked mechanism as evidence that can be made simultaneous.</w:t>
      </w:r>
    </w:p>
    <w:p>
      <w:pPr>
        <w:keepNext w:val="0"/>
        <w:keepLines/>
        <w:spacing w:after="120" w:line="283" w:lineRule="auto"/>
      </w:pPr>
      <w:r>
        <w:rPr>
          <w:i w:val="0"/>
        </w:rPr>
        <w:t>System interaction. Redacted Motion hides placement, Time Dilation supplies fractions, Ownership magic claims the wound pattern, and Precision ensures the final opening is lethal rather than merely spectacular.</w:t>
      </w:r>
    </w:p>
    <w:p>
      <w:pPr>
        <w:keepNext w:val="0"/>
        <w:keepLines/>
        <w:spacing w:after="120" w:line="283" w:lineRule="auto"/>
      </w:pPr>
      <w:r>
        <w:rPr>
          <w:i w:val="0"/>
        </w:rPr>
        <w:t>Limits and counterplay. The Art requires unambiguous personal certainty and cannot be safely rehearsed on a living target. Incomplete mapping creates gaps. Powerful regeneration, identity-based immunity, or a target able to change bodies may contest the claim before the cuts open.</w:t>
      </w:r>
    </w:p>
    <w:p>
      <w:pPr>
        <w:keepNext w:val="0"/>
        <w:keepLines/>
        <w:spacing w:after="120" w:line="283" w:lineRule="auto"/>
      </w:pPr>
      <w:r>
        <w:rPr>
          <w:i w:val="0"/>
        </w:rPr>
        <w:t>Archive note. For most of the sequence nothing visible happens. At verdict, a clean red map appears for a heartbeat and every omitted wound becomes present at once. Redacted Autopsy is Elara’s self-authored counterpart to the externally triggered Last Wager, preserving judgment without requiring apparent maternal death.</w:t>
      </w:r>
    </w:p>
    <w:p>
      <w:pPr>
        <w:pStyle w:val="Heading2"/>
        <w:keepNext/>
        <w:keepLines/>
      </w:pPr>
      <w:r>
        <w:t>Equipment &amp; Weapon Doctrine</w:t>
      </w:r>
    </w:p>
    <w:p>
      <w:pPr>
        <w:keepNext w:val="0"/>
        <w:keepLines/>
        <w:spacing w:after="120" w:line="283" w:lineRule="auto"/>
      </w:pPr>
      <w:r>
        <w:rPr>
          <w:i w:val="0"/>
        </w:rPr>
        <w:t>Redacted Mercy is a three-part Mythic system: twin daggers for precise material and biological edits, plus a wand-rod that establishes claims and marks authority. The pieces can be used independently, but their sentience is shared. A marked object becomes easier for either dagger to redirect, disable, or separate from the purpose imposed upon it.</w:t>
      </w:r>
    </w:p>
    <w:p>
      <w:pPr>
        <w:keepNext w:val="0"/>
        <w:keepLines/>
        <w:spacing w:after="120" w:line="283" w:lineRule="auto"/>
      </w:pPr>
      <w:r>
        <w:rPr>
          <w:i w:val="0"/>
        </w:rPr>
        <w:t>The daggers are optimized for exactness rather than raw reach. They sever tendons, straps, spell threads, trigger linkages, poison channels, and the narrow structural point holding a larger mechanism together. Mercy Clause is not a pacifist lock. It is a demand that Elara know why a lethal cut is more necessary than a disabling one.</w:t>
      </w:r>
    </w:p>
    <w:p>
      <w:pPr>
        <w:keepNext w:val="0"/>
        <w:keepLines/>
        <w:spacing w:after="120" w:line="283" w:lineRule="auto"/>
      </w:pPr>
      <w:r>
        <w:rPr>
          <w:i w:val="0"/>
        </w:rPr>
        <w:t>The wand-rod makes her public Guardian role legible. It can resemble a formal focus, a survey instrument, or a judicial pointer rather than an assassin’s weapon. That ambiguity is useful. Enemies watch the daggers while the rod has already marked the bridge between their intention and their equipment.</w:t>
      </w:r>
    </w:p>
    <w:p>
      <w:pPr>
        <w:pStyle w:val="Heading2"/>
        <w:keepNext/>
        <w:keepLines/>
      </w:pPr>
      <w:r>
        <w:t>Combat Doctrine</w:t>
      </w:r>
    </w:p>
    <w:p>
      <w:pPr>
        <w:keepNext w:val="0"/>
        <w:keepLines/>
        <w:spacing w:after="120" w:line="283" w:lineRule="auto"/>
      </w:pPr>
      <w:r>
        <w:rPr>
          <w:i w:val="0"/>
        </w:rPr>
        <w:t>Elara begins by inventorying dependency. Which fighter needs a focus? Which door relies on a latch? Which armor joint carries the weight? Which projectile expects a guidance rune? Which ally is being controlled by an external thread? She attacks the relationship that makes the enemy plan possible before attacking the enemy’s body.</w:t>
      </w:r>
    </w:p>
    <w:p>
      <w:pPr>
        <w:keepNext w:val="0"/>
        <w:keepLines/>
        <w:spacing w:after="120" w:line="283" w:lineRule="auto"/>
      </w:pPr>
      <w:r>
        <w:rPr>
          <w:i w:val="0"/>
        </w:rPr>
        <w:t>She establishes small claims under illusion and micro Time Dilation. Claim Mark weakens exclusive control. Silent Step and Redacted Motion omit the approach. Borrowed Edge converts an enemy’s own committed trajectory into a one-time ally. By the time Ownership Collapse becomes visible, the formation has already accumulated several private failures.</w:t>
      </w:r>
    </w:p>
    <w:p>
      <w:pPr>
        <w:keepNext w:val="0"/>
        <w:keepLines/>
        <w:spacing w:after="120" w:line="283" w:lineRule="auto"/>
      </w:pPr>
      <w:r>
        <w:rPr>
          <w:i w:val="0"/>
        </w:rPr>
        <w:t>Against living, unarmed, or elementally amorphous threats she must change doctrine. Precision, Counter, Flow, and the daggers remain effective, but the authority advantage shrinks. Lucius can give her a stable position, Kumoko can generate objects to structure the fight, Venus can give dream constructs temporary claimable form, and Kurnoma can create the fraction needed for a direct surgical answer.</w:t>
      </w:r>
    </w:p>
    <w:p>
      <w:pPr>
        <w:keepNext w:val="0"/>
        <w:keepLines/>
        <w:spacing w:after="120" w:line="283" w:lineRule="auto"/>
      </w:pPr>
      <w:r>
        <w:rPr>
          <w:i w:val="0"/>
        </w:rPr>
        <w:t>Elara kills only after the reason becomes complete. In that state, Redacted Autopsy turns restraint’s accumulated information into a lethal map. The quietness remains. The distinction is that she is no longer using quiet to search for another outcome.</w:t>
      </w:r>
    </w:p>
    <w:p>
      <w:pPr>
        <w:pStyle w:val="Heading2"/>
        <w:keepNext/>
        <w:keepLines/>
      </w:pPr>
      <w:r>
        <w:t>Strengths, Limits &amp; Counterplay</w:t>
      </w:r>
    </w:p>
    <w:p>
      <w:pPr>
        <w:keepNext w:val="0"/>
        <w:keepLines/>
        <w:spacing w:after="120" w:line="283" w:lineRule="auto"/>
      </w:pPr>
      <w:r>
        <w:rPr>
          <w:i w:val="0"/>
        </w:rPr>
        <w:t>Elara excels against armed specialists, ritualists, focus-dependent casters, technological combatants, projectile formations, restraints, traps, and any plan whose tools are treated as unquestioned extensions of the user. She combines disarmament, stealth, battlefield interference, rescue, and precise assassination in one authority framework.</w:t>
      </w:r>
    </w:p>
    <w:p>
      <w:pPr>
        <w:keepNext w:val="0"/>
        <w:keepLines/>
        <w:spacing w:after="120" w:line="283" w:lineRule="auto"/>
      </w:pPr>
      <w:r>
        <w:rPr>
          <w:i w:val="0"/>
        </w:rPr>
        <w:t>Her counters are living flesh, raw elements, chaotic energy, toolless force, overwhelming area attacks, exceptionally bonded Mythics, excessive simultaneous objects, and deception that makes her claim the wrong purpose. She is physically capable but not built to win prolonged contests of brute force.</w:t>
      </w:r>
    </w:p>
    <w:p>
      <w:pPr>
        <w:keepNext w:val="0"/>
        <w:keepLines/>
        <w:spacing w:after="120" w:line="283" w:lineRule="auto"/>
      </w:pPr>
      <w:r>
        <w:rPr>
          <w:i w:val="0"/>
        </w:rPr>
        <w:t>Her personal danger is converting perception into solitary responsibility. Because she notices so much, she can believe she must resolve it without imposing on anyone else. The family’s answer is to notice her in return and to make speaking before certainty a form of precision rather than a failure of it.</w:t>
      </w:r>
    </w:p>
    <w:p>
      <w:pPr>
        <w:pStyle w:val="Heading2"/>
        <w:keepNext/>
        <w:keepLines/>
      </w:pPr>
      <w:r>
        <w:t>Relationship Ledger</w:t>
      </w:r>
    </w:p>
    <w:p>
      <w:pPr>
        <w:pStyle w:val="Heading3"/>
        <w:keepNext/>
        <w:keepLines/>
      </w:pPr>
      <w:r>
        <w:t>Elara &amp; Lady Luck</w:t>
      </w:r>
    </w:p>
    <w:p>
      <w:pPr>
        <w:keepNext w:val="0"/>
        <w:keepLines/>
        <w:spacing w:after="120" w:line="283" w:lineRule="auto"/>
      </w:pPr>
      <w:r>
        <w:rPr>
          <w:i w:val="0"/>
        </w:rPr>
        <w:t>Kurnoma is Elara’s mother, forge, and the person whose quiet competence taught her that prevention can be more powerful than a visible finish.</w:t>
      </w:r>
    </w:p>
    <w:p>
      <w:pPr>
        <w:keepNext w:val="0"/>
        <w:keepLines/>
        <w:spacing w:after="120" w:line="283" w:lineRule="auto"/>
      </w:pPr>
      <w:r>
        <w:rPr>
          <w:i w:val="0"/>
        </w:rPr>
        <w:t>The bond is strongest when they name injuries before observation becomes concealment and allow silence to remain companionship rather than proof nothing is wrong. The relationship becomes difficult when both read everyone else while hiding their own pain, or Kurnoma mistakes Elara’s calm for absence of need.</w:t>
      </w:r>
    </w:p>
    <w:p>
      <w:pPr>
        <w:pStyle w:val="Heading3"/>
        <w:keepNext/>
        <w:keepLines/>
      </w:pPr>
      <w:r>
        <w:t>Elara &amp; Darius</w:t>
      </w:r>
    </w:p>
    <w:p>
      <w:pPr>
        <w:keepNext w:val="0"/>
        <w:keepLines/>
        <w:spacing w:after="120" w:line="283" w:lineRule="auto"/>
      </w:pPr>
      <w:r>
        <w:rPr>
          <w:i w:val="0"/>
        </w:rPr>
        <w:t>Darius is the missing father Elara never met. His unexplained departure is the household’s defining disputed claim: biologically his, relationally absent.</w:t>
      </w:r>
    </w:p>
    <w:p>
      <w:pPr>
        <w:keepNext w:val="0"/>
        <w:keepLines/>
        <w:spacing w:after="120" w:line="283" w:lineRule="auto"/>
      </w:pPr>
      <w:r>
        <w:rPr>
          <w:i w:val="0"/>
        </w:rPr>
        <w:t>The bond is strongest when any encounter begins with evidence, consent, and accountability; blood supplies context, not command. The relationship becomes difficult when he invokes fatherhood as ownership or Elara decides uncertainty grants her authority to erase every possible explanation.</w:t>
      </w:r>
    </w:p>
    <w:p>
      <w:pPr>
        <w:pStyle w:val="Heading3"/>
        <w:keepNext/>
        <w:keepLines/>
      </w:pPr>
      <w:r>
        <w:t>Elara &amp; Lucius</w:t>
      </w:r>
    </w:p>
    <w:p>
      <w:pPr>
        <w:keepNext w:val="0"/>
        <w:keepLines/>
        <w:spacing w:after="120" w:line="283" w:lineRule="auto"/>
      </w:pPr>
      <w:r>
        <w:rPr>
          <w:i w:val="0"/>
        </w:rPr>
        <w:t>Lucius provides the stable threshold from which Elara can contest hostile tools. She is often the first to notice the strain he has delayed.</w:t>
      </w:r>
    </w:p>
    <w:p>
      <w:pPr>
        <w:keepNext w:val="0"/>
        <w:keepLines/>
        <w:spacing w:after="120" w:line="283" w:lineRule="auto"/>
      </w:pPr>
      <w:r>
        <w:rPr>
          <w:i w:val="0"/>
        </w:rPr>
        <w:t>The bond is strongest when Elara names the pain and Lucius accepts being accurately read without making her prove the diagnosis. The relationship becomes difficult when both remain silent until mutual concern becomes mutual concealment.</w:t>
      </w:r>
    </w:p>
    <w:p>
      <w:pPr>
        <w:pStyle w:val="Heading3"/>
        <w:keepNext/>
        <w:keepLines/>
      </w:pPr>
      <w:r>
        <w:t>Elara &amp; Kumoko</w:t>
      </w:r>
    </w:p>
    <w:p>
      <w:pPr>
        <w:keepNext w:val="0"/>
        <w:keepLines/>
        <w:spacing w:after="120" w:line="283" w:lineRule="auto"/>
      </w:pPr>
      <w:r>
        <w:rPr>
          <w:i w:val="0"/>
        </w:rPr>
        <w:t>Kumoko is Elara’s exuberant sister and improvisational opposite. Silent Dominion makes enemy equipment predictable enough for Wild Genesis to become safely strange.</w:t>
      </w:r>
    </w:p>
    <w:p>
      <w:pPr>
        <w:keepNext w:val="0"/>
        <w:keepLines/>
        <w:spacing w:after="120" w:line="283" w:lineRule="auto"/>
      </w:pPr>
      <w:r>
        <w:rPr>
          <w:i w:val="0"/>
        </w:rPr>
        <w:t>The bond is strongest when limits are spoken early, experiments have release conditions, and their private humor is allowed to remain soft. The relationship becomes difficult when Elara becomes a permanent editor or Kumoko treats every quiet objection as optional.</w:t>
      </w:r>
    </w:p>
    <w:p>
      <w:pPr>
        <w:pStyle w:val="Heading3"/>
        <w:keepNext/>
        <w:keepLines/>
      </w:pPr>
      <w:r>
        <w:t>Elara &amp; Suki</w:t>
      </w:r>
    </w:p>
    <w:p>
      <w:pPr>
        <w:keepNext w:val="0"/>
        <w:keepLines/>
        <w:spacing w:after="120" w:line="283" w:lineRule="auto"/>
      </w:pPr>
      <w:r>
        <w:rPr>
          <w:i w:val="0"/>
        </w:rPr>
        <w:t>Suki’s Puppeteer threads and Elara’s authority claims both contest control. Each understands that seizure of agency can save a life and still leave a wound.</w:t>
      </w:r>
    </w:p>
    <w:p>
      <w:pPr>
        <w:keepNext w:val="0"/>
        <w:keepLines/>
        <w:spacing w:after="120" w:line="283" w:lineRule="auto"/>
      </w:pPr>
      <w:r>
        <w:rPr>
          <w:i w:val="0"/>
        </w:rPr>
        <w:t>The bond is strongest when they state who controls what, build emergency release rules, and protect each other from becoming only their most frightening mechanic. The relationship becomes difficult when Elara attempts to claim Lilly’s bell or Suki’s strings without consent, or Suki assumes her observation is surveillance.</w:t>
      </w:r>
    </w:p>
    <w:p>
      <w:pPr>
        <w:pStyle w:val="Heading3"/>
        <w:keepNext/>
        <w:keepLines/>
      </w:pPr>
      <w:r>
        <w:t>Elara &amp; Theo</w:t>
      </w:r>
    </w:p>
    <w:p>
      <w:pPr>
        <w:keepNext w:val="0"/>
        <w:keepLines/>
        <w:spacing w:after="120" w:line="283" w:lineRule="auto"/>
      </w:pPr>
      <w:r>
        <w:rPr>
          <w:i w:val="0"/>
        </w:rPr>
        <w:t>Theo retrieves people through currents while Elara removes the hook, chain, weapon, or ward preventing their return.</w:t>
      </w:r>
    </w:p>
    <w:p>
      <w:pPr>
        <w:keepNext w:val="0"/>
        <w:keepLines/>
        <w:spacing w:after="120" w:line="283" w:lineRule="auto"/>
      </w:pPr>
      <w:r>
        <w:rPr>
          <w:i w:val="0"/>
        </w:rPr>
        <w:t>The bond is strongest when Elara signals presence and Theo trusts her with precise intervention only after consent. The relationship becomes difficult when her quiet approach startles his sensitive land senses or she treats his gill vulnerability as merely tactical data.</w:t>
      </w:r>
    </w:p>
    <w:p>
      <w:pPr>
        <w:pStyle w:val="Heading3"/>
        <w:keepNext/>
        <w:keepLines/>
      </w:pPr>
      <w:r>
        <w:t>Elara &amp; Venus</w:t>
      </w:r>
    </w:p>
    <w:p>
      <w:pPr>
        <w:keepNext w:val="0"/>
        <w:keepLines/>
        <w:spacing w:after="120" w:line="283" w:lineRule="auto"/>
      </w:pPr>
      <w:r>
        <w:rPr>
          <w:i w:val="0"/>
        </w:rPr>
        <w:t>Venus can hide Elara’s omitted movements inside dream logic, while Elara can mark which dream construct is temporarily real enough to claim.</w:t>
      </w:r>
    </w:p>
    <w:p>
      <w:pPr>
        <w:keepNext w:val="0"/>
        <w:keepLines/>
        <w:spacing w:after="120" w:line="283" w:lineRule="auto"/>
      </w:pPr>
      <w:r>
        <w:rPr>
          <w:i w:val="0"/>
        </w:rPr>
        <w:t>The bond is strongest when Vivi labels the boundary of the dream and Elara refuses claims that would violate a dreamer’s private interior. The relationship becomes difficult when ownership becomes ambiguous inside a domain built from harvested imagination.</w:t>
      </w:r>
    </w:p>
    <w:p>
      <w:pPr>
        <w:pStyle w:val="Heading2"/>
        <w:keepNext/>
        <w:keepLines/>
      </w:pPr>
      <w:r>
        <w:t>Key History</w:t>
      </w:r>
    </w:p>
    <w:p>
      <w:pPr>
        <w:keepNext w:val="0"/>
        <w:keepLines/>
        <w:spacing w:after="140"/>
        <w:ind w:left="259" w:hanging="259"/>
      </w:pPr>
      <w:r>
        <w:rPr>
          <w:b/>
          <w:color w:val="5B2C83"/>
        </w:rPr>
        <w:t xml:space="preserve">Triplet Birth — </w:t>
      </w:r>
      <w:r>
        <w:t>Elara was born with Lucius and Kumoko through the wanted multiple pregnancy adapted by the Rawibari Blessing.</w:t>
      </w:r>
    </w:p>
    <w:p>
      <w:pPr>
        <w:keepNext w:val="0"/>
        <w:keepLines/>
        <w:spacing w:after="140"/>
        <w:ind w:left="259" w:hanging="259"/>
      </w:pPr>
      <w:r>
        <w:rPr>
          <w:b/>
          <w:color w:val="5B2C83"/>
        </w:rPr>
        <w:t xml:space="preserve">The Quiet Child — </w:t>
      </w:r>
      <w:r>
        <w:t>She grew up in a loud household as an observer, learning the difference between solitude, safety, concealment, and the silence left by Darius.</w:t>
      </w:r>
    </w:p>
    <w:p>
      <w:pPr>
        <w:keepNext w:val="0"/>
        <w:keepLines/>
        <w:spacing w:after="140"/>
        <w:ind w:left="259" w:hanging="259"/>
      </w:pPr>
      <w:r>
        <w:rPr>
          <w:b/>
          <w:color w:val="5B2C83"/>
        </w:rPr>
        <w:t xml:space="preserve">Silent Dominion — </w:t>
      </w:r>
      <w:r>
        <w:t>Her Bloodline Art matured around recognition, claim, and override, eventually extending from individual weapons to coordinated equipment failure.</w:t>
      </w:r>
    </w:p>
    <w:p>
      <w:pPr>
        <w:keepNext w:val="0"/>
        <w:keepLines/>
        <w:spacing w:after="140"/>
        <w:ind w:left="259" w:hanging="259"/>
      </w:pPr>
      <w:r>
        <w:rPr>
          <w:b/>
          <w:color w:val="5B2C83"/>
        </w:rPr>
        <w:t xml:space="preserve">Redacted Mercy — </w:t>
      </w:r>
      <w:r>
        <w:t>Kurnoma forged the twin daggers and wand-rod around Elara’s preference for minimum sufficient harm. Elara supplied the public name; Kurnoma supplied Seyl-Morra Kethiri.</w:t>
      </w:r>
    </w:p>
    <w:p>
      <w:pPr>
        <w:keepNext w:val="0"/>
        <w:keepLines/>
        <w:spacing w:after="140"/>
        <w:ind w:left="259" w:hanging="259"/>
      </w:pPr>
      <w:r>
        <w:rPr>
          <w:b/>
          <w:color w:val="5B2C83"/>
        </w:rPr>
        <w:t xml:space="preserve">Verdant Accord — </w:t>
      </w:r>
      <w:r>
        <w:t>Elara entered public service as a Guardian and frontline defender, using assassin-grade control to prevent armed crises from becoming massacres.</w:t>
      </w:r>
    </w:p>
    <w:p>
      <w:pPr>
        <w:keepNext w:val="0"/>
        <w:keepLines/>
        <w:spacing w:after="140"/>
        <w:ind w:left="259" w:hanging="259"/>
      </w:pPr>
      <w:r>
        <w:rPr>
          <w:b/>
          <w:color w:val="5B2C83"/>
        </w:rPr>
        <w:t xml:space="preserve">A-Rank Adulthood — </w:t>
      </w:r>
      <w:r>
        <w:t>At twenty and 6'7", she holds A Rank as Quiet Dominion, authority specialist, and lawful protector.</w:t>
      </w:r>
    </w:p>
    <w:p>
      <w:pPr>
        <w:keepNext w:val="0"/>
        <w:keepLines/>
        <w:spacing w:after="140"/>
        <w:ind w:left="259" w:hanging="259"/>
      </w:pPr>
      <w:r>
        <w:rPr>
          <w:b/>
          <w:color w:val="5B2C83"/>
        </w:rPr>
        <w:t xml:space="preserve">Last Wager — </w:t>
      </w:r>
      <w:r>
        <w:t>When Kurnoma appeared mortally wounded, Redacted Mercy became Null Saint Verdict and removed nonlethal restraint against the responsible enemy.</w:t>
      </w:r>
    </w:p>
    <w:p>
      <w:pPr>
        <w:keepNext w:val="0"/>
        <w:keepLines/>
        <w:spacing w:after="140"/>
        <w:ind w:left="259" w:hanging="259"/>
      </w:pPr>
      <w:r>
        <w:rPr>
          <w:b/>
          <w:color w:val="5B2C83"/>
        </w:rPr>
        <w:t xml:space="preserve">Redacted Autopsy — </w:t>
      </w:r>
      <w:r>
        <w:t>Elara later reached the same lethal precision through her own absolute certainty, developing a personal Awakening Art that opens every claimed wound at once.</w:t>
      </w:r>
    </w:p>
    <w:p>
      <w:pPr>
        <w:pStyle w:val="Heading2"/>
        <w:keepNext/>
        <w:keepLines/>
      </w:pPr>
      <w:r>
        <w:t>Voice Archive</w:t>
      </w:r>
    </w:p>
    <w:p>
      <w:pPr>
        <w:pStyle w:val="Quote"/>
        <w:shd w:fill="F1EAF6"/>
        <w:keepNext w:val="0"/>
        <w:keepLines/>
        <w:pBdr>
          <w:top w:val="single" w:sz="10" w:space="5" w:color="78D6B6"/>
          <w:bottom w:val="single" w:sz="10" w:space="5" w:color="78D6B6"/>
        </w:pBdr>
      </w:pPr>
      <w:r>
        <w:t>“I did not take your weapon. I corrected your assumption that it agreed with you.” — Elara</w:t>
      </w:r>
    </w:p>
    <w:p>
      <w:pPr>
        <w:pStyle w:val="Quote"/>
        <w:shd w:fill="F1EAF6"/>
        <w:keepNext w:val="0"/>
        <w:keepLines/>
        <w:pBdr>
          <w:top w:val="single" w:sz="10" w:space="5" w:color="78D6B6"/>
          <w:bottom w:val="single" w:sz="10" w:space="5" w:color="78D6B6"/>
        </w:pBdr>
      </w:pPr>
      <w:r>
        <w:t>“Quiet is not permission. It is the space in which I decide whether you deserve another answer.” — Elara</w:t>
      </w:r>
    </w:p>
    <w:p>
      <w:pPr>
        <w:pStyle w:val="Quote"/>
        <w:shd w:fill="F1EAF6"/>
        <w:keepNext w:val="0"/>
        <w:keepLines/>
        <w:pBdr>
          <w:top w:val="single" w:sz="10" w:space="5" w:color="78D6B6"/>
          <w:bottom w:val="single" w:sz="10" w:space="5" w:color="78D6B6"/>
        </w:pBdr>
      </w:pPr>
      <w:r>
        <w:t>“Mercy is still present. You should be more concerned that it has finished asking questions.” — Elara</w:t>
      </w:r>
    </w:p>
    <w:p>
      <w:pPr>
        <w:pStyle w:val="Quote"/>
        <w:shd w:fill="F1EAF6"/>
        <w:keepNext w:val="0"/>
        <w:keepLines/>
        <w:pBdr>
          <w:top w:val="single" w:sz="10" w:space="5" w:color="78D6B6"/>
          <w:bottom w:val="single" w:sz="10" w:space="5" w:color="78D6B6"/>
        </w:pBdr>
      </w:pPr>
      <w:r>
        <w:t>“You left a mark on every tool you used. I only taught the tools how to testify.” — Elara</w:t>
      </w:r>
    </w:p>
    <w:p>
      <w:pPr>
        <w:pStyle w:val="Heading2"/>
        <w:keepNext/>
        <w:keepLines/>
      </w:pPr>
      <w:r>
        <w:t>Registry Verdict</w:t>
      </w:r>
    </w:p>
    <w:p>
      <w:pPr>
        <w:keepNext w:val="0"/>
        <w:keepLines/>
        <w:spacing w:after="120" w:line="283" w:lineRule="auto"/>
      </w:pPr>
      <w:r>
        <w:rPr>
          <w:i w:val="0"/>
        </w:rPr>
        <w:t>Elara is an A-Rank authority specialist whose battlefield value is measured by failures that appear to belong to the enemy. She does not need to dominate every body if she can dominate the relationships through which bodies exercise power. Against equipped forces, she can turn confidence itself into the delay that ends the fight.</w:t>
      </w:r>
    </w:p>
    <w:p>
      <w:pPr>
        <w:keepNext w:val="0"/>
        <w:keepLines/>
        <w:spacing w:after="120" w:line="283" w:lineRule="auto"/>
      </w:pPr>
      <w:r>
        <w:rPr>
          <w:i w:val="0"/>
        </w:rPr>
        <w:t>Her deeper place in the family is the person who understands that staying is not possession. The Quiet Hand That Spares Last can claim weapons, routes, and openings, but she does not claim people. That distinction is the moral center of Silent Dominion and the reason her silence feels safest to those who know her best.</w:t>
      </w:r>
    </w:p>
    <w:p>
      <w:pPr>
        <w:sectPr>
          <w:headerReference w:type="default" r:id="rId23"/>
          <w:footerReference w:type="default" r:id="rId24"/>
          <w:pgSz w:w="12240" w:h="15840"/>
          <w:pgMar w:top="1181" w:right="1296" w:bottom="1181" w:left="1296" w:header="547" w:footer="547" w:gutter="0"/>
          <w:cols w:space="720"/>
          <w:docGrid w:linePitch="360"/>
        </w:sectPr>
      </w:pPr>
    </w:p>
    <w:p>
      <w:pPr>
        <w:spacing w:before="80" w:after="240"/>
        <w:jc w:val="center"/>
      </w:pPr>
      <w:r>
        <w:rPr>
          <w:b/>
          <w:color w:val="2E7D69"/>
          <w:sz w:val="20"/>
        </w:rPr>
        <w:t>CHARACTER BLOCK 06</w:t>
      </w:r>
    </w:p>
    <w:p>
      <w:pPr>
        <w:pStyle w:val="Heading1"/>
        <w:keepNext/>
        <w:keepLines/>
      </w:pPr>
      <w:r>
        <w:t>Suki Rawibari</w:t>
      </w:r>
    </w:p>
    <w:p>
      <w:pPr>
        <w:spacing w:after="200"/>
        <w:jc w:val="center"/>
      </w:pPr>
      <w:r>
        <w:rPr>
          <w:b/>
          <w:color w:val="2E7D69"/>
          <w:sz w:val="28"/>
        </w:rPr>
        <w:t>The Scarred Puppeteer · Two Souls Beneath One Skin</w:t>
      </w:r>
    </w:p>
    <w:tbl>
      <w:tblPr>
        <w:tblStyle w:val="TableGrid"/>
        <w:tblW w:type="dxa" w:w="9360"/>
        <w:jc w:val="left"/>
        <w:tblLayout w:type="fixed"/>
        <w:tblLook w:firstColumn="1" w:firstRow="1" w:lastColumn="0" w:lastRow="0" w:noHBand="0" w:noVBand="1" w:val="04A0"/>
        <w:tblInd w:w="120" w:type="dxa"/>
      </w:tblPr>
      <w:tblGrid>
        <w:gridCol w:w="2500"/>
        <w:gridCol w:w="6860"/>
      </w:tblGrid>
      <w:tr>
        <w:tc>
          <w:tcPr>
            <w:tcW w:type="dxa" w:w="2500"/>
            <w:tcMar>
              <w:top w:w="90" w:type="dxa"/>
              <w:start w:w="120" w:type="dxa"/>
              <w:bottom w:w="90" w:type="dxa"/>
              <w:end w:w="120" w:type="dxa"/>
            </w:tcMar>
            <w:shd w:fill="341447"/>
          </w:tcPr>
          <w:p>
            <w:r>
              <w:rPr>
                <w:b/>
                <w:color w:val="FFFFFF"/>
              </w:rPr>
              <w:t>ACTIVE · B RANK</w:t>
            </w:r>
          </w:p>
        </w:tc>
        <w:tc>
          <w:tcPr>
            <w:tcW w:type="dxa" w:w="6860"/>
            <w:tcMar>
              <w:top w:w="90" w:type="dxa"/>
              <w:start w:w="120" w:type="dxa"/>
              <w:bottom w:w="90" w:type="dxa"/>
              <w:end w:w="120" w:type="dxa"/>
            </w:tcMar>
            <w:shd w:fill="EAF8F3"/>
          </w:tcPr>
          <w:p>
            <w:r>
              <w:rPr>
                <w:b/>
                <w:color w:val="2E7D69"/>
              </w:rPr>
              <w:t>Claimed adult son; temporary S-Rank elevation under the Last Wager. Exact age and weapon True Name remain unissued.</w:t>
            </w:r>
          </w:p>
        </w:tc>
      </w:tr>
    </w:tbl>
    <w:p>
      <w:pPr>
        <w:spacing w:after="20"/>
      </w:pPr>
    </w:p>
    <w:tbl>
      <w:tblPr>
        <w:tblStyle w:val="TableGrid"/>
        <w:tblW w:type="dxa" w:w="9360"/>
        <w:jc w:val="left"/>
        <w:tblLayout w:type="fixed"/>
        <w:tblLook w:firstColumn="1" w:firstRow="1" w:lastColumn="0" w:lastRow="0" w:noHBand="0" w:noVBand="1" w:val="04A0"/>
        <w:tblInd w:w="120" w:type="dxa"/>
      </w:tblPr>
      <w:tblGrid>
        <w:gridCol w:w="2700"/>
        <w:gridCol w:w="6660"/>
      </w:tblGrid>
      <w:tr>
        <w:tc>
          <w:tcPr>
            <w:tcW w:type="dxa" w:w="2700"/>
            <w:vAlign w:val="center"/>
            <w:shd w:fill="F1EAF6"/>
            <w:tcMar>
              <w:top w:w="90" w:type="dxa"/>
              <w:start w:w="120" w:type="dxa"/>
              <w:bottom w:w="90" w:type="dxa"/>
              <w:end w:w="120" w:type="dxa"/>
            </w:tcMar>
          </w:tcPr>
          <w:p>
            <w:pPr>
              <w:spacing w:before="0" w:after="0" w:line="240" w:lineRule="auto"/>
            </w:pPr>
            <w:r>
              <w:rPr>
                <w:b/>
                <w:color w:val="341447"/>
              </w:rPr>
              <w:t>Full name</w:t>
            </w:r>
          </w:p>
        </w:tc>
        <w:tc>
          <w:tcPr>
            <w:tcW w:type="dxa" w:w="6660"/>
            <w:vAlign w:val="center"/>
            <w:shd w:fill="FFFFFF"/>
            <w:tcMar>
              <w:top w:w="90" w:type="dxa"/>
              <w:start w:w="120" w:type="dxa"/>
              <w:bottom w:w="90" w:type="dxa"/>
              <w:end w:w="120" w:type="dxa"/>
            </w:tcMar>
          </w:tcPr>
          <w:p>
            <w:pPr>
              <w:spacing w:before="0" w:after="0" w:line="240" w:lineRule="auto"/>
            </w:pPr>
            <w:r>
              <w:t>Suki Rawibari</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Former names</w:t>
            </w:r>
          </w:p>
        </w:tc>
        <w:tc>
          <w:tcPr>
            <w:tcW w:type="dxa" w:w="6660"/>
            <w:vAlign w:val="center"/>
            <w:shd w:fill="F4F2F5"/>
            <w:tcMar>
              <w:top w:w="90" w:type="dxa"/>
              <w:start w:w="120" w:type="dxa"/>
              <w:bottom w:w="90" w:type="dxa"/>
              <w:end w:w="120" w:type="dxa"/>
            </w:tcMar>
          </w:tcPr>
          <w:p>
            <w:pPr>
              <w:spacing w:before="0" w:after="0" w:line="240" w:lineRule="auto"/>
            </w:pPr>
            <w:r>
              <w:t>Ruby; Gaby</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Current status</w:t>
            </w:r>
          </w:p>
        </w:tc>
        <w:tc>
          <w:tcPr>
            <w:tcW w:type="dxa" w:w="6660"/>
            <w:vAlign w:val="center"/>
            <w:shd w:fill="FFFFFF"/>
            <w:tcMar>
              <w:top w:w="90" w:type="dxa"/>
              <w:start w:w="120" w:type="dxa"/>
              <w:bottom w:w="90" w:type="dxa"/>
              <w:end w:w="120" w:type="dxa"/>
            </w:tcMar>
          </w:tcPr>
          <w:p>
            <w:pPr>
              <w:spacing w:before="0" w:after="0" w:line="240" w:lineRule="auto"/>
            </w:pPr>
            <w:r>
              <w:t>ACTIVE</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Age</w:t>
            </w:r>
          </w:p>
        </w:tc>
        <w:tc>
          <w:tcPr>
            <w:tcW w:type="dxa" w:w="6660"/>
            <w:vAlign w:val="center"/>
            <w:shd w:fill="F4F2F5"/>
            <w:tcMar>
              <w:top w:w="90" w:type="dxa"/>
              <w:start w:w="120" w:type="dxa"/>
              <w:bottom w:w="90" w:type="dxa"/>
              <w:end w:w="120" w:type="dxa"/>
            </w:tcMar>
          </w:tcPr>
          <w:p>
            <w:pPr>
              <w:spacing w:before="0" w:after="0" w:line="240" w:lineRule="auto"/>
            </w:pPr>
            <w:r>
              <w:t>Adult; exact age unissued</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Height</w:t>
            </w:r>
          </w:p>
        </w:tc>
        <w:tc>
          <w:tcPr>
            <w:tcW w:type="dxa" w:w="6660"/>
            <w:vAlign w:val="center"/>
            <w:shd w:fill="FFFFFF"/>
            <w:tcMar>
              <w:top w:w="90" w:type="dxa"/>
              <w:start w:w="120" w:type="dxa"/>
              <w:bottom w:w="90" w:type="dxa"/>
              <w:end w:w="120" w:type="dxa"/>
            </w:tcMar>
          </w:tcPr>
          <w:p>
            <w:pPr>
              <w:spacing w:before="0" w:after="0" w:line="240" w:lineRule="auto"/>
            </w:pPr>
            <w:r>
              <w:t>5'4" / 163 cm</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Gender / pronouns</w:t>
            </w:r>
          </w:p>
        </w:tc>
        <w:tc>
          <w:tcPr>
            <w:tcW w:type="dxa" w:w="6660"/>
            <w:vAlign w:val="center"/>
            <w:shd w:fill="F4F2F5"/>
            <w:tcMar>
              <w:top w:w="90" w:type="dxa"/>
              <w:start w:w="120" w:type="dxa"/>
              <w:bottom w:w="90" w:type="dxa"/>
              <w:end w:w="120" w:type="dxa"/>
            </w:tcMar>
          </w:tcPr>
          <w:p>
            <w:pPr>
              <w:spacing w:before="0" w:after="0" w:line="240" w:lineRule="auto"/>
            </w:pPr>
            <w:r>
              <w:t>Trans man; he/him</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Species</w:t>
            </w:r>
          </w:p>
        </w:tc>
        <w:tc>
          <w:tcPr>
            <w:tcW w:type="dxa" w:w="6660"/>
            <w:vAlign w:val="center"/>
            <w:shd w:fill="FFFFFF"/>
            <w:tcMar>
              <w:top w:w="90" w:type="dxa"/>
              <w:start w:w="120" w:type="dxa"/>
              <w:bottom w:w="90" w:type="dxa"/>
              <w:end w:w="120" w:type="dxa"/>
            </w:tcMar>
          </w:tcPr>
          <w:p>
            <w:pPr>
              <w:spacing w:before="0" w:after="0" w:line="240" w:lineRule="auto"/>
            </w:pPr>
            <w:r>
              <w:t>Snow Leopard Beast-Folk</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Current rank</w:t>
            </w:r>
          </w:p>
        </w:tc>
        <w:tc>
          <w:tcPr>
            <w:tcW w:type="dxa" w:w="6660"/>
            <w:vAlign w:val="center"/>
            <w:shd w:fill="F4F2F5"/>
            <w:tcMar>
              <w:top w:w="90" w:type="dxa"/>
              <w:start w:w="120" w:type="dxa"/>
              <w:bottom w:w="90" w:type="dxa"/>
              <w:end w:w="120" w:type="dxa"/>
            </w:tcMar>
          </w:tcPr>
          <w:p>
            <w:pPr>
              <w:spacing w:before="0" w:after="0" w:line="240" w:lineRule="auto"/>
            </w:pPr>
            <w:r>
              <w:t>B Rank; temporary S Rank under Last Wager</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Primary role</w:t>
            </w:r>
          </w:p>
        </w:tc>
        <w:tc>
          <w:tcPr>
            <w:tcW w:type="dxa" w:w="6660"/>
            <w:vAlign w:val="center"/>
            <w:shd w:fill="FFFFFF"/>
            <w:tcMar>
              <w:top w:w="90" w:type="dxa"/>
              <w:start w:w="120" w:type="dxa"/>
              <w:bottom w:w="90" w:type="dxa"/>
              <w:end w:w="120" w:type="dxa"/>
            </w:tcMar>
          </w:tcPr>
          <w:p>
            <w:pPr>
              <w:spacing w:before="0" w:after="0" w:line="240" w:lineRule="auto"/>
            </w:pPr>
            <w:r>
              <w:t>Puppeteer, control skirmisher, severance specialist</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Family position</w:t>
            </w:r>
          </w:p>
        </w:tc>
        <w:tc>
          <w:tcPr>
            <w:tcW w:type="dxa" w:w="6660"/>
            <w:vAlign w:val="center"/>
            <w:shd w:fill="F4F2F5"/>
            <w:tcMar>
              <w:top w:w="90" w:type="dxa"/>
              <w:start w:w="120" w:type="dxa"/>
              <w:bottom w:w="90" w:type="dxa"/>
              <w:end w:w="120" w:type="dxa"/>
            </w:tcMar>
          </w:tcPr>
          <w:p>
            <w:pPr>
              <w:spacing w:before="0" w:after="0" w:line="240" w:lineRule="auto"/>
            </w:pPr>
            <w:r>
              <w:t>Claimed Rawibari child; older-sibling figure to the triplets and Theo</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Bloodline Art</w:t>
            </w:r>
          </w:p>
        </w:tc>
        <w:tc>
          <w:tcPr>
            <w:tcW w:type="dxa" w:w="6660"/>
            <w:vAlign w:val="center"/>
            <w:shd w:fill="FFFFFF"/>
            <w:tcMar>
              <w:top w:w="90" w:type="dxa"/>
              <w:start w:w="120" w:type="dxa"/>
              <w:bottom w:w="90" w:type="dxa"/>
              <w:end w:w="120" w:type="dxa"/>
            </w:tcMar>
          </w:tcPr>
          <w:p>
            <w:pPr>
              <w:spacing w:before="0" w:after="0" w:line="240" w:lineRule="auto"/>
            </w:pPr>
            <w:r>
              <w:t>Puppeteer</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Primary weapon</w:t>
            </w:r>
          </w:p>
        </w:tc>
        <w:tc>
          <w:tcPr>
            <w:tcW w:type="dxa" w:w="6660"/>
            <w:vAlign w:val="center"/>
            <w:shd w:fill="F4F2F5"/>
            <w:tcMar>
              <w:top w:w="90" w:type="dxa"/>
              <w:start w:w="120" w:type="dxa"/>
              <w:bottom w:w="90" w:type="dxa"/>
              <w:end w:w="120" w:type="dxa"/>
            </w:tcMar>
          </w:tcPr>
          <w:p>
            <w:pPr>
              <w:spacing w:before="0" w:after="0" w:line="240" w:lineRule="auto"/>
            </w:pPr>
            <w:r>
              <w:t>Marionette’s Requiem — oversized scythe</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True Name</w:t>
            </w:r>
          </w:p>
        </w:tc>
        <w:tc>
          <w:tcPr>
            <w:tcW w:type="dxa" w:w="6660"/>
            <w:vAlign w:val="center"/>
            <w:shd w:fill="FFFFFF"/>
            <w:tcMar>
              <w:top w:w="90" w:type="dxa"/>
              <w:start w:w="120" w:type="dxa"/>
              <w:bottom w:w="90" w:type="dxa"/>
              <w:end w:w="120" w:type="dxa"/>
            </w:tcMar>
          </w:tcPr>
          <w:p>
            <w:pPr>
              <w:spacing w:before="0" w:after="0" w:line="240" w:lineRule="auto"/>
            </w:pPr>
            <w:r>
              <w:t>Unissued / sealed in the surviving ledger</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Bound spirit</w:t>
            </w:r>
          </w:p>
        </w:tc>
        <w:tc>
          <w:tcPr>
            <w:tcW w:type="dxa" w:w="6660"/>
            <w:vAlign w:val="center"/>
            <w:shd w:fill="F4F2F5"/>
            <w:tcMar>
              <w:top w:w="90" w:type="dxa"/>
              <w:start w:w="120" w:type="dxa"/>
              <w:bottom w:w="90" w:type="dxa"/>
              <w:end w:w="120" w:type="dxa"/>
            </w:tcMar>
          </w:tcPr>
          <w:p>
            <w:pPr>
              <w:spacing w:before="0" w:after="0" w:line="240" w:lineRule="auto"/>
            </w:pPr>
            <w:r>
              <w:t>Lilly, Vengeful Spirit of the Gray Bell</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Last Wager form</w:t>
            </w:r>
          </w:p>
        </w:tc>
        <w:tc>
          <w:tcPr>
            <w:tcW w:type="dxa" w:w="6660"/>
            <w:vAlign w:val="center"/>
            <w:shd w:fill="FFFFFF"/>
            <w:tcMar>
              <w:top w:w="90" w:type="dxa"/>
              <w:start w:w="120" w:type="dxa"/>
              <w:bottom w:w="90" w:type="dxa"/>
              <w:end w:w="120" w:type="dxa"/>
            </w:tcMar>
          </w:tcPr>
          <w:p>
            <w:pPr>
              <w:spacing w:before="0" w:after="0" w:line="240" w:lineRule="auto"/>
            </w:pPr>
            <w:r>
              <w:t>Marionette’s Requiem: Unbound Choir</w:t>
            </w:r>
          </w:p>
        </w:tc>
      </w:tr>
    </w:tbl>
    <w:p>
      <w:pPr>
        <w:spacing w:after="20"/>
      </w:pPr>
    </w:p>
    <w:p>
      <w:pPr>
        <w:pStyle w:val="Heading2"/>
        <w:keepNext/>
        <w:keepLines/>
      </w:pPr>
      <w:r>
        <w:t>Databook Thesis</w:t>
      </w:r>
    </w:p>
    <w:p>
      <w:pPr>
        <w:keepNext w:val="0"/>
        <w:keepLines/>
        <w:spacing w:after="120" w:line="283" w:lineRule="auto"/>
      </w:pPr>
      <w:r>
        <w:rPr>
          <w:i w:val="0"/>
        </w:rPr>
        <w:t>Suki is the Rawibari child whose power makes consent impossible to treat as an abstraction. His Bloodline Art, Puppeteer, manifests strings through physical contact and lets those strings influence bodies, trajectories, joints, objects, restraints, and hostile control structures. Used well, the Art catches a falling sibling, redirects a killing arm, frees a victim, or makes an enemy’s committed movement betray them. Used without moral discipline, it can turn a person into an instrument. Suki knows both truths intimately and refuses to pretend that a lifesaving violation leaves no emotional remainder.</w:t>
      </w:r>
    </w:p>
    <w:p>
      <w:pPr>
        <w:keepNext w:val="0"/>
        <w:keepLines/>
        <w:spacing w:after="120" w:line="283" w:lineRule="auto"/>
      </w:pPr>
      <w:r>
        <w:rPr>
          <w:i w:val="0"/>
        </w:rPr>
        <w:t>He is a 5-foot-4 Snow Leopard Beast-Folk trans man who has also been known as Ruby and Gaby. The current name is Suki; the current pronouns are he and him. His presentation is deliberately beautiful, flexible, sharp, and femboy in silhouette without surrendering masculinity to anyone else’s categories. Scars, softness, confidence, body chains, exposed fang, and controlled feral capacity coexist. None of those details are an argument about whether he is a man. They are the visual language of the particular man he survived long enough to become.</w:t>
      </w:r>
    </w:p>
    <w:p>
      <w:pPr>
        <w:keepNext w:val="0"/>
        <w:keepLines/>
        <w:spacing w:after="120" w:line="283" w:lineRule="auto"/>
      </w:pPr>
      <w:r>
        <w:rPr>
          <w:i w:val="0"/>
        </w:rPr>
        <w:t>A second soul complicates every simple profile. Lilly was a wolf-hybrid friend and crush whose death occurred during a chemically induced sensory failure: alarms were dulled, perception corrupted, and Suki mistook her for a guard. Her Vengeful Spirit anchored to the Gray Bell and can possess him when grave injury, mental incapacity, sensory collapse, soul shock, or extreme bodily danger removes his ability to protect himself. The possession saves his life by disregarding pain and restraint. It can also injure his muscles, nerves, joints, mana pathways, memory, and sense of agency. Their highest Art is therefore not possession becoming stronger. It is Suki consciously opening the door and coordinating two souls on purpose.</w:t>
      </w:r>
    </w:p>
    <w:p>
      <w:pPr>
        <w:pStyle w:val="Quote"/>
        <w:shd w:fill="F1EAF6"/>
        <w:keepNext w:val="0"/>
        <w:keepLines/>
        <w:pBdr>
          <w:top w:val="single" w:sz="10" w:space="5" w:color="78D6B6"/>
          <w:bottom w:val="single" w:sz="10" w:space="5" w:color="78D6B6"/>
        </w:pBdr>
      </w:pPr>
      <w:r>
        <w:t>“These strings are not permission. They are a promise that I know the difference.” — Suki</w:t>
      </w:r>
    </w:p>
    <w:p>
      <w:pPr>
        <w:pStyle w:val="Heading2"/>
        <w:keepNext/>
        <w:keepLines/>
      </w:pPr>
      <w:r>
        <w:t>Appearance &amp; Silhouette</w:t>
      </w:r>
    </w:p>
    <w:p>
      <w:pPr>
        <w:keepNext w:val="0"/>
        <w:keepLines/>
        <w:spacing w:after="120" w:line="283" w:lineRule="auto"/>
      </w:pPr>
      <w:r>
        <w:rPr>
          <w:i w:val="0"/>
        </w:rPr>
        <w:t>Suki stands 5 feet 4 inches with a skinny, flexible, feline build. His strength expresses through tendon control, joint range, sudden acceleration, aerial rotation, and the ability to let a much larger opponent’s movement supply the force his own frame does not. The oversized scythe exaggerates the size contrast until the first rotation reveals that the weapon was balanced around him rather than scaled for him.</w:t>
      </w:r>
    </w:p>
    <w:p>
      <w:pPr>
        <w:keepNext w:val="0"/>
        <w:keepLines/>
        <w:spacing w:after="120" w:line="283" w:lineRule="auto"/>
      </w:pPr>
      <w:r>
        <w:rPr>
          <w:i w:val="0"/>
        </w:rPr>
        <w:t>His skin is tan. Snow-leopard fur is smooth and predominantly black with deep-red markings, producing a nocturnal, blood-warm palette instead of natural pale camouflage. Fur, ears, a calf-length tail, paw pads, retractable claws, and sharp teeth give him a complete Beast-Folk expression. His feral form is fully controlled under ordinary conditions and should not be confused with the loss of agency caused by Lilly’s emergency possession.</w:t>
      </w:r>
    </w:p>
    <w:p>
      <w:pPr>
        <w:keepNext w:val="0"/>
        <w:keepLines/>
        <w:spacing w:after="120" w:line="283" w:lineRule="auto"/>
      </w:pPr>
      <w:r>
        <w:rPr>
          <w:i w:val="0"/>
        </w:rPr>
        <w:t>Hair is cut into a short wolfcut with deep black and crimson arranged as a two-tone design. It frames the ears and facial scar without concealing either. His eyes use a star motif: the left eye is fully blacked out, while the right has a white sclera and green iris. The contrast makes the face readable from a distance even before the fresh scar is noticed.</w:t>
      </w:r>
    </w:p>
    <w:p>
      <w:pPr>
        <w:keepNext w:val="0"/>
        <w:keepLines/>
        <w:spacing w:after="120" w:line="283" w:lineRule="auto"/>
      </w:pPr>
      <w:r>
        <w:rPr>
          <w:i w:val="0"/>
        </w:rPr>
        <w:t>The scar crosses the left blacked eye and continues over the lips. Missing tissue leaves one fang exposed even when his mouth is at rest. It is a large, fresh, high-maintenance wound rather than a decorative old mark. Daily cleaning is part of ordinary household care. The exposed tooth changes speech, expression, hydration, and the way strangers misread a neutral face as a threat.</w:t>
      </w:r>
    </w:p>
    <w:p>
      <w:pPr>
        <w:keepNext w:val="0"/>
        <w:keepLines/>
        <w:spacing w:after="120" w:line="283" w:lineRule="auto"/>
      </w:pPr>
      <w:r>
        <w:rPr>
          <w:i w:val="0"/>
        </w:rPr>
        <w:t>Clothing favors black sleeveless or asymmetrical layers, fitted pieces that preserve feline range, and body chains placed where they will not foul Puppeteer strings. The look can be elegant, defiant, and deliberately pretty. Practical choices hide inside it: easy access for scar treatment, room for shoulder rotation, minimal loose fabric near the scythe shaft, and reliable tactile awareness across the torso.</w:t>
      </w:r>
    </w:p>
    <w:p>
      <w:pPr>
        <w:keepNext w:val="0"/>
        <w:keepLines/>
        <w:spacing w:after="120" w:line="283" w:lineRule="auto"/>
      </w:pPr>
      <w:r>
        <w:rPr>
          <w:i w:val="0"/>
        </w:rPr>
        <w:t>When Lilly takes control, Suki’s posture drops lower and becomes predatory. The eyes go cold, pain responses disappear, and a gray-white bell becomes visually or acoustically present. Threads look frayed, misted, and barbed rather than clean. The voice may layer. The frightening change is not an uncontrolled animal form; it is an intelligent protector using Suki’s body as though future comfort is less important than immediate survival.</w:t>
      </w:r>
    </w:p>
    <w:p>
      <w:pPr>
        <w:pStyle w:val="Heading2"/>
        <w:keepNext/>
        <w:keepLines/>
      </w:pPr>
      <w:r>
        <w:t>Temperament &amp; Interior Life</w:t>
      </w:r>
    </w:p>
    <w:p>
      <w:pPr>
        <w:keepNext w:val="0"/>
        <w:keepLines/>
        <w:spacing w:after="120" w:line="283" w:lineRule="auto"/>
      </w:pPr>
      <w:r>
        <w:rPr>
          <w:i w:val="0"/>
        </w:rPr>
        <w:t>Suki is sweet, smug, defiant, kind, sarcastic, grateful, and remarkably battle-calm. His voice can be soft while the content remains sharp. He enjoys being underestimated when the underestimation belongs to an opponent; he resents it when it belongs to someone claiming to protect him. Pity that removes agency is more insulting to him than honest fear.</w:t>
      </w:r>
    </w:p>
    <w:p>
      <w:pPr>
        <w:keepNext w:val="0"/>
        <w:keepLines/>
        <w:spacing w:after="120" w:line="283" w:lineRule="auto"/>
      </w:pPr>
      <w:r>
        <w:rPr>
          <w:i w:val="0"/>
        </w:rPr>
        <w:t>He carries the confidence of a person who has rebuilt identity more than once. Ruby and Gaby are part of the historical ledger, not secret alternate selves waiting to invalidate Suki. He may choose how much those names mean, who may use them, and whether they belong to grief, transition, survival, or simple chronology. The family’s responsibility is to follow the current name without turning the earlier ones into weapons or mysteries.</w:t>
      </w:r>
    </w:p>
    <w:p>
      <w:pPr>
        <w:keepNext w:val="0"/>
        <w:keepLines/>
        <w:spacing w:after="120" w:line="283" w:lineRule="auto"/>
      </w:pPr>
      <w:r>
        <w:rPr>
          <w:i w:val="0"/>
        </w:rPr>
        <w:t>His care for younger family is practical. Suki helped with the triplets after Darius left and became a safe older-sibling presence to Theo. He cleans, watches, redirects, jokes, and understands the particular humiliation of needing help with a body that has become evidence. This makes him skilled at offering assistance without making the receiver feel owned by gratitude.</w:t>
      </w:r>
    </w:p>
    <w:p>
      <w:pPr>
        <w:keepNext w:val="0"/>
        <w:keepLines/>
        <w:spacing w:after="120" w:line="283" w:lineRule="auto"/>
      </w:pPr>
      <w:r>
        <w:rPr>
          <w:i w:val="0"/>
        </w:rPr>
        <w:t>Lilly is not a combat mode without personhood. She was a friend and crush, died through a chemically engineered misidentification, and remains a spirit with intelligence, protectiveness, ruthlessness, trauma triggers, and her own judgment. She can recognize laboratories, guards, restraints, alarms, or chemical cues as repetitions of the original danger. Under those conditions she may misidentify the present while trying to prevent the past from happening again.</w:t>
      </w:r>
    </w:p>
    <w:p>
      <w:pPr>
        <w:keepNext w:val="0"/>
        <w:keepLines/>
        <w:spacing w:after="120" w:line="283" w:lineRule="auto"/>
      </w:pPr>
      <w:r>
        <w:rPr>
          <w:i w:val="0"/>
        </w:rPr>
        <w:t>Suki’s mature relationship with Lilly is negotiated rather than cured. He can resent the damage she causes and still love her. He can be grateful for survival and still demand his body back. Their conscious Awakening Art is meaningful because consent is active, revocable, and operational: he opens the body to shared control while retaining the strings and the ability to coordinate the mission.</w:t>
      </w:r>
    </w:p>
    <w:p>
      <w:pPr>
        <w:pStyle w:val="Heading2"/>
        <w:keepNext/>
        <w:keepLines/>
      </w:pPr>
      <w:r>
        <w:t>Position in the World</w:t>
      </w:r>
    </w:p>
    <w:p>
      <w:pPr>
        <w:keepNext w:val="0"/>
        <w:keepLines/>
        <w:spacing w:after="120" w:line="283" w:lineRule="auto"/>
      </w:pPr>
      <w:r>
        <w:rPr>
          <w:i w:val="0"/>
        </w:rPr>
        <w:t>Suki is B Rank under ordinary classification. The rank reflects finite reach, a contact requirement for string establishment, body-size limits, possession risk, and the fact that Puppeteer control becomes harder against stronger, stranger, or less anatomically readable targets. It does not mean he is a minor combatant. In the correct field he can interrupt one motion that an S-Rank strategy required to remain uninterrupted.</w:t>
      </w:r>
    </w:p>
    <w:p>
      <w:pPr>
        <w:keepNext w:val="0"/>
        <w:keepLines/>
        <w:spacing w:after="120" w:line="283" w:lineRule="auto"/>
      </w:pPr>
      <w:r>
        <w:rPr>
          <w:i w:val="0"/>
        </w:rPr>
        <w:t>His primary role is control skirmisher and severance specialist. He imposes lines, alters joints, redirects force, catches allies, cuts enemy control, and uses a kinetic-siphoning scythe to turn movement into additional options. Under Last Wager, Marionette’s Requiem becomes Unbound Choir and his performance rises temporarily to S Rank through stronger severance and control-breaking.</w:t>
      </w:r>
    </w:p>
    <w:p>
      <w:pPr>
        <w:keepNext w:val="0"/>
        <w:keepLines/>
        <w:spacing w:after="120" w:line="283" w:lineRule="auto"/>
      </w:pPr>
      <w:r>
        <w:rPr>
          <w:i w:val="0"/>
        </w:rPr>
        <w:t>Within the household, Suki is a claimed child and older-sibling figure, not staff, patient, or permanent babysitter. His help with the triplets is history; it is not an endless debt. His bond with Theo is especially important because both learned home through deliberate claiming rather than birth alone.</w:t>
      </w:r>
    </w:p>
    <w:p>
      <w:pPr>
        <w:pStyle w:val="Heading2"/>
        <w:keepNext/>
        <w:keepLines/>
      </w:pPr>
      <w:r>
        <w:t>Powers, Abilities &amp; Combat Systems</w:t>
      </w:r>
    </w:p>
    <w:p>
      <w:pPr>
        <w:pStyle w:val="Heading3"/>
        <w:keepNext/>
        <w:keepLines/>
      </w:pPr>
      <w:r>
        <w:t>Puppeteer</w:t>
      </w:r>
    </w:p>
    <w:p>
      <w:pPr>
        <w:keepNext/>
        <w:spacing w:after="80"/>
      </w:pPr>
      <w:r>
        <w:rPr>
          <w:b/>
          <w:color w:val="2E7D69"/>
          <w:sz w:val="17"/>
        </w:rPr>
        <w:t>BLOODLINE ART</w:t>
      </w:r>
    </w:p>
    <w:p>
      <w:pPr>
        <w:keepNext w:val="0"/>
        <w:keepLines/>
        <w:spacing w:after="120" w:line="283" w:lineRule="auto"/>
      </w:pPr>
      <w:r>
        <w:rPr>
          <w:i w:val="0"/>
        </w:rPr>
        <w:t>Function. Puppeteer creates controllable strings after Suki physically strikes, touches, hooks, or throws a line onto a valid target. The strings can influence limbs, posture, weapons, trajectories, restraint systems, and connected objects. They can also sever hostile control or create rescue tethers.</w:t>
      </w:r>
    </w:p>
    <w:p>
      <w:pPr>
        <w:keepNext w:val="0"/>
        <w:keepLines/>
        <w:spacing w:after="120" w:line="283" w:lineRule="auto"/>
      </w:pPr>
      <w:r>
        <w:rPr>
          <w:i w:val="0"/>
        </w:rPr>
        <w:t>Field application. In practice, Suki uses this capability as a network of consequential contact. Every clean touch can become a later correction, and every moving body can become an anchor point in a geometry only Suki fully feels.</w:t>
      </w:r>
    </w:p>
    <w:p>
      <w:pPr>
        <w:keepNext w:val="0"/>
        <w:keepLines/>
        <w:spacing w:after="120" w:line="283" w:lineRule="auto"/>
      </w:pPr>
      <w:r>
        <w:rPr>
          <w:i w:val="0"/>
        </w:rPr>
        <w:t>System interaction. Marionette’s Requiem amplifies Thread Resonance and supplies hooks, sweeps, and rotational anchors. Flow and Precision convert scythe movement into line placement. Lucius offers stable anchor geometry; Kumoko offers temporary construct points; Theo offers retrieval tension.</w:t>
      </w:r>
    </w:p>
    <w:p>
      <w:pPr>
        <w:keepNext w:val="0"/>
        <w:keepLines/>
        <w:spacing w:after="120" w:line="283" w:lineRule="auto"/>
      </w:pPr>
      <w:r>
        <w:rPr>
          <w:i w:val="0"/>
        </w:rPr>
        <w:t>Limits and counterplay. Strings must be physically established and can be cut, burned, disrupted, overloaded, or confused by unusual anatomy. Strong targets resist direct bodily control. Maintaining many lines taxes focus and joints. Control is not mind reading, and a moving target can exploit slack or sacrifice a caught object.</w:t>
      </w:r>
    </w:p>
    <w:p>
      <w:pPr>
        <w:keepNext w:val="0"/>
        <w:keepLines/>
        <w:spacing w:after="120" w:line="283" w:lineRule="auto"/>
      </w:pPr>
      <w:r>
        <w:rPr>
          <w:i w:val="0"/>
        </w:rPr>
        <w:t>Archive note. Ordinary strings are fine, taut, and crimson-dark, becoming brighter where tension, ownership, or severance is greatest. The Art’s invasive potential made consent, release signals, and the distinction between rescue and domination central to Suki’s adult doctrine.</w:t>
      </w:r>
    </w:p>
    <w:p>
      <w:pPr>
        <w:pStyle w:val="Heading3"/>
        <w:keepNext/>
        <w:keepLines/>
      </w:pPr>
      <w:r>
        <w:t>Thread Control &amp; Severance</w:t>
      </w:r>
    </w:p>
    <w:p>
      <w:pPr>
        <w:keepNext/>
        <w:spacing w:after="80"/>
      </w:pPr>
      <w:r>
        <w:rPr>
          <w:b/>
          <w:color w:val="2E7D69"/>
          <w:sz w:val="17"/>
        </w:rPr>
        <w:t>PUPPETEER TECHNIQUE SUITE</w:t>
      </w:r>
    </w:p>
    <w:p>
      <w:pPr>
        <w:keepNext w:val="0"/>
        <w:keepLines/>
        <w:spacing w:after="120" w:line="283" w:lineRule="auto"/>
      </w:pPr>
      <w:r>
        <w:rPr>
          <w:i w:val="0"/>
        </w:rPr>
        <w:t>Function. Suki can brace or redirect joints, steal the last fraction of an attack, pull an ally from impact, make a thrown object curve through line tension, sever magical restraints, and cut foreign control threads attached to a person or mechanism.</w:t>
      </w:r>
    </w:p>
    <w:p>
      <w:pPr>
        <w:keepNext w:val="0"/>
        <w:keepLines/>
        <w:spacing w:after="120" w:line="283" w:lineRule="auto"/>
      </w:pPr>
      <w:r>
        <w:rPr>
          <w:i w:val="0"/>
        </w:rPr>
        <w:t>Field application. In practice, Suki uses this capability as interruption rather than total domination. The highest-value use is often a single elbow, ankle, wrist, trigger, latch, or spiritual tether moved far enough that the intended consequence fails.</w:t>
      </w:r>
    </w:p>
    <w:p>
      <w:pPr>
        <w:keepNext w:val="0"/>
        <w:keepLines/>
        <w:spacing w:after="120" w:line="283" w:lineRule="auto"/>
      </w:pPr>
      <w:r>
        <w:rPr>
          <w:i w:val="0"/>
        </w:rPr>
        <w:t>System interaction. Kinetic siphon from the scythe supplies additional movement energy. Elara can identify the controlling object or bond. Lady Luck can keep Suki’s hands and joints functional under multi-line strain.</w:t>
      </w:r>
    </w:p>
    <w:p>
      <w:pPr>
        <w:keepNext w:val="0"/>
        <w:keepLines/>
        <w:spacing w:after="120" w:line="283" w:lineRule="auto"/>
      </w:pPr>
      <w:r>
        <w:rPr>
          <w:i w:val="0"/>
        </w:rPr>
        <w:t>Limits and counterplay. Fine control demands accurate anatomy and sensory feedback. Poison, anesthetic, sensory suppression, and false identification are uniquely dangerous because they echo the conditions of Lilly’s death. Severing an unknown soul bond can injure both parties.</w:t>
      </w:r>
    </w:p>
    <w:p>
      <w:pPr>
        <w:keepNext w:val="0"/>
        <w:keepLines/>
        <w:spacing w:after="120" w:line="283" w:lineRule="auto"/>
      </w:pPr>
      <w:r>
        <w:rPr>
          <w:i w:val="0"/>
        </w:rPr>
        <w:t>Archive note. The field resembles a mobile constellation: points appear at contact sites and thin lines reorganize as Suki changes leverage. Severance evolved from the need to free others from the same kinds of control that had once corrupted Suki’s own perception.</w:t>
      </w:r>
    </w:p>
    <w:p>
      <w:pPr>
        <w:pStyle w:val="Heading3"/>
        <w:keepNext/>
        <w:keepLines/>
      </w:pPr>
      <w:r>
        <w:t>Marionette’s Requiem</w:t>
      </w:r>
    </w:p>
    <w:p>
      <w:pPr>
        <w:keepNext/>
        <w:spacing w:after="80"/>
      </w:pPr>
      <w:r>
        <w:rPr>
          <w:b/>
          <w:color w:val="2E7D69"/>
          <w:sz w:val="17"/>
        </w:rPr>
        <w:t>KURNOMA-FORGED EVOLVING SCYTHE</w:t>
      </w:r>
    </w:p>
    <w:p>
      <w:pPr>
        <w:keepNext w:val="0"/>
        <w:keepLines/>
        <w:spacing w:after="120" w:line="283" w:lineRule="auto"/>
      </w:pPr>
      <w:r>
        <w:rPr>
          <w:i w:val="0"/>
        </w:rPr>
        <w:t>Function. The oversized scythe has a dark shaft, crimson-edged crystalline curved blade, light responsive balance, kinetic siphon, Thread Resonance amplification, and multiple hooking or anchoring surfaces. It supports spins, sweeps, vaults, retrieval, and line placement.</w:t>
      </w:r>
    </w:p>
    <w:p>
      <w:pPr>
        <w:keepNext w:val="0"/>
        <w:keepLines/>
        <w:spacing w:after="120" w:line="283" w:lineRule="auto"/>
      </w:pPr>
      <w:r>
        <w:rPr>
          <w:i w:val="0"/>
        </w:rPr>
        <w:t>Field application. In practice, Suki uses this capability as a mobile loom. The blade is only one threat; shaft, hook, rotational wake, and stored kinetic energy determine where the strings can be placed next.</w:t>
      </w:r>
    </w:p>
    <w:p>
      <w:pPr>
        <w:keepNext w:val="0"/>
        <w:keepLines/>
        <w:spacing w:after="120" w:line="283" w:lineRule="auto"/>
      </w:pPr>
      <w:r>
        <w:rPr>
          <w:i w:val="0"/>
        </w:rPr>
        <w:t>System interaction. Puppeteer turns every scythe contact into possible control. Siphoned motion helps Suki move a weapon much larger than his frame suggests. In Lilly’s hands the scythe becomes brutally direct while Suki can continue operating the string network.</w:t>
      </w:r>
    </w:p>
    <w:p>
      <w:pPr>
        <w:keepNext w:val="0"/>
        <w:keepLines/>
        <w:spacing w:after="120" w:line="283" w:lineRule="auto"/>
      </w:pPr>
      <w:r>
        <w:rPr>
          <w:i w:val="0"/>
        </w:rPr>
        <w:t>Limits and counterplay. Large arcs need space and can endanger allies if line geometry is unclear. Siphoned energy must be redirected safely. The surviving ledger does not issue a canonical True Name, so this edition does not invent one.</w:t>
      </w:r>
    </w:p>
    <w:p>
      <w:pPr>
        <w:keepNext w:val="0"/>
        <w:keepLines/>
        <w:spacing w:after="120" w:line="283" w:lineRule="auto"/>
      </w:pPr>
      <w:r>
        <w:rPr>
          <w:i w:val="0"/>
        </w:rPr>
        <w:t>Archive note. A crystalline crescent sweeps around a compact black-and-crimson figure while strings connect the empty spaces through which the blade has already passed. Kurnoma forged it around Suki’s scale, flexibility, and Puppeteer resonance. Its public identity later evolves through Last Wager even though the private True Name remains sealed or unrecorded.</w:t>
      </w:r>
    </w:p>
    <w:p>
      <w:pPr>
        <w:pStyle w:val="Heading3"/>
        <w:keepNext/>
        <w:keepLines/>
      </w:pPr>
      <w:r>
        <w:t>Lilly · Vengeful Spirit of the Gray Bell</w:t>
      </w:r>
    </w:p>
    <w:p>
      <w:pPr>
        <w:keepNext/>
        <w:spacing w:after="80"/>
      </w:pPr>
      <w:r>
        <w:rPr>
          <w:b/>
          <w:color w:val="2E7D69"/>
          <w:sz w:val="17"/>
        </w:rPr>
        <w:t>BOUND SPIRIT / EMERGENCY POSSESSION</w:t>
      </w:r>
    </w:p>
    <w:p>
      <w:pPr>
        <w:keepNext w:val="0"/>
        <w:keepLines/>
        <w:spacing w:after="120" w:line="283" w:lineRule="auto"/>
      </w:pPr>
      <w:r>
        <w:rPr>
          <w:i w:val="0"/>
        </w:rPr>
        <w:t>Function. When Suki suffers grave injury, mental incapacity, sensory collapse, soul shock, or severe bodily danger, Lilly can take control to preserve life. She ignores pain, fights intelligently, uses threads aggressively, and prioritizes elimination or escape over Suki’s future comfort.</w:t>
      </w:r>
    </w:p>
    <w:p>
      <w:pPr>
        <w:keepNext w:val="0"/>
        <w:keepLines/>
        <w:spacing w:after="120" w:line="283" w:lineRule="auto"/>
      </w:pPr>
      <w:r>
        <w:rPr>
          <w:i w:val="0"/>
        </w:rPr>
        <w:t>Field application. In practice, Suki uses this capability as an emergency guardian inside the body. The change can convert a collapsing B-Rank skirmisher into a ruthless close-range predator before an opponent understands that the first consciousness is no longer directing the muscles.</w:t>
      </w:r>
    </w:p>
    <w:p>
      <w:pPr>
        <w:keepNext w:val="0"/>
        <w:keepLines/>
        <w:spacing w:after="120" w:line="283" w:lineRule="auto"/>
      </w:pPr>
      <w:r>
        <w:rPr>
          <w:i w:val="0"/>
        </w:rPr>
        <w:t>System interaction. Lilly can drive the body and scythe while Suki’s existing Art structures remain available. Gray Bell manifestations disorient enemies; barbed mist threads favor capture and tearing rather than delicate correction.</w:t>
      </w:r>
    </w:p>
    <w:p>
      <w:pPr>
        <w:keepNext w:val="0"/>
        <w:keepLines/>
        <w:spacing w:after="120" w:line="283" w:lineRule="auto"/>
      </w:pPr>
      <w:r>
        <w:rPr>
          <w:i w:val="0"/>
        </w:rPr>
        <w:t>Limits and counterplay. Possession may damage muscle, nerve, joint, gill-like sensory analogues, mana channels, and memory. Lilly may refuse retreat, misidentify present figures through trauma, or keep control after the immediate threshold becomes ambiguous. Aftereffects include nausea, phantom bell sounds, tremors, pain, and memory fragments.</w:t>
      </w:r>
    </w:p>
    <w:p>
      <w:pPr>
        <w:keepNext w:val="0"/>
        <w:keepLines/>
        <w:spacing w:after="120" w:line="283" w:lineRule="auto"/>
      </w:pPr>
      <w:r>
        <w:rPr>
          <w:i w:val="0"/>
        </w:rPr>
        <w:t>Archive note. A gray-white bell, cold eyes, lower posture, frayed misted strings, and a layered voice mark the possession. Pain behavior becomes nearly absent. Lilly died when chemically dulled perception caused Suki to mistake her for a guard. Her spirit anchored to the Gray Bell rather than passing on, transforming grief into a dangerous protective bond.</w:t>
      </w:r>
    </w:p>
    <w:p>
      <w:pPr>
        <w:pStyle w:val="Heading3"/>
        <w:keepNext/>
        <w:keepLines/>
      </w:pPr>
      <w:r>
        <w:t>Unbound Choir</w:t>
      </w:r>
    </w:p>
    <w:p>
      <w:pPr>
        <w:keepNext/>
        <w:spacing w:after="80"/>
      </w:pPr>
      <w:r>
        <w:rPr>
          <w:b/>
          <w:color w:val="2E7D69"/>
          <w:sz w:val="17"/>
        </w:rPr>
        <w:t>LAST WAGER EVOLUTION / TEMPORARY S RANK</w:t>
      </w:r>
    </w:p>
    <w:p>
      <w:pPr>
        <w:keepNext w:val="0"/>
        <w:keepLines/>
        <w:spacing w:after="120" w:line="283" w:lineRule="auto"/>
      </w:pPr>
      <w:r>
        <w:rPr>
          <w:i w:val="0"/>
        </w:rPr>
        <w:t>Function. Under Kurnoma’s emergency soul transfer, Marionette’s Requiem evolves into Unbound Choir. Suki’s strings multiply in authority, sever hostile control, break imposed bindings, and coordinate many lines as though several precise hands were singing one structure.</w:t>
      </w:r>
    </w:p>
    <w:p>
      <w:pPr>
        <w:keepNext w:val="0"/>
        <w:keepLines/>
        <w:spacing w:after="120" w:line="283" w:lineRule="auto"/>
      </w:pPr>
      <w:r>
        <w:rPr>
          <w:i w:val="0"/>
        </w:rPr>
        <w:t>Field application. In practice, Suki uses this capability as mass liberation followed by focused execution. Enemy command networks, restraint systems, possession attempts, and bodily control lose cohesion while Suki’s allies gain cleaner routes.</w:t>
      </w:r>
    </w:p>
    <w:p>
      <w:pPr>
        <w:keepNext w:val="0"/>
        <w:keepLines/>
        <w:spacing w:after="120" w:line="283" w:lineRule="auto"/>
      </w:pPr>
      <w:r>
        <w:rPr>
          <w:i w:val="0"/>
        </w:rPr>
        <w:t>System interaction. Kurnoma’s soul-strength elevates the B-Rank body temporarily to S-Rank performance. Lilly’s presence can add a second perspective, and the evolved scythe supplies enough anchors to turn a formation into a controllable web.</w:t>
      </w:r>
    </w:p>
    <w:p>
      <w:pPr>
        <w:keepNext w:val="0"/>
        <w:keepLines/>
        <w:spacing w:after="120" w:line="283" w:lineRule="auto"/>
      </w:pPr>
      <w:r>
        <w:rPr>
          <w:i w:val="0"/>
        </w:rPr>
        <w:t>Limits and counterplay. The load exceeds baseline physiology. Lines can tear Suki’s joints, damage nerves, or leave fine motor control impaired after reversion. Last Wager grief also makes every protective impulse more absolute and less interested in consent or surrender.</w:t>
      </w:r>
    </w:p>
    <w:p>
      <w:pPr>
        <w:keepNext w:val="0"/>
        <w:keepLines/>
        <w:spacing w:after="120" w:line="283" w:lineRule="auto"/>
      </w:pPr>
      <w:r>
        <w:rPr>
          <w:i w:val="0"/>
        </w:rPr>
        <w:t>Archive note. Hundreds of lines appear to hum around the scythe; the Gray Bell tone separates foreign control from the bodies caught inside it. The form is Suki’s temporary B-to-S Last Wager state and ends under the shared elimination, proof-of-life, collapse, or forced-reversion conditions.</w:t>
      </w:r>
    </w:p>
    <w:p>
      <w:pPr>
        <w:pStyle w:val="Heading3"/>
        <w:keepNext/>
        <w:keepLines/>
      </w:pPr>
      <w:r>
        <w:t>Awakening Art · Gray Bell Requiem, Two Souls Beneath One Skin</w:t>
      </w:r>
    </w:p>
    <w:p>
      <w:pPr>
        <w:keepNext/>
        <w:spacing w:after="80"/>
      </w:pPr>
      <w:r>
        <w:rPr>
          <w:b/>
          <w:color w:val="2E7D69"/>
          <w:sz w:val="17"/>
        </w:rPr>
        <w:t>CONSCIOUS DUAL-SOUL ART</w:t>
      </w:r>
    </w:p>
    <w:p>
      <w:pPr>
        <w:keepNext w:val="0"/>
        <w:keepLines/>
        <w:spacing w:after="120" w:line="283" w:lineRule="auto"/>
      </w:pPr>
      <w:r>
        <w:rPr>
          <w:i w:val="0"/>
        </w:rPr>
        <w:t>Function. Suki deliberately permits Lilly to inhabit and operate his body while he remains conscious inside the shared system and directs Puppeteer strings. Lilly controls gross movement, feral reaction, and scythe violence; Suki controls line logic, target distinction, and release.</w:t>
      </w:r>
    </w:p>
    <w:p>
      <w:pPr>
        <w:keepNext w:val="0"/>
        <w:keepLines/>
        <w:spacing w:after="120" w:line="283" w:lineRule="auto"/>
      </w:pPr>
      <w:r>
        <w:rPr>
          <w:i w:val="0"/>
        </w:rPr>
        <w:t>Field application. In practice, Suki uses this capability as cooperative possession. Two souls divide tasks instead of fighting for the body, producing close-range pressure and remote control that no single nervous system could coordinate as quickly.</w:t>
      </w:r>
    </w:p>
    <w:p>
      <w:pPr>
        <w:keepNext w:val="0"/>
        <w:keepLines/>
        <w:spacing w:after="120" w:line="283" w:lineRule="auto"/>
      </w:pPr>
      <w:r>
        <w:rPr>
          <w:i w:val="0"/>
        </w:rPr>
        <w:t>System interaction. The scythe becomes the shared physical axis, Puppeteer becomes the distributed nervous system, and the Gray Bell keeps both consciousnesses synchronized through threat spikes.</w:t>
      </w:r>
    </w:p>
    <w:p>
      <w:pPr>
        <w:keepNext w:val="0"/>
        <w:keepLines/>
        <w:spacing w:after="120" w:line="283" w:lineRule="auto"/>
      </w:pPr>
      <w:r>
        <w:rPr>
          <w:i w:val="0"/>
        </w:rPr>
        <w:t>Limits and counterplay. Consent must remain active. Trauma triggers, severe sensory corruption, or a disagreement about retreat can collapse cooperation into involuntary possession. The body still pays for both souls’ output and may emerge with extensive damage neither consciousness felt in time.</w:t>
      </w:r>
    </w:p>
    <w:p>
      <w:pPr>
        <w:keepNext w:val="0"/>
        <w:keepLines/>
        <w:spacing w:after="120" w:line="283" w:lineRule="auto"/>
      </w:pPr>
      <w:r>
        <w:rPr>
          <w:i w:val="0"/>
        </w:rPr>
        <w:t>Archive note. Suki’s voice and Lilly’s layer separate without becoming discordant; clean strings and barbed mist threads coexist around the same rotating scythe. The Art transforms their bond from an emergency that happens to Suki into a dangerous partnership he can choose, direct, and end.</w:t>
      </w:r>
    </w:p>
    <w:p>
      <w:pPr>
        <w:pStyle w:val="Heading2"/>
        <w:keepNext/>
        <w:keepLines/>
      </w:pPr>
      <w:r>
        <w:t>Equipment &amp; Weapon Doctrine</w:t>
      </w:r>
    </w:p>
    <w:p>
      <w:pPr>
        <w:keepNext w:val="0"/>
        <w:keepLines/>
        <w:spacing w:after="120" w:line="283" w:lineRule="auto"/>
      </w:pPr>
      <w:r>
        <w:rPr>
          <w:i w:val="0"/>
        </w:rPr>
        <w:t>Marionette’s Requiem is deliberately oversized. The disproportion makes rotational momentum and area control available to a compact wielder, while light magical balance keeps the shaft responsive. Kinetic siphon captures part of the motion received through parries, impacts, and swings, then returns it through a later vault, hook, or cut.</w:t>
      </w:r>
    </w:p>
    <w:p>
      <w:pPr>
        <w:keepNext w:val="0"/>
        <w:keepLines/>
        <w:spacing w:after="120" w:line="283" w:lineRule="auto"/>
      </w:pPr>
      <w:r>
        <w:rPr>
          <w:i w:val="0"/>
        </w:rPr>
        <w:t>The Gray Bell is less ordinary equipment than Lilly’s anchor and warning sign. It can be heard when no physical bell should be present and may remain as a phantom after possession. Household protocol treats unexpected bell tones, chemical smells, restraints, or memory gaps as medical and spiritual warnings, not theatrics.</w:t>
      </w:r>
    </w:p>
    <w:p>
      <w:pPr>
        <w:keepNext w:val="0"/>
        <w:keepLines/>
        <w:spacing w:after="120" w:line="283" w:lineRule="auto"/>
      </w:pPr>
      <w:r>
        <w:rPr>
          <w:i w:val="0"/>
        </w:rPr>
        <w:t>Suki also maintains scar-cleaning materials, flexible wraps, line-safe body chains, and repair tools as combat necessities. The mundane kit matters because his greatest risks accumulate after survival: exposed tissue, torn joints, nerve strain, dehydration, and possession damage require care long after the battlefield has declared a winner.</w:t>
      </w:r>
    </w:p>
    <w:p>
      <w:pPr>
        <w:pStyle w:val="Heading2"/>
        <w:keepNext/>
        <w:keepLines/>
      </w:pPr>
      <w:r>
        <w:t>Combat Doctrine</w:t>
      </w:r>
    </w:p>
    <w:p>
      <w:pPr>
        <w:keepNext w:val="0"/>
        <w:keepLines/>
        <w:spacing w:after="120" w:line="283" w:lineRule="auto"/>
      </w:pPr>
      <w:r>
        <w:rPr>
          <w:i w:val="0"/>
        </w:rPr>
        <w:t>Suki begins with contact. A fingertip, paw, scythe hook, thrown filament, or shaft strike establishes a future decision point. He does not need immediate total control. A line on the correct wrist or ankle can remain dormant until the opponent commits to the move that matters.</w:t>
      </w:r>
    </w:p>
    <w:p>
      <w:pPr>
        <w:keepNext w:val="0"/>
        <w:keepLines/>
        <w:spacing w:after="120" w:line="283" w:lineRule="auto"/>
      </w:pPr>
      <w:r>
        <w:rPr>
          <w:i w:val="0"/>
        </w:rPr>
        <w:t>He fights as a skirmisher around the scythe’s rotational geometry. Sweeps discourage approach, hooks create anchors, vaults relocate him, and kinetic siphon prevents every defensive contact from being a pure loss. Strings connect the arcs into later redirection. The visible blade teaches the opponent to watch the wrong threat.</w:t>
      </w:r>
    </w:p>
    <w:p>
      <w:pPr>
        <w:keepNext w:val="0"/>
        <w:keepLines/>
        <w:spacing w:after="120" w:line="283" w:lineRule="auto"/>
      </w:pPr>
      <w:r>
        <w:rPr>
          <w:i w:val="0"/>
        </w:rPr>
        <w:t>Against controllers, captors, and restraints, severance takes priority over damage. He identifies whether the line belongs to a mechanism, spell, soul, command, or body before cutting. Elara helps with authority, Theo with retrieval, Lucius with anchors, and Kurnoma with the physical repair required when liberation itself causes injury.</w:t>
      </w:r>
    </w:p>
    <w:p>
      <w:pPr>
        <w:keepNext w:val="0"/>
        <w:keepLines/>
        <w:spacing w:after="120" w:line="283" w:lineRule="auto"/>
      </w:pPr>
      <w:r>
        <w:rPr>
          <w:i w:val="0"/>
        </w:rPr>
        <w:t>If Suki collapses, Lilly may take over. The ideal adult protocol is not to celebrate the power spike. Allies identify themselves, restore sensory truth, open a retreat route, and prevent the spirit from spending the host body to win an already survivable fight. In the conscious Art, Suki gives those instructions from inside the same skin.</w:t>
      </w:r>
    </w:p>
    <w:p>
      <w:pPr>
        <w:pStyle w:val="Heading2"/>
        <w:keepNext/>
        <w:keepLines/>
      </w:pPr>
      <w:r>
        <w:t>Strengths, Limits &amp; Counterplay</w:t>
      </w:r>
    </w:p>
    <w:p>
      <w:pPr>
        <w:keepNext w:val="0"/>
        <w:keepLines/>
        <w:spacing w:after="120" w:line="283" w:lineRule="auto"/>
      </w:pPr>
      <w:r>
        <w:rPr>
          <w:i w:val="0"/>
        </w:rPr>
        <w:t>Suki excels at contact-based control, motion interruption, rescue tethering, severance, anti-possession work, unconventional scythe geometry, and fighting effectively while underestimated. His partnership with Lilly creates a second operational state that can preserve life after ordinary incapacitation.</w:t>
      </w:r>
    </w:p>
    <w:p>
      <w:pPr>
        <w:keepNext w:val="0"/>
        <w:keepLines/>
        <w:spacing w:after="120" w:line="283" w:lineRule="auto"/>
      </w:pPr>
      <w:r>
        <w:rPr>
          <w:i w:val="0"/>
        </w:rPr>
        <w:t>His limits are reach before contact, finite attention, string vulnerability, unknown anatomy, high-strength resistance, joint and nerve load, chemical or sensory attacks, traumatic misidentification, possession damage, and the risk that Lilly will solve immediate danger by destroying the body’s future capacity.</w:t>
      </w:r>
    </w:p>
    <w:p>
      <w:pPr>
        <w:keepNext w:val="0"/>
        <w:keepLines/>
        <w:spacing w:after="120" w:line="283" w:lineRule="auto"/>
      </w:pPr>
      <w:r>
        <w:rPr>
          <w:i w:val="0"/>
        </w:rPr>
        <w:t>His deepest counter is anyone who reframes care as ownership. Suki has survived too much bodily control to accept a safe cage. The household protects him best by giving accurate information, choices, release conditions, and care that remains available even after he says no.</w:t>
      </w:r>
    </w:p>
    <w:p>
      <w:pPr>
        <w:pStyle w:val="Heading2"/>
        <w:keepNext/>
        <w:keepLines/>
      </w:pPr>
      <w:r>
        <w:t>Relationship Ledger</w:t>
      </w:r>
    </w:p>
    <w:p>
      <w:pPr>
        <w:pStyle w:val="Heading3"/>
        <w:keepNext/>
        <w:keepLines/>
      </w:pPr>
      <w:r>
        <w:t>Suki &amp; Lady Luck</w:t>
      </w:r>
    </w:p>
    <w:p>
      <w:pPr>
        <w:keepNext w:val="0"/>
        <w:keepLines/>
        <w:spacing w:after="120" w:line="283" w:lineRule="auto"/>
      </w:pPr>
      <w:r>
        <w:rPr>
          <w:i w:val="0"/>
        </w:rPr>
        <w:t>Kurnoma claimed Suki as family, forged Marionette’s Requiem, supported scar care, and trusted him with the triplets after Darius left.</w:t>
      </w:r>
    </w:p>
    <w:p>
      <w:pPr>
        <w:keepNext w:val="0"/>
        <w:keepLines/>
        <w:spacing w:after="120" w:line="283" w:lineRule="auto"/>
      </w:pPr>
      <w:r>
        <w:rPr>
          <w:i w:val="0"/>
        </w:rPr>
        <w:t>The bond is strongest when Kurnoma offers care and boundaries without making belonging conditional on obedience or conventionality. The relationship becomes difficult when maternal protectiveness turns scars, gender, Lilly, or possession risk into reasons to deny adult agency.</w:t>
      </w:r>
    </w:p>
    <w:p>
      <w:pPr>
        <w:pStyle w:val="Heading3"/>
        <w:keepNext/>
        <w:keepLines/>
      </w:pPr>
      <w:r>
        <w:t>Suki &amp; Darius</w:t>
      </w:r>
    </w:p>
    <w:p>
      <w:pPr>
        <w:keepNext w:val="0"/>
        <w:keepLines/>
        <w:spacing w:after="120" w:line="283" w:lineRule="auto"/>
      </w:pPr>
      <w:r>
        <w:rPr>
          <w:i w:val="0"/>
        </w:rPr>
        <w:t>Darius belongs to the household history Suki helped carry after the man left. Suki knew the labor of the absence more directly than the triplets did.</w:t>
      </w:r>
    </w:p>
    <w:p>
      <w:pPr>
        <w:keepNext w:val="0"/>
        <w:keepLines/>
        <w:spacing w:after="120" w:line="283" w:lineRule="auto"/>
      </w:pPr>
      <w:r>
        <w:rPr>
          <w:i w:val="0"/>
        </w:rPr>
        <w:t>The bond is strongest when any return acknowledges Suki as Kurnoma’s son and as a person whose history cannot be edited out of the home. The relationship becomes difficult when Darius treats Suki as auxiliary family or questions his authority to protect the children he helped raise.</w:t>
      </w:r>
    </w:p>
    <w:p>
      <w:pPr>
        <w:pStyle w:val="Heading3"/>
        <w:keepNext/>
        <w:keepLines/>
      </w:pPr>
      <w:r>
        <w:t>Suki &amp; Kumoko</w:t>
      </w:r>
    </w:p>
    <w:p>
      <w:pPr>
        <w:keepNext w:val="0"/>
        <w:keepLines/>
        <w:spacing w:after="120" w:line="283" w:lineRule="auto"/>
      </w:pPr>
      <w:r>
        <w:rPr>
          <w:i w:val="0"/>
        </w:rPr>
        <w:t>Kumoko grew up with Suki as an older-sibling presence and treats his identity as ordinary truth. Wild constructs create anchors and hazards for his strings.</w:t>
      </w:r>
    </w:p>
    <w:p>
      <w:pPr>
        <w:keepNext w:val="0"/>
        <w:keepLines/>
        <w:spacing w:after="120" w:line="283" w:lineRule="auto"/>
      </w:pPr>
      <w:r>
        <w:rPr>
          <w:i w:val="0"/>
        </w:rPr>
        <w:t>The bond is strongest when experiments establish signal, consent, and a clean severance route before anyone says ‘watch this.’ The relationship becomes difficult when her reckless motion tangles lines or she jokes about sensitive trauma cues.</w:t>
      </w:r>
    </w:p>
    <w:p>
      <w:pPr>
        <w:pStyle w:val="Heading3"/>
        <w:keepNext/>
        <w:keepLines/>
      </w:pPr>
      <w:r>
        <w:t>Suki &amp; Lucius</w:t>
      </w:r>
    </w:p>
    <w:p>
      <w:pPr>
        <w:keepNext w:val="0"/>
        <w:keepLines/>
        <w:spacing w:after="120" w:line="283" w:lineRule="auto"/>
      </w:pPr>
      <w:r>
        <w:rPr>
          <w:i w:val="0"/>
        </w:rPr>
        <w:t>Lucius supplies stable anchor points and receives redirected attackers; Suki can pull him free when delayed strain releases.</w:t>
      </w:r>
    </w:p>
    <w:p>
      <w:pPr>
        <w:keepNext w:val="0"/>
        <w:keepLines/>
        <w:spacing w:after="120" w:line="283" w:lineRule="auto"/>
      </w:pPr>
      <w:r>
        <w:rPr>
          <w:i w:val="0"/>
        </w:rPr>
        <w:t>The bond is strongest when each protects the other in the form requested rather than the form that feels most heroic. The relationship becomes difficult when Lucius overprotects him because of size and scars or Suki interprets every shield as pity.</w:t>
      </w:r>
    </w:p>
    <w:p>
      <w:pPr>
        <w:pStyle w:val="Heading3"/>
        <w:keepNext/>
        <w:keepLines/>
      </w:pPr>
      <w:r>
        <w:t>Suki &amp; Elara</w:t>
      </w:r>
    </w:p>
    <w:p>
      <w:pPr>
        <w:keepNext w:val="0"/>
        <w:keepLines/>
        <w:spacing w:after="120" w:line="283" w:lineRule="auto"/>
      </w:pPr>
      <w:r>
        <w:rPr>
          <w:i w:val="0"/>
        </w:rPr>
        <w:t>Elara and Suki both understand control as a moral injury as well as a tactic. Her claims can expose the structure his strings must cut.</w:t>
      </w:r>
    </w:p>
    <w:p>
      <w:pPr>
        <w:keepNext w:val="0"/>
        <w:keepLines/>
        <w:spacing w:after="120" w:line="283" w:lineRule="auto"/>
      </w:pPr>
      <w:r>
        <w:rPr>
          <w:i w:val="0"/>
        </w:rPr>
        <w:t>The bond is strongest when they declare authority boundaries and preserve emergency release clauses before sharing a target. The relationship becomes difficult when Silent Dominion contests Lilly or Puppeteer without consent.</w:t>
      </w:r>
    </w:p>
    <w:p>
      <w:pPr>
        <w:pStyle w:val="Heading3"/>
        <w:keepNext/>
        <w:keepLines/>
      </w:pPr>
      <w:r>
        <w:t>Suki &amp; Theo</w:t>
      </w:r>
    </w:p>
    <w:p>
      <w:pPr>
        <w:keepNext w:val="0"/>
        <w:keepLines/>
        <w:spacing w:after="120" w:line="283" w:lineRule="auto"/>
      </w:pPr>
      <w:r>
        <w:rPr>
          <w:i w:val="0"/>
        </w:rPr>
        <w:t>Theo is the younger brother to whom Suki became a safe older-sibling figure. Both were claimed into the Rawibari home rather than born there.</w:t>
      </w:r>
    </w:p>
    <w:p>
      <w:pPr>
        <w:keepNext w:val="0"/>
        <w:keepLines/>
        <w:spacing w:after="120" w:line="283" w:lineRule="auto"/>
      </w:pPr>
      <w:r>
        <w:rPr>
          <w:i w:val="0"/>
        </w:rPr>
        <w:t>The bond is strongest when they offer routes rather than cages: a line back, food, a blanket, and the right to choose the pace. The relationship becomes difficult when Suki’s rescue instinct becomes another command Theo must obey, or Theo hides distress to avoid burdening him.</w:t>
      </w:r>
    </w:p>
    <w:p>
      <w:pPr>
        <w:pStyle w:val="Heading3"/>
        <w:keepNext/>
        <w:keepLines/>
      </w:pPr>
      <w:r>
        <w:t>Suki &amp; Venus</w:t>
      </w:r>
    </w:p>
    <w:p>
      <w:pPr>
        <w:keepNext w:val="0"/>
        <w:keepLines/>
        <w:spacing w:after="120" w:line="283" w:lineRule="auto"/>
      </w:pPr>
      <w:r>
        <w:rPr>
          <w:i w:val="0"/>
        </w:rPr>
        <w:t>Vivi can enter dream and memory spaces where Lilly’s trauma repeats, while Suki can anchor her dream constructs with physical strings.</w:t>
      </w:r>
    </w:p>
    <w:p>
      <w:pPr>
        <w:keepNext w:val="0"/>
        <w:keepLines/>
        <w:spacing w:after="120" w:line="283" w:lineRule="auto"/>
      </w:pPr>
      <w:r>
        <w:rPr>
          <w:i w:val="0"/>
        </w:rPr>
        <w:t>The bond is strongest when Venus receives permission from Suki and Lilly separately and marks every exit before entering the dream. The relationship becomes difficult when dreamwalking touches Lilly’s death memory without both souls’ consent.</w:t>
      </w:r>
    </w:p>
    <w:p>
      <w:pPr>
        <w:pStyle w:val="Heading2"/>
        <w:keepNext/>
        <w:keepLines/>
      </w:pPr>
      <w:r>
        <w:t>Key History</w:t>
      </w:r>
    </w:p>
    <w:p>
      <w:pPr>
        <w:keepNext w:val="0"/>
        <w:keepLines/>
        <w:spacing w:after="140"/>
        <w:ind w:left="259" w:hanging="259"/>
      </w:pPr>
      <w:r>
        <w:rPr>
          <w:b/>
          <w:color w:val="5B2C83"/>
        </w:rPr>
        <w:t xml:space="preserve">Names &amp; Identity — </w:t>
      </w:r>
      <w:r>
        <w:t>Suki has also been known as Ruby and Gaby. The current name is Suki; he is a trans man who uses he/him pronouns.</w:t>
      </w:r>
    </w:p>
    <w:p>
      <w:pPr>
        <w:keepNext w:val="0"/>
        <w:keepLines/>
        <w:spacing w:after="140"/>
        <w:ind w:left="259" w:hanging="259"/>
      </w:pPr>
      <w:r>
        <w:rPr>
          <w:b/>
          <w:color w:val="5B2C83"/>
        </w:rPr>
        <w:t xml:space="preserve">Claimed Family — </w:t>
      </w:r>
      <w:r>
        <w:t>Kurnoma claimed him as a Rawibari child. He later helped care for Lucius, Kumoko, and Elara after Darius’s departure.</w:t>
      </w:r>
    </w:p>
    <w:p>
      <w:pPr>
        <w:keepNext w:val="0"/>
        <w:keepLines/>
        <w:spacing w:after="140"/>
        <w:ind w:left="259" w:hanging="259"/>
      </w:pPr>
      <w:r>
        <w:rPr>
          <w:b/>
          <w:color w:val="5B2C83"/>
        </w:rPr>
        <w:t xml:space="preserve">Lilly’s Death — </w:t>
      </w:r>
      <w:r>
        <w:t>During a chemical release that dulled alarms and corrupted perception, Suki mistook his wolf-hybrid friend and crush Lilly for a guard and killed her.</w:t>
      </w:r>
    </w:p>
    <w:p>
      <w:pPr>
        <w:keepNext w:val="0"/>
        <w:keepLines/>
        <w:spacing w:after="140"/>
        <w:ind w:left="259" w:hanging="259"/>
      </w:pPr>
      <w:r>
        <w:rPr>
          <w:b/>
          <w:color w:val="5B2C83"/>
        </w:rPr>
        <w:t xml:space="preserve">The Gray Bell — </w:t>
      </w:r>
      <w:r>
        <w:t>Lilly returned as a Vengeful Spirit anchored to the Gray Bell, possessing Suki during grave danger and protecting him with ruthless disregard for bodily cost.</w:t>
      </w:r>
    </w:p>
    <w:p>
      <w:pPr>
        <w:keepNext w:val="0"/>
        <w:keepLines/>
        <w:spacing w:after="140"/>
        <w:ind w:left="259" w:hanging="259"/>
      </w:pPr>
      <w:r>
        <w:rPr>
          <w:b/>
          <w:color w:val="5B2C83"/>
        </w:rPr>
        <w:t xml:space="preserve">Marionette’s Requiem — </w:t>
      </w:r>
      <w:r>
        <w:t>Kurnoma forged the oversized scythe around Puppeteer, kinetic siphon, and Thread Resonance. Its canonical private True Name remains unissued.</w:t>
      </w:r>
    </w:p>
    <w:p>
      <w:pPr>
        <w:keepNext w:val="0"/>
        <w:keepLines/>
        <w:spacing w:after="140"/>
        <w:ind w:left="259" w:hanging="259"/>
      </w:pPr>
      <w:r>
        <w:rPr>
          <w:b/>
          <w:color w:val="5B2C83"/>
        </w:rPr>
        <w:t xml:space="preserve">Last Wager — </w:t>
      </w:r>
      <w:r>
        <w:t>Kurnoma’s apparent death evolved the scythe into Unbound Choir and raised Suki from B-Rank baseline to temporary S-Rank severance performance.</w:t>
      </w:r>
    </w:p>
    <w:p>
      <w:pPr>
        <w:keepNext w:val="0"/>
        <w:keepLines/>
        <w:spacing w:after="140"/>
        <w:ind w:left="259" w:hanging="259"/>
      </w:pPr>
      <w:r>
        <w:rPr>
          <w:b/>
          <w:color w:val="5B2C83"/>
        </w:rPr>
        <w:t xml:space="preserve">Two Souls — </w:t>
      </w:r>
      <w:r>
        <w:t>Suki later developed a conscious dual-soul Awakening Art, choosing cooperation with Lilly instead of waiting for incapacity to surrender control.</w:t>
      </w:r>
    </w:p>
    <w:p>
      <w:pPr>
        <w:pStyle w:val="Heading2"/>
        <w:keepNext/>
        <w:keepLines/>
      </w:pPr>
      <w:r>
        <w:t>Voice Archive</w:t>
      </w:r>
    </w:p>
    <w:p>
      <w:pPr>
        <w:pStyle w:val="Quote"/>
        <w:shd w:fill="F1EAF6"/>
        <w:keepNext w:val="0"/>
        <w:keepLines/>
        <w:pBdr>
          <w:top w:val="single" w:sz="10" w:space="5" w:color="78D6B6"/>
          <w:bottom w:val="single" w:sz="10" w:space="5" w:color="78D6B6"/>
        </w:pBdr>
      </w:pPr>
      <w:r>
        <w:t>“He/him. Suki. The scar is not a voting member of this conversation.” — Suki</w:t>
      </w:r>
    </w:p>
    <w:p>
      <w:pPr>
        <w:pStyle w:val="Quote"/>
        <w:shd w:fill="F1EAF6"/>
        <w:keepNext w:val="0"/>
        <w:keepLines/>
        <w:pBdr>
          <w:top w:val="single" w:sz="10" w:space="5" w:color="78D6B6"/>
          <w:bottom w:val="single" w:sz="10" w:space="5" w:color="78D6B6"/>
        </w:pBdr>
      </w:pPr>
      <w:r>
        <w:t>“You are caught. That is not the same thing as helpless. Decide carefully which one I need you to be.” — Suki</w:t>
      </w:r>
    </w:p>
    <w:p>
      <w:pPr>
        <w:pStyle w:val="Quote"/>
        <w:shd w:fill="F1EAF6"/>
        <w:keepNext w:val="0"/>
        <w:keepLines/>
        <w:pBdr>
          <w:top w:val="single" w:sz="10" w:space="5" w:color="78D6B6"/>
          <w:bottom w:val="single" w:sz="10" w:space="5" w:color="78D6B6"/>
        </w:pBdr>
      </w:pPr>
      <w:r>
        <w:t>“Lilly, I am opening the door. You take the legs. I take the strings. We leave when I say leave.” — Suki</w:t>
      </w:r>
    </w:p>
    <w:p>
      <w:pPr>
        <w:pStyle w:val="Quote"/>
        <w:shd w:fill="F1EAF6"/>
        <w:keepNext w:val="0"/>
        <w:keepLines/>
        <w:pBdr>
          <w:top w:val="single" w:sz="10" w:space="5" w:color="78D6B6"/>
          <w:bottom w:val="single" w:sz="10" w:space="5" w:color="78D6B6"/>
        </w:pBdr>
      </w:pPr>
      <w:r>
        <w:t>“Being saved does not make my body community property.” — Suki</w:t>
      </w:r>
    </w:p>
    <w:p>
      <w:pPr>
        <w:pStyle w:val="Heading2"/>
        <w:keepNext/>
        <w:keepLines/>
      </w:pPr>
      <w:r>
        <w:t>Registry Verdict</w:t>
      </w:r>
    </w:p>
    <w:p>
      <w:pPr>
        <w:keepNext w:val="0"/>
        <w:keepLines/>
        <w:spacing w:after="120" w:line="283" w:lineRule="auto"/>
      </w:pPr>
      <w:r>
        <w:rPr>
          <w:i w:val="0"/>
        </w:rPr>
        <w:t>Suki is a B-Rank control specialist whose threat cannot be reduced to rank arithmetic. Puppeteer changes decisive motions, Marionette’s Requiem turns movement into a network, and Lilly can keep the body fighting after ordinary defeat. Under Last Wager, that network briefly reaches S-Rank authority.</w:t>
      </w:r>
    </w:p>
    <w:p>
      <w:pPr>
        <w:keepNext w:val="0"/>
        <w:keepLines/>
        <w:spacing w:after="120" w:line="283" w:lineRule="auto"/>
      </w:pPr>
      <w:r>
        <w:rPr>
          <w:i w:val="0"/>
        </w:rPr>
        <w:t>His ultimate entry is a study of control reclaimed. Names, gender, scars, strings, possession, family, and the Gray Bell all ask who gets to direct the body. Suki’s answer is not that no one may ever help. It is that help becomes love only when the person being helped remains a person inside it.</w:t>
      </w:r>
    </w:p>
    <w:p>
      <w:pPr>
        <w:sectPr>
          <w:headerReference w:type="default" r:id="rId25"/>
          <w:footerReference w:type="default" r:id="rId26"/>
          <w:pgSz w:w="12240" w:h="15840"/>
          <w:pgMar w:top="1181" w:right="1296" w:bottom="1181" w:left="1296" w:header="547" w:footer="547" w:gutter="0"/>
          <w:cols w:space="720"/>
          <w:docGrid w:linePitch="360"/>
        </w:sectPr>
      </w:pPr>
    </w:p>
    <w:p>
      <w:pPr>
        <w:spacing w:before="80" w:after="240"/>
        <w:jc w:val="center"/>
      </w:pPr>
      <w:r>
        <w:rPr>
          <w:b/>
          <w:color w:val="2E7D69"/>
          <w:sz w:val="20"/>
        </w:rPr>
        <w:t>CHARACTER BLOCK 07</w:t>
      </w:r>
    </w:p>
    <w:p>
      <w:pPr>
        <w:pStyle w:val="Heading1"/>
        <w:keepNext/>
        <w:keepLines/>
      </w:pPr>
      <w:r>
        <w:t>Theo Rawibari</w:t>
      </w:r>
    </w:p>
    <w:p>
      <w:pPr>
        <w:spacing w:after="200"/>
        <w:jc w:val="center"/>
      </w:pPr>
      <w:r>
        <w:rPr>
          <w:b/>
          <w:color w:val="2E7D69"/>
          <w:sz w:val="28"/>
        </w:rPr>
        <w:t>The Homecurrent Hunter · The Hook That Finds Its Way Home</w:t>
      </w:r>
    </w:p>
    <w:tbl>
      <w:tblPr>
        <w:tblStyle w:val="TableGrid"/>
        <w:tblW w:type="dxa" w:w="9360"/>
        <w:jc w:val="left"/>
        <w:tblLayout w:type="fixed"/>
        <w:tblLook w:firstColumn="1" w:firstRow="1" w:lastColumn="0" w:lastRow="0" w:noHBand="0" w:noVBand="1" w:val="04A0"/>
        <w:tblInd w:w="120" w:type="dxa"/>
      </w:tblPr>
      <w:tblGrid>
        <w:gridCol w:w="2500"/>
        <w:gridCol w:w="6860"/>
      </w:tblGrid>
      <w:tr>
        <w:tc>
          <w:tcPr>
            <w:tcW w:type="dxa" w:w="2500"/>
            <w:tcMar>
              <w:top w:w="90" w:type="dxa"/>
              <w:start w:w="120" w:type="dxa"/>
              <w:bottom w:w="90" w:type="dxa"/>
              <w:end w:w="120" w:type="dxa"/>
            </w:tcMar>
            <w:shd w:fill="341447"/>
          </w:tcPr>
          <w:p>
            <w:r>
              <w:rPr>
                <w:b/>
                <w:color w:val="FFFFFF"/>
              </w:rPr>
              <w:t>ACTIVE · B RANK</w:t>
            </w:r>
          </w:p>
        </w:tc>
        <w:tc>
          <w:tcPr>
            <w:tcW w:type="dxa" w:w="6860"/>
            <w:tcMar>
              <w:top w:w="90" w:type="dxa"/>
              <w:start w:w="120" w:type="dxa"/>
              <w:bottom w:w="90" w:type="dxa"/>
              <w:end w:w="120" w:type="dxa"/>
            </w:tcMar>
            <w:shd w:fill="EAF8F3"/>
          </w:tcPr>
          <w:p>
            <w:r>
              <w:rPr>
                <w:b/>
                <w:color w:val="2E7D69"/>
              </w:rPr>
              <w:t>Claimed adult son; aquatic retrieval specialist with temporary S-Rank Last Wager elevation.</w:t>
            </w:r>
          </w:p>
        </w:tc>
      </w:tr>
    </w:tbl>
    <w:p>
      <w:pPr>
        <w:spacing w:after="20"/>
      </w:pPr>
    </w:p>
    <w:tbl>
      <w:tblPr>
        <w:tblStyle w:val="TableGrid"/>
        <w:tblW w:type="dxa" w:w="9360"/>
        <w:jc w:val="left"/>
        <w:tblLayout w:type="fixed"/>
        <w:tblLook w:firstColumn="1" w:firstRow="1" w:lastColumn="0" w:lastRow="0" w:noHBand="0" w:noVBand="1" w:val="04A0"/>
        <w:tblInd w:w="120" w:type="dxa"/>
      </w:tblPr>
      <w:tblGrid>
        <w:gridCol w:w="2700"/>
        <w:gridCol w:w="6660"/>
      </w:tblGrid>
      <w:tr>
        <w:tc>
          <w:tcPr>
            <w:tcW w:type="dxa" w:w="2700"/>
            <w:vAlign w:val="center"/>
            <w:shd w:fill="F1EAF6"/>
            <w:tcMar>
              <w:top w:w="90" w:type="dxa"/>
              <w:start w:w="120" w:type="dxa"/>
              <w:bottom w:w="90" w:type="dxa"/>
              <w:end w:w="120" w:type="dxa"/>
            </w:tcMar>
          </w:tcPr>
          <w:p>
            <w:pPr>
              <w:spacing w:before="0" w:after="0" w:line="240" w:lineRule="auto"/>
            </w:pPr>
            <w:r>
              <w:rPr>
                <w:b/>
                <w:color w:val="341447"/>
              </w:rPr>
              <w:t>Full name</w:t>
            </w:r>
          </w:p>
        </w:tc>
        <w:tc>
          <w:tcPr>
            <w:tcW w:type="dxa" w:w="6660"/>
            <w:vAlign w:val="center"/>
            <w:shd w:fill="FFFFFF"/>
            <w:tcMar>
              <w:top w:w="90" w:type="dxa"/>
              <w:start w:w="120" w:type="dxa"/>
              <w:bottom w:w="90" w:type="dxa"/>
              <w:end w:w="120" w:type="dxa"/>
            </w:tcMar>
          </w:tcPr>
          <w:p>
            <w:pPr>
              <w:spacing w:before="0" w:after="0" w:line="240" w:lineRule="auto"/>
            </w:pPr>
            <w:r>
              <w:t>Theo Rawibari</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Current status</w:t>
            </w:r>
          </w:p>
        </w:tc>
        <w:tc>
          <w:tcPr>
            <w:tcW w:type="dxa" w:w="6660"/>
            <w:vAlign w:val="center"/>
            <w:shd w:fill="F4F2F5"/>
            <w:tcMar>
              <w:top w:w="90" w:type="dxa"/>
              <w:start w:w="120" w:type="dxa"/>
              <w:bottom w:w="90" w:type="dxa"/>
              <w:end w:w="120" w:type="dxa"/>
            </w:tcMar>
          </w:tcPr>
          <w:p>
            <w:pPr>
              <w:spacing w:before="0" w:after="0" w:line="240" w:lineRule="auto"/>
            </w:pPr>
            <w:r>
              <w:t>ACTIVE</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Age</w:t>
            </w:r>
          </w:p>
        </w:tc>
        <w:tc>
          <w:tcPr>
            <w:tcW w:type="dxa" w:w="6660"/>
            <w:vAlign w:val="center"/>
            <w:shd w:fill="FFFFFF"/>
            <w:tcMar>
              <w:top w:w="90" w:type="dxa"/>
              <w:start w:w="120" w:type="dxa"/>
              <w:bottom w:w="90" w:type="dxa"/>
              <w:end w:w="120" w:type="dxa"/>
            </w:tcMar>
          </w:tcPr>
          <w:p>
            <w:pPr>
              <w:spacing w:before="0" w:after="0" w:line="240" w:lineRule="auto"/>
            </w:pPr>
            <w:r>
              <w:t>32</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Current height</w:t>
            </w:r>
          </w:p>
        </w:tc>
        <w:tc>
          <w:tcPr>
            <w:tcW w:type="dxa" w:w="6660"/>
            <w:vAlign w:val="center"/>
            <w:shd w:fill="F4F2F5"/>
            <w:tcMar>
              <w:top w:w="90" w:type="dxa"/>
              <w:start w:w="120" w:type="dxa"/>
              <w:bottom w:w="90" w:type="dxa"/>
              <w:end w:w="120" w:type="dxa"/>
            </w:tcMar>
          </w:tcPr>
          <w:p>
            <w:pPr>
              <w:spacing w:before="0" w:after="0" w:line="240" w:lineRule="auto"/>
            </w:pPr>
            <w:r>
              <w:t>Exact mature height unissued; later reference shows a tall adult build</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Species</w:t>
            </w:r>
          </w:p>
        </w:tc>
        <w:tc>
          <w:tcPr>
            <w:tcW w:type="dxa" w:w="6660"/>
            <w:vAlign w:val="center"/>
            <w:shd w:fill="FFFFFF"/>
            <w:tcMar>
              <w:top w:w="90" w:type="dxa"/>
              <w:start w:w="120" w:type="dxa"/>
              <w:bottom w:w="90" w:type="dxa"/>
              <w:end w:w="120" w:type="dxa"/>
            </w:tcMar>
          </w:tcPr>
          <w:p>
            <w:pPr>
              <w:spacing w:before="0" w:after="0" w:line="240" w:lineRule="auto"/>
            </w:pPr>
            <w:r>
              <w:t>Tiger shark / human hybrid</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Current rank</w:t>
            </w:r>
          </w:p>
        </w:tc>
        <w:tc>
          <w:tcPr>
            <w:tcW w:type="dxa" w:w="6660"/>
            <w:vAlign w:val="center"/>
            <w:shd w:fill="F4F2F5"/>
            <w:tcMar>
              <w:top w:w="90" w:type="dxa"/>
              <w:start w:w="120" w:type="dxa"/>
              <w:bottom w:w="90" w:type="dxa"/>
              <w:end w:w="120" w:type="dxa"/>
            </w:tcMar>
          </w:tcPr>
          <w:p>
            <w:pPr>
              <w:spacing w:before="0" w:after="0" w:line="240" w:lineRule="auto"/>
            </w:pPr>
            <w:r>
              <w:t>B Rank; temporary S Rank under Last Wager</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Primary role</w:t>
            </w:r>
          </w:p>
        </w:tc>
        <w:tc>
          <w:tcPr>
            <w:tcW w:type="dxa" w:w="6660"/>
            <w:vAlign w:val="center"/>
            <w:shd w:fill="FFFFFF"/>
            <w:tcMar>
              <w:top w:w="90" w:type="dxa"/>
              <w:start w:w="120" w:type="dxa"/>
              <w:bottom w:w="90" w:type="dxa"/>
              <w:end w:w="120" w:type="dxa"/>
            </w:tcMar>
          </w:tcPr>
          <w:p>
            <w:pPr>
              <w:spacing w:before="0" w:after="0" w:line="240" w:lineRule="auto"/>
            </w:pPr>
            <w:r>
              <w:t>Aquatic hunter, retrieval specialist, route-maker</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Family position</w:t>
            </w:r>
          </w:p>
        </w:tc>
        <w:tc>
          <w:tcPr>
            <w:tcW w:type="dxa" w:w="6660"/>
            <w:vAlign w:val="center"/>
            <w:shd w:fill="F4F2F5"/>
            <w:tcMar>
              <w:top w:w="90" w:type="dxa"/>
              <w:start w:w="120" w:type="dxa"/>
              <w:bottom w:w="90" w:type="dxa"/>
              <w:end w:w="120" w:type="dxa"/>
            </w:tcMar>
          </w:tcPr>
          <w:p>
            <w:pPr>
              <w:spacing w:before="0" w:after="0" w:line="240" w:lineRule="auto"/>
            </w:pPr>
            <w:r>
              <w:t>Claimed Rawibari son; younger-brother bond with Suki</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Bloodline Art</w:t>
            </w:r>
          </w:p>
        </w:tc>
        <w:tc>
          <w:tcPr>
            <w:tcW w:type="dxa" w:w="6660"/>
            <w:vAlign w:val="center"/>
            <w:shd w:fill="FFFFFF"/>
            <w:tcMar>
              <w:top w:w="90" w:type="dxa"/>
              <w:start w:w="120" w:type="dxa"/>
              <w:bottom w:w="90" w:type="dxa"/>
              <w:end w:w="120" w:type="dxa"/>
            </w:tcMar>
          </w:tcPr>
          <w:p>
            <w:pPr>
              <w:spacing w:before="0" w:after="0" w:line="240" w:lineRule="auto"/>
            </w:pPr>
            <w:r>
              <w:t>Shark Life</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Magic</w:t>
            </w:r>
          </w:p>
        </w:tc>
        <w:tc>
          <w:tcPr>
            <w:tcW w:type="dxa" w:w="6660"/>
            <w:vAlign w:val="center"/>
            <w:shd w:fill="F4F2F5"/>
            <w:tcMar>
              <w:top w:w="90" w:type="dxa"/>
              <w:start w:w="120" w:type="dxa"/>
              <w:bottom w:w="90" w:type="dxa"/>
              <w:end w:w="120" w:type="dxa"/>
            </w:tcMar>
          </w:tcPr>
          <w:p>
            <w:pPr>
              <w:spacing w:before="0" w:after="0" w:line="240" w:lineRule="auto"/>
            </w:pPr>
            <w:r>
              <w:t>Water, Mist, Ice, Sensory/Trace; situational Shadow</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Weapon Arts</w:t>
            </w:r>
          </w:p>
        </w:tc>
        <w:tc>
          <w:tcPr>
            <w:tcW w:type="dxa" w:w="6660"/>
            <w:vAlign w:val="center"/>
            <w:shd w:fill="FFFFFF"/>
            <w:tcMar>
              <w:top w:w="90" w:type="dxa"/>
              <w:start w:w="120" w:type="dxa"/>
              <w:bottom w:w="90" w:type="dxa"/>
              <w:end w:w="120" w:type="dxa"/>
            </w:tcMar>
          </w:tcPr>
          <w:p>
            <w:pPr>
              <w:spacing w:before="0" w:after="0" w:line="240" w:lineRule="auto"/>
            </w:pPr>
            <w:r>
              <w:t>Flow, Speed, Precision, Counter, Tide-Step</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Mythic weapon</w:t>
            </w:r>
          </w:p>
        </w:tc>
        <w:tc>
          <w:tcPr>
            <w:tcW w:type="dxa" w:w="6660"/>
            <w:vAlign w:val="center"/>
            <w:shd w:fill="F4F2F5"/>
            <w:tcMar>
              <w:top w:w="90" w:type="dxa"/>
              <w:start w:w="120" w:type="dxa"/>
              <w:bottom w:w="90" w:type="dxa"/>
              <w:end w:w="120" w:type="dxa"/>
            </w:tcMar>
          </w:tcPr>
          <w:p>
            <w:pPr>
              <w:spacing w:before="0" w:after="0" w:line="240" w:lineRule="auto"/>
            </w:pPr>
            <w:r>
              <w:t>Tidehook Promise — spear, harpoon, retrieval hook</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True Name</w:t>
            </w:r>
          </w:p>
        </w:tc>
        <w:tc>
          <w:tcPr>
            <w:tcW w:type="dxa" w:w="6660"/>
            <w:vAlign w:val="center"/>
            <w:shd w:fill="FFFFFF"/>
            <w:tcMar>
              <w:top w:w="90" w:type="dxa"/>
              <w:start w:w="120" w:type="dxa"/>
              <w:bottom w:w="90" w:type="dxa"/>
              <w:end w:w="120" w:type="dxa"/>
            </w:tcMar>
          </w:tcPr>
          <w:p>
            <w:pPr>
              <w:spacing w:before="0" w:after="0" w:line="240" w:lineRule="auto"/>
            </w:pPr>
            <w:r>
              <w:t>Osha-Keir Thalen — ‘The Hook That Finds Its Way Home’</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Last Wager form</w:t>
            </w:r>
          </w:p>
        </w:tc>
        <w:tc>
          <w:tcPr>
            <w:tcW w:type="dxa" w:w="6660"/>
            <w:vAlign w:val="center"/>
            <w:shd w:fill="F4F2F5"/>
            <w:tcMar>
              <w:top w:w="90" w:type="dxa"/>
              <w:start w:w="120" w:type="dxa"/>
              <w:bottom w:w="90" w:type="dxa"/>
              <w:end w:w="120" w:type="dxa"/>
            </w:tcMar>
          </w:tcPr>
          <w:p>
            <w:pPr>
              <w:spacing w:before="0" w:after="0" w:line="240" w:lineRule="auto"/>
            </w:pPr>
            <w:r>
              <w:t>Tidehook Promise: Homecurrent Fang</w:t>
            </w:r>
          </w:p>
        </w:tc>
      </w:tr>
    </w:tbl>
    <w:p>
      <w:pPr>
        <w:spacing w:after="20"/>
      </w:pPr>
    </w:p>
    <w:p>
      <w:pPr>
        <w:pStyle w:val="Heading2"/>
        <w:keepNext/>
        <w:keepLines/>
      </w:pPr>
      <w:r>
        <w:t>Databook Thesis</w:t>
      </w:r>
    </w:p>
    <w:p>
      <w:pPr>
        <w:keepNext w:val="0"/>
        <w:keepLines/>
        <w:spacing w:after="120" w:line="283" w:lineRule="auto"/>
      </w:pPr>
      <w:r>
        <w:rPr>
          <w:i w:val="0"/>
        </w:rPr>
        <w:t>Theo is the Rawibari son whose idea of power begins with a return route. Kurnoma found him scavenging on a beach and did not demand a heroic explanation before offering food, blankets, shelter, and a name that could become home. His adult doctrine preserves that first grammar. Water is a path before it is a weapon. A line exists to bring someone back before it exists to drag an enemy under. Tidehook Promise can pierce, anchor, retrieve, and kill, but its True Name identifies the function that matters most: Osha-Keir Thalen, the hook that finds its way home.</w:t>
      </w:r>
    </w:p>
    <w:p>
      <w:pPr>
        <w:keepNext w:val="0"/>
        <w:keepLines/>
        <w:spacing w:after="120" w:line="283" w:lineRule="auto"/>
      </w:pPr>
      <w:r>
        <w:rPr>
          <w:i w:val="0"/>
        </w:rPr>
        <w:t>At thirty-two Theo is mature, quiet, guarded, and physically transformed from the fragile youth presentation preserved in older records. The current visual reference shows a tall athletic swimmer with broad shoulders, a powerful back, lean waist, strong limbs, a muscular tiger-shark tail, dorsal ridge, and visible neck gills. Because that reference does not issue a new numeric height, this ledger rejects the temptation to carry the old 5-foot-3-and-a-half youth measurement into adulthood. The number is unissued. The mature body is not.</w:t>
      </w:r>
    </w:p>
    <w:p>
      <w:pPr>
        <w:keepNext w:val="0"/>
        <w:keepLines/>
        <w:spacing w:after="120" w:line="283" w:lineRule="auto"/>
      </w:pPr>
      <w:r>
        <w:rPr>
          <w:i w:val="0"/>
        </w:rPr>
        <w:t>His B Rank is terrain-sensitive rather than a verdict on courage. In water, Shark Life grants a full tiger-shark form, superior vision, smell, current sense, speed, and predatory confidence at modest transformation cost. On land his vision is poorer, anxiety rises, gills become a severe vulnerability, and much of his best movement requires creating water first. Last Wager can raise him temporarily to S Rank as Homecurrent Fang. His self-authored Awakening Art goes further: it tells one condemned target that the world above the water no longer guarantees a surface.</w:t>
      </w:r>
    </w:p>
    <w:p>
      <w:pPr>
        <w:pStyle w:val="Quote"/>
        <w:shd w:fill="F1EAF6"/>
        <w:keepNext w:val="0"/>
        <w:keepLines/>
        <w:pBdr>
          <w:top w:val="single" w:sz="10" w:space="5" w:color="78D6B6"/>
          <w:bottom w:val="single" w:sz="10" w:space="5" w:color="78D6B6"/>
        </w:pBdr>
      </w:pPr>
      <w:r>
        <w:t>“A way out and a way home are not always the same current. I make both.” — Theo</w:t>
      </w:r>
    </w:p>
    <w:p>
      <w:pPr>
        <w:pStyle w:val="Heading2"/>
        <w:keepNext/>
        <w:keepLines/>
      </w:pPr>
      <w:r>
        <w:t>Appearance &amp; Silhouette</w:t>
      </w:r>
    </w:p>
    <w:p>
      <w:pPr>
        <w:keepNext w:val="0"/>
        <w:keepLines/>
        <w:spacing w:after="120" w:line="283" w:lineRule="auto"/>
      </w:pPr>
      <w:r>
        <w:rPr>
          <w:i w:val="0"/>
        </w:rPr>
        <w:t>Theo’s current adult reference presents a tall, broad-shouldered aquatic athlete with a powerful back, lean waist, and long, functional limbs. The build is swimmer-made rather than bodybuilder-shaped: dense shoulders, strong lats, flexible torso, and enough lower-body power to coordinate with a heavy tail. The archive supplies no mature numeric height, so visual scale is described without inventing measurement.</w:t>
      </w:r>
    </w:p>
    <w:p>
      <w:pPr>
        <w:keepNext w:val="0"/>
        <w:keepLines/>
        <w:spacing w:after="120" w:line="283" w:lineRule="auto"/>
      </w:pPr>
      <w:r>
        <w:rPr>
          <w:i w:val="0"/>
        </w:rPr>
        <w:t>His skin is a cool medium brown in the current design. Gray-blue tiger-shark markings cross the body as horizontal bands and broken stripes, strongest around shoulders, torso, tail, and aquatic structures. The pattern reads natural and directional, making movement through water look faster because the stripes appear to slide past one another.</w:t>
      </w:r>
    </w:p>
    <w:p>
      <w:pPr>
        <w:keepNext w:val="0"/>
        <w:keepLines/>
        <w:spacing w:after="120" w:line="283" w:lineRule="auto"/>
      </w:pPr>
      <w:r>
        <w:rPr>
          <w:i w:val="0"/>
        </w:rPr>
        <w:t>A large muscular shark tail extends behind him, accompanied by a dorsal fin or ridge and functional gills at the neck. The tail is not ornamental. It supplies propulsion, turning authority, counterbalance, and close-range impact. The gills are equally functional and far more vulnerable: light contact can be ticklish or startling, rough contact is painful, severe land injury can become extreme, and major damage in water can be fatal.</w:t>
      </w:r>
    </w:p>
    <w:p>
      <w:pPr>
        <w:keepNext w:val="0"/>
        <w:keepLines/>
        <w:spacing w:after="120" w:line="283" w:lineRule="auto"/>
      </w:pPr>
      <w:r>
        <w:rPr>
          <w:i w:val="0"/>
        </w:rPr>
        <w:t>Theo retains humanoid hands rather than fin-only arms, allowing full use of spear, hook line, knife, knots, armor fastenings, cooking utensils, and the ordinary objects through which belonging becomes daily life. Teeth, smell, and appetite reflect the shark lineage without making him behaviorally feral. Hunger affects mood and stamina more reliably than blood does.</w:t>
      </w:r>
    </w:p>
    <w:p>
      <w:pPr>
        <w:keepNext w:val="0"/>
        <w:keepLines/>
        <w:spacing w:after="120" w:line="283" w:lineRule="auto"/>
      </w:pPr>
      <w:r>
        <w:rPr>
          <w:i w:val="0"/>
        </w:rPr>
        <w:t>His eyes are pale icy blue-gray to ocean-colored and function substantially better underwater than on land. Hair is dark near-black with steel-blue roots and ghost-blue highlights, worn in long, layered movement that resembles water passing over stone. Practical ties keep it away from the gills and face during training without erasing the flowing silhouette.</w:t>
      </w:r>
    </w:p>
    <w:p>
      <w:pPr>
        <w:keepNext w:val="0"/>
        <w:keepLines/>
        <w:spacing w:after="120" w:line="283" w:lineRule="auto"/>
      </w:pPr>
      <w:r>
        <w:rPr>
          <w:i w:val="0"/>
        </w:rPr>
        <w:t>Clothing is sleeveless, dark, fitted, and water-ready, leaving gill function unobstructed and tail movement clear. Reinforcement avoids the neck. Equipment is arranged so the Tidehook line cannot wrap the body during a rapid transition between land and water. His ordinary expression is cautious and mature rather than timid; he studies the exit because having an exit once determined whether he ate.</w:t>
      </w:r>
    </w:p>
    <w:p>
      <w:pPr>
        <w:pStyle w:val="Heading2"/>
        <w:keepNext/>
        <w:keepLines/>
      </w:pPr>
      <w:r>
        <w:t>Temperament &amp; Interior Life</w:t>
      </w:r>
    </w:p>
    <w:p>
      <w:pPr>
        <w:keepNext w:val="0"/>
        <w:keepLines/>
        <w:spacing w:after="120" w:line="283" w:lineRule="auto"/>
      </w:pPr>
      <w:r>
        <w:rPr>
          <w:i w:val="0"/>
        </w:rPr>
        <w:t>Theo is quiet, mature, cautious, guarded, observant, and practical. He does not posture. Silence gives him time to identify where a room opens, who controls the food, whether the offered seat blocks an exit, and whether kindness will later be presented as debt. Years of safety have reduced the necessity of that scan without making it disappear.</w:t>
      </w:r>
    </w:p>
    <w:p>
      <w:pPr>
        <w:keepNext w:val="0"/>
        <w:keepLines/>
        <w:spacing w:after="120" w:line="283" w:lineRule="auto"/>
      </w:pPr>
      <w:r>
        <w:rPr>
          <w:i w:val="0"/>
        </w:rPr>
        <w:t>His caution should not be translated as timidity. In water Theo becomes decisive and predatory because the environment supplies information his land senses withhold. He understands how currents transmit motion, how panic changes buoyancy, how a wounded body turns, and how a target trying to flee will disturb the medium before becoming visible.</w:t>
      </w:r>
    </w:p>
    <w:p>
      <w:pPr>
        <w:keepNext w:val="0"/>
        <w:keepLines/>
        <w:spacing w:after="120" w:line="283" w:lineRule="auto"/>
      </w:pPr>
      <w:r>
        <w:rPr>
          <w:i w:val="0"/>
        </w:rPr>
        <w:t>Home is a verb to him. Kurnoma’s first promise mattered because it was followed by repeated food, blankets, rooms, repairs, invitations, and the Rawibari surname. Theo therefore trusts patterns more readily than declarations. Someone who says ‘family’ once matters less than someone who remembers the gills every day.</w:t>
      </w:r>
    </w:p>
    <w:p>
      <w:pPr>
        <w:keepNext w:val="0"/>
        <w:keepLines/>
        <w:spacing w:after="120" w:line="283" w:lineRule="auto"/>
      </w:pPr>
      <w:r>
        <w:rPr>
          <w:i w:val="0"/>
        </w:rPr>
        <w:t>Suki became a safe older-sibling figure because he understood how to offer assistance without converting rescue into possession. Theo is affectionate in similarly practical ways: bringing water, repairing a line, sharing food, positioning himself near the person likely to need retrieval, and leaving before gratitude becomes a performance.</w:t>
      </w:r>
    </w:p>
    <w:p>
      <w:pPr>
        <w:keepNext w:val="0"/>
        <w:keepLines/>
        <w:spacing w:after="120" w:line="283" w:lineRule="auto"/>
      </w:pPr>
      <w:r>
        <w:rPr>
          <w:i w:val="0"/>
        </w:rPr>
        <w:t>His anger is cold and directional. When a target harms the person who gave him somewhere to return, he does not need to roar. Hadal Homecoming begins with a statement of denied reciprocity: the target took someone else’s home, so it loses the privilege of a surface.</w:t>
      </w:r>
    </w:p>
    <w:p>
      <w:pPr>
        <w:pStyle w:val="Heading2"/>
        <w:keepNext/>
        <w:keepLines/>
      </w:pPr>
      <w:r>
        <w:t>Position in the World</w:t>
      </w:r>
    </w:p>
    <w:p>
      <w:pPr>
        <w:keepNext w:val="0"/>
        <w:keepLines/>
        <w:spacing w:after="120" w:line="283" w:lineRule="auto"/>
      </w:pPr>
      <w:r>
        <w:rPr>
          <w:i w:val="0"/>
        </w:rPr>
        <w:t>Theo is a B-Rank aquatic hunter and retrieval specialist whose effectiveness varies dramatically with terrain. Near oceans, rivers, reservoirs, rain, flooded architecture, or allied water creation, his route control and predatory senses can exceed the expectations attached to his classification. Dry open land exposes the opposite side of the same specialization.</w:t>
      </w:r>
    </w:p>
    <w:p>
      <w:pPr>
        <w:keepNext w:val="0"/>
        <w:keepLines/>
        <w:spacing w:after="120" w:line="283" w:lineRule="auto"/>
      </w:pPr>
      <w:r>
        <w:rPr>
          <w:i w:val="0"/>
        </w:rPr>
        <w:t>His role in a party is to make paths: entry currents, extraction lines, underwater scouting routes, mist screens, ice anchors, and pursuit corridors. Tidehook Promise permits him to rescue someone across hazardous space without physically reaching the final point first. Against enemies, the same system converts escape into tension he can feel through the line.</w:t>
      </w:r>
    </w:p>
    <w:p>
      <w:pPr>
        <w:keepNext w:val="0"/>
        <w:keepLines/>
        <w:spacing w:after="120" w:line="283" w:lineRule="auto"/>
      </w:pPr>
      <w:r>
        <w:rPr>
          <w:i w:val="0"/>
        </w:rPr>
        <w:t>In the Rawibari household, Theo is a claimed son and not a rescued dependent frozen at the age Kurnoma found him. At thirty-two he is older than the triplets and fully adult. Suki remains an older-sibling figure because family age and relational age need not be identical.</w:t>
      </w:r>
    </w:p>
    <w:p>
      <w:pPr>
        <w:pStyle w:val="Heading2"/>
        <w:keepNext/>
        <w:keepLines/>
      </w:pPr>
      <w:r>
        <w:t>Powers, Abilities &amp; Combat Systems</w:t>
      </w:r>
    </w:p>
    <w:p>
      <w:pPr>
        <w:pStyle w:val="Heading3"/>
        <w:keepNext/>
        <w:keepLines/>
      </w:pPr>
      <w:r>
        <w:t>Shark Life</w:t>
      </w:r>
    </w:p>
    <w:p>
      <w:pPr>
        <w:keepNext/>
        <w:spacing w:after="80"/>
      </w:pPr>
      <w:r>
        <w:rPr>
          <w:b/>
          <w:color w:val="2E7D69"/>
          <w:sz w:val="17"/>
        </w:rPr>
        <w:t>BLOODLINE ART</w:t>
      </w:r>
    </w:p>
    <w:p>
      <w:pPr>
        <w:keepNext w:val="0"/>
        <w:keepLines/>
        <w:spacing w:after="120" w:line="283" w:lineRule="auto"/>
      </w:pPr>
      <w:r>
        <w:rPr>
          <w:i w:val="0"/>
        </w:rPr>
        <w:t>Function. Shark Life allows Theo to transform into a tiger shark in water at approximately ten percent energy cost, shift between hybrid and shark configurations, breathe and function aquatically, and access enhanced smell, underwater vision, current sense, speed, and predatory tracking.</w:t>
      </w:r>
    </w:p>
    <w:p>
      <w:pPr>
        <w:keepNext w:val="0"/>
        <w:keepLines/>
        <w:spacing w:after="120" w:line="283" w:lineRule="auto"/>
      </w:pPr>
      <w:r>
        <w:rPr>
          <w:i w:val="0"/>
        </w:rPr>
        <w:t>Field application. In practice, Theo uses this capability as a complete environmental conversion. Water is not merely terrain Theo crosses; it is the medium in which the body’s sensory and locomotor design becomes fully coherent.</w:t>
      </w:r>
    </w:p>
    <w:p>
      <w:pPr>
        <w:keepNext w:val="0"/>
        <w:keepLines/>
        <w:spacing w:after="120" w:line="283" w:lineRule="auto"/>
      </w:pPr>
      <w:r>
        <w:rPr>
          <w:i w:val="0"/>
        </w:rPr>
        <w:t>System interaction. Water magic creates or extends usable medium, Mist spreads sensory ambiguity, Ice supplies anchors, and Tidehook Promise lets the shark body maintain a relationship with targets beyond immediate bite range.</w:t>
      </w:r>
    </w:p>
    <w:p>
      <w:pPr>
        <w:keepNext w:val="0"/>
        <w:keepLines/>
        <w:spacing w:after="120" w:line="283" w:lineRule="auto"/>
      </w:pPr>
      <w:r>
        <w:rPr>
          <w:i w:val="0"/>
        </w:rPr>
        <w:t>Limits and counterplay. The full transformation requires water and consumes energy. Land vision is poor, land anxiety can rise, and gills remain vulnerable. Severe gill injury on land is extreme; severe damage in water may be fatal because the organ is actively required.</w:t>
      </w:r>
    </w:p>
    <w:p>
      <w:pPr>
        <w:keepNext w:val="0"/>
        <w:keepLines/>
        <w:spacing w:after="120" w:line="283" w:lineRule="auto"/>
      </w:pPr>
      <w:r>
        <w:rPr>
          <w:i w:val="0"/>
        </w:rPr>
        <w:t>Archive note. Gray-blue tiger stripes align across a powerful shark form; pale eyes sharpen underwater; current disturbances become readable through minute changes in head and tail angle. The Art developed from an uncertain source of vulnerability into the center of Theo’s mature identity after the Rawibari home gave him safe access to water, food, and training.</w:t>
      </w:r>
    </w:p>
    <w:p>
      <w:pPr>
        <w:pStyle w:val="Heading3"/>
        <w:keepNext/>
        <w:keepLines/>
      </w:pPr>
      <w:r>
        <w:t>Aquatic Senses &amp; Trace</w:t>
      </w:r>
    </w:p>
    <w:p>
      <w:pPr>
        <w:keepNext/>
        <w:spacing w:after="80"/>
      </w:pPr>
      <w:r>
        <w:rPr>
          <w:b/>
          <w:color w:val="2E7D69"/>
          <w:sz w:val="17"/>
        </w:rPr>
        <w:t>SENSORY MAGIC / BLOODLINE TECHNIQUE</w:t>
      </w:r>
    </w:p>
    <w:p>
      <w:pPr>
        <w:keepNext w:val="0"/>
        <w:keepLines/>
        <w:spacing w:after="120" w:line="283" w:lineRule="auto"/>
      </w:pPr>
      <w:r>
        <w:rPr>
          <w:i w:val="0"/>
        </w:rPr>
        <w:t>Function. Theo reads smell, pressure, current, wake, blood trace, temperature, disturbed sediment, and line vibration. Sensory/Trace magic extends those cues into a track that can survive darkness, mist, or brief loss of visual contact.</w:t>
      </w:r>
    </w:p>
    <w:p>
      <w:pPr>
        <w:keepNext w:val="0"/>
        <w:keepLines/>
        <w:spacing w:after="120" w:line="283" w:lineRule="auto"/>
      </w:pPr>
      <w:r>
        <w:rPr>
          <w:i w:val="0"/>
        </w:rPr>
        <w:t>Field application. In practice, Theo uses this capability as pursuit and rescue through incomplete information. A person who vanished beneath debris still displaced water; a teleporter reappearing nearby still changes pressure; a wounded target cannot prevent every chemical trace.</w:t>
      </w:r>
    </w:p>
    <w:p>
      <w:pPr>
        <w:keepNext w:val="0"/>
        <w:keepLines/>
        <w:spacing w:after="120" w:line="283" w:lineRule="auto"/>
      </w:pPr>
      <w:r>
        <w:rPr>
          <w:i w:val="0"/>
        </w:rPr>
        <w:t>System interaction. Mist hides Theo without blinding him. Ice preserves a recent disturbance. Homecurrent Fang can translate blood-tide sensing into an ally rescue network or enemy hunt.</w:t>
      </w:r>
    </w:p>
    <w:p>
      <w:pPr>
        <w:keepNext w:val="0"/>
        <w:keepLines/>
        <w:spacing w:after="120" w:line="283" w:lineRule="auto"/>
      </w:pPr>
      <w:r>
        <w:rPr>
          <w:i w:val="0"/>
        </w:rPr>
        <w:t>Limits and counterplay. Land air provides weaker information. Strong chemicals, many overlapping blood sources, magical scent erasure, violent turbulence, or false current signatures can overwhelm or mislead the trace. Sensory overload near gill injury is especially dangerous.</w:t>
      </w:r>
    </w:p>
    <w:p>
      <w:pPr>
        <w:keepNext w:val="0"/>
        <w:keepLines/>
        <w:spacing w:after="120" w:line="283" w:lineRule="auto"/>
      </w:pPr>
      <w:r>
        <w:rPr>
          <w:i w:val="0"/>
        </w:rPr>
        <w:t>Archive note. Thin blue-gray route lines may appear in the water or across Theo’s vision, but most tracking remains behavioral: a pause, a turn, and sudden certainty about an empty direction. These senses explain why Theo’s adult calm is strongest underwater; the environment finally supplies enough truth to make caution efficient rather than exhausting.</w:t>
      </w:r>
    </w:p>
    <w:p>
      <w:pPr>
        <w:pStyle w:val="Heading3"/>
        <w:keepNext/>
        <w:keepLines/>
      </w:pPr>
      <w:r>
        <w:t>Water, Mist, Ice &amp; Shadow Magic</w:t>
      </w:r>
    </w:p>
    <w:p>
      <w:pPr>
        <w:keepNext/>
        <w:spacing w:after="80"/>
      </w:pPr>
      <w:r>
        <w:rPr>
          <w:b/>
          <w:color w:val="2E7D69"/>
          <w:sz w:val="17"/>
        </w:rPr>
        <w:t>MAGIC SUITE</w:t>
      </w:r>
    </w:p>
    <w:p>
      <w:pPr>
        <w:keepNext w:val="0"/>
        <w:keepLines/>
        <w:spacing w:after="120" w:line="283" w:lineRule="auto"/>
      </w:pPr>
      <w:r>
        <w:rPr>
          <w:i w:val="0"/>
        </w:rPr>
        <w:t>Function. Water creates current and medium. Mist controls sightlines and carries trace information. Ice creates anchors, blades, seals, and temporary structure. Situational Shadow reduces exposure during land approach but remains secondary to aquatic methods.</w:t>
      </w:r>
    </w:p>
    <w:p>
      <w:pPr>
        <w:keepNext w:val="0"/>
        <w:keepLines/>
        <w:spacing w:after="120" w:line="283" w:lineRule="auto"/>
      </w:pPr>
      <w:r>
        <w:rPr>
          <w:i w:val="0"/>
        </w:rPr>
        <w:t>Field application. In practice, Theo uses this capability as route engineering. Theo can flood a channel, hide a retrieval, freeze a line point, deny footing, or create enough water around a target that Shark Life’s advantages begin to apply.</w:t>
      </w:r>
    </w:p>
    <w:p>
      <w:pPr>
        <w:keepNext w:val="0"/>
        <w:keepLines/>
        <w:spacing w:after="120" w:line="283" w:lineRule="auto"/>
      </w:pPr>
      <w:r>
        <w:rPr>
          <w:i w:val="0"/>
        </w:rPr>
        <w:t>System interaction. Tide-Step uses current as footwork. The retractable line carries water magic along a path. Kumoko can convert water to steam; Kurnoma can position ice; Venus can disguise where the created medium ends.</w:t>
      </w:r>
    </w:p>
    <w:p>
      <w:pPr>
        <w:keepNext w:val="0"/>
        <w:keepLines/>
        <w:spacing w:after="120" w:line="283" w:lineRule="auto"/>
      </w:pPr>
      <w:r>
        <w:rPr>
          <w:i w:val="0"/>
        </w:rPr>
        <w:t>Limits and counterplay. Creating large water volume is expensive. Heat, desiccation, anti-element fields, contaminated water, and civilian electrical hazards constrain use. Shadow does not remove the scent or gill vulnerability that land pursuit exposes.</w:t>
      </w:r>
    </w:p>
    <w:p>
      <w:pPr>
        <w:keepNext w:val="0"/>
        <w:keepLines/>
        <w:spacing w:after="120" w:line="283" w:lineRule="auto"/>
      </w:pPr>
      <w:r>
        <w:rPr>
          <w:i w:val="0"/>
        </w:rPr>
        <w:t>Archive note. Water collects in controlled ribbons around the spear and line; mist remains low and directional; ice forms at anchors rather than decorating the whole field. The suite turned Theo from a terrain-dependent swimmer into a route-maker capable of bringing part of his preferred terrain with him.</w:t>
      </w:r>
    </w:p>
    <w:p>
      <w:pPr>
        <w:pStyle w:val="Heading3"/>
        <w:keepNext/>
        <w:keepLines/>
      </w:pPr>
      <w:r>
        <w:t>Tidehook Promise</w:t>
      </w:r>
    </w:p>
    <w:p>
      <w:pPr>
        <w:keepNext/>
        <w:spacing w:after="80"/>
      </w:pPr>
      <w:r>
        <w:rPr>
          <w:b/>
          <w:color w:val="2E7D69"/>
          <w:sz w:val="17"/>
        </w:rPr>
        <w:t>SENTIENT MYTHIC SPEAR / HARPOON / RETRIEVAL HOOK</w:t>
      </w:r>
    </w:p>
    <w:p>
      <w:pPr>
        <w:keepNext w:val="0"/>
        <w:keepLines/>
        <w:spacing w:after="120" w:line="283" w:lineRule="auto"/>
      </w:pPr>
      <w:r>
        <w:rPr>
          <w:i w:val="0"/>
        </w:rPr>
        <w:t>Function. Tidehook Promise combines a dark shaft, oceanic spear point, backward shark-tooth or anchor hook, retractable magically reinforced line, and water-channeling core. It can stab, hook, retrieve, pull, anchor, tow, or establish a rescue route.</w:t>
      </w:r>
    </w:p>
    <w:p>
      <w:pPr>
        <w:keepNext w:val="0"/>
        <w:keepLines/>
        <w:spacing w:after="120" w:line="283" w:lineRule="auto"/>
      </w:pPr>
      <w:r>
        <w:rPr>
          <w:i w:val="0"/>
        </w:rPr>
        <w:t>Field application. In practice, Theo uses this capability as distance converted into relationship. Once the hook or line establishes contact, Theo can feel direction, tension, obstruction, and the difference between a target resisting and a target unable to move.</w:t>
      </w:r>
    </w:p>
    <w:p>
      <w:pPr>
        <w:keepNext w:val="0"/>
        <w:keepLines/>
        <w:spacing w:after="120" w:line="283" w:lineRule="auto"/>
      </w:pPr>
      <w:r>
        <w:rPr>
          <w:i w:val="0"/>
        </w:rPr>
        <w:t>System interaction. Flow and Precision place the hook without unnecessary injury; Counter uses an enemy’s pull; Tide-Step changes line angle; Shark Life turns the tether into a high-speed aquatic tow.</w:t>
      </w:r>
    </w:p>
    <w:p>
      <w:pPr>
        <w:keepNext w:val="0"/>
        <w:keepLines/>
        <w:spacing w:after="120" w:line="283" w:lineRule="auto"/>
      </w:pPr>
      <w:r>
        <w:rPr>
          <w:i w:val="0"/>
        </w:rPr>
        <w:t>Limits and counterplay. The line can be trapped, cut by superior authority, used to pull Theo, or wrapped around hazards. Hooking flesh creates medical risk. The sentience prioritizes bringing people home and may resist a kill that abandons a reachable ally.</w:t>
      </w:r>
    </w:p>
    <w:p>
      <w:pPr>
        <w:keepNext w:val="0"/>
        <w:keepLines/>
        <w:spacing w:after="120" w:line="283" w:lineRule="auto"/>
      </w:pPr>
      <w:r>
        <w:rPr>
          <w:i w:val="0"/>
        </w:rPr>
        <w:t>Archive note. The oceanic point carries blue-white current light; the backward hook resembles a shark tooth married to an anchor; the line remains visible as a narrow luminous route under load. Kurnoma forged the weapon around Theo’s first promise of shelter. Its True Name is Osha-Keir Thalen, ‘The Hook That Finds Its Way Home.’</w:t>
      </w:r>
    </w:p>
    <w:p>
      <w:pPr>
        <w:pStyle w:val="Heading3"/>
        <w:keepNext/>
        <w:keepLines/>
      </w:pPr>
      <w:r>
        <w:t>Homecurrent Fang</w:t>
      </w:r>
    </w:p>
    <w:p>
      <w:pPr>
        <w:keepNext/>
        <w:spacing w:after="80"/>
      </w:pPr>
      <w:r>
        <w:rPr>
          <w:b/>
          <w:color w:val="2E7D69"/>
          <w:sz w:val="17"/>
        </w:rPr>
        <w:t>LAST WAGER EVOLUTION / TEMPORARY S RANK</w:t>
      </w:r>
    </w:p>
    <w:p>
      <w:pPr>
        <w:keepNext w:val="0"/>
        <w:keepLines/>
        <w:spacing w:after="120" w:line="283" w:lineRule="auto"/>
      </w:pPr>
      <w:r>
        <w:rPr>
          <w:i w:val="0"/>
        </w:rPr>
        <w:t>Function. Under Last Wager, Tidehook Promise evolves into Homecurrent Fang. Water-current paths appear across hostile terrain, blood-tide sensing identifies family, gill defense hardens around the vulnerable neck, and rescue lines can reach multiple allies while hunting the responsible enemy.</w:t>
      </w:r>
    </w:p>
    <w:p>
      <w:pPr>
        <w:keepNext w:val="0"/>
        <w:keepLines/>
        <w:spacing w:after="120" w:line="283" w:lineRule="auto"/>
      </w:pPr>
      <w:r>
        <w:rPr>
          <w:i w:val="0"/>
        </w:rPr>
        <w:t>Field application. In practice, Theo uses this capability as a battlefield divided into homebound and condemned currents. Allies receive lines that insist on return; the identified enemy discovers every route creates a wake Theo can follow.</w:t>
      </w:r>
    </w:p>
    <w:p>
      <w:pPr>
        <w:keepNext w:val="0"/>
        <w:keepLines/>
        <w:spacing w:after="120" w:line="283" w:lineRule="auto"/>
      </w:pPr>
      <w:r>
        <w:rPr>
          <w:i w:val="0"/>
        </w:rPr>
        <w:t>System interaction. Kurnoma’s soul-strength raises baseline B-Rank output to temporary S Rank. The evolved weapon supplies water where none should persist and treats family identity as a navigational constant.</w:t>
      </w:r>
    </w:p>
    <w:p>
      <w:pPr>
        <w:keepNext w:val="0"/>
        <w:keepLines/>
        <w:spacing w:after="120" w:line="283" w:lineRule="auto"/>
      </w:pPr>
      <w:r>
        <w:rPr>
          <w:i w:val="0"/>
        </w:rPr>
        <w:t>Limits and counterplay. The form is physically unsustainable, grief-driven, and vulnerable to false identification if blood or sensory evidence is corrupted. Gill defense reduces but does not erase danger. Reversion can leave dehydration, torn tissue, sensory collapse, and line burns.</w:t>
      </w:r>
    </w:p>
    <w:p>
      <w:pPr>
        <w:keepNext w:val="0"/>
        <w:keepLines/>
        <w:spacing w:after="120" w:line="283" w:lineRule="auto"/>
      </w:pPr>
      <w:r>
        <w:rPr>
          <w:i w:val="0"/>
        </w:rPr>
        <w:t>Archive note. Dark-blue currents run through air and ground like submerged roads; the spear point lengthens into a predatory fang while defensive flow circles the gills. Homecurrent Fang is Theo’s temporary S-Rank response to believing Kurnoma has been killed, ending under the common Last Wager conditions.</w:t>
      </w:r>
    </w:p>
    <w:p>
      <w:pPr>
        <w:pStyle w:val="Heading3"/>
        <w:keepNext/>
        <w:keepLines/>
      </w:pPr>
      <w:r>
        <w:t>Awakening Art · Hadal Homecoming, You Will Not Surface</w:t>
      </w:r>
    </w:p>
    <w:p>
      <w:pPr>
        <w:keepNext/>
        <w:spacing w:after="80"/>
      </w:pPr>
      <w:r>
        <w:rPr>
          <w:b/>
          <w:color w:val="2E7D69"/>
          <w:sz w:val="17"/>
        </w:rPr>
        <w:t>PERSONAL KILL-CERTAINTY ART</w:t>
      </w:r>
    </w:p>
    <w:p>
      <w:pPr>
        <w:keepNext w:val="0"/>
        <w:keepLines/>
        <w:spacing w:after="120" w:line="283" w:lineRule="auto"/>
      </w:pPr>
      <w:r>
        <w:rPr>
          <w:i w:val="0"/>
        </w:rPr>
        <w:t>Function. Theo drives Tidehook Promise into the ground and creates a still-water circle. The condemned target experiences escalating ocean-depth pressure beneath open sky. Currents pursue attempts to dodge, teleport, fly, or phase; an artificial abyss opens, Theo descends, hooks the target, and rockets upward in a hunting-shark strike before the water vanishes.</w:t>
      </w:r>
    </w:p>
    <w:p>
      <w:pPr>
        <w:keepNext w:val="0"/>
        <w:keepLines/>
        <w:spacing w:after="120" w:line="283" w:lineRule="auto"/>
      </w:pPr>
      <w:r>
        <w:rPr>
          <w:i w:val="0"/>
        </w:rPr>
        <w:t>Field application. In practice, Theo uses this capability as the denial of return. The Art manufactures the hadal zone around one target and treats every escape method as movement through Theo’s current rather than exit from it.</w:t>
      </w:r>
    </w:p>
    <w:p>
      <w:pPr>
        <w:keepNext w:val="0"/>
        <w:keepLines/>
        <w:spacing w:after="120" w:line="283" w:lineRule="auto"/>
      </w:pPr>
      <w:r>
        <w:rPr>
          <w:i w:val="0"/>
        </w:rPr>
        <w:t>System interaction. Trace follows the target through state changes, Pressure substitutes for depth, Homecurrent line logic prevents route loss, and Shark Life supplies the final upward predation.</w:t>
      </w:r>
    </w:p>
    <w:p>
      <w:pPr>
        <w:keepNext w:val="0"/>
        <w:keepLines/>
        <w:spacing w:after="120" w:line="283" w:lineRule="auto"/>
      </w:pPr>
      <w:r>
        <w:rPr>
          <w:i w:val="0"/>
        </w:rPr>
        <w:t>Limits and counterplay. It requires settled lethal intent and enormous environmental output. Incorrect target identification would turn home doctrine into murder. Anti-domain effects, superior pressure immunity, or severance of Theo from the anchored spear may break the abyss before completion.</w:t>
      </w:r>
    </w:p>
    <w:p>
      <w:pPr>
        <w:keepNext w:val="0"/>
        <w:keepLines/>
        <w:spacing w:after="120" w:line="283" w:lineRule="auto"/>
      </w:pPr>
      <w:r>
        <w:rPr>
          <w:i w:val="0"/>
        </w:rPr>
        <w:t>Archive note. A silent circular surface appears on dry ground; the target sinks without ordinary water displacement; Theo’s striped form descends into impossible black-blue depth and returns beneath them as the last visible shape. Theo’s declaration is personal: ‘You hurt the person who gave me somewhere to come back to. So you don’t get one.’</w:t>
      </w:r>
    </w:p>
    <w:p>
      <w:pPr>
        <w:pStyle w:val="Heading2"/>
        <w:keepNext/>
        <w:keepLines/>
      </w:pPr>
      <w:r>
        <w:t>Equipment &amp; Weapon Doctrine</w:t>
      </w:r>
    </w:p>
    <w:p>
      <w:pPr>
        <w:keepNext w:val="0"/>
        <w:keepLines/>
        <w:spacing w:after="120" w:line="283" w:lineRule="auto"/>
      </w:pPr>
      <w:r>
        <w:rPr>
          <w:i w:val="0"/>
        </w:rPr>
        <w:t>Tidehook Promise is both hunting weapon and rescue apparatus. Its retractable line is magically reinforced, but Theo still maintains it like working equipment: inspecting abrasion, testing retractors, checking the hook throat, and replacing mundane contact wraps before a weakness can become a tragedy.</w:t>
      </w:r>
    </w:p>
    <w:p>
      <w:pPr>
        <w:keepNext w:val="0"/>
        <w:keepLines/>
        <w:spacing w:after="120" w:line="283" w:lineRule="auto"/>
      </w:pPr>
      <w:r>
        <w:rPr>
          <w:i w:val="0"/>
        </w:rPr>
        <w:t>A secondary gutting or shell knife handles food preparation, tangled line, emergency cutting, and close utility. A weighted hand line provides a non-Mythic backup when summoning a large spear would escalate the scene or endanger someone caught nearby.</w:t>
      </w:r>
    </w:p>
    <w:p>
      <w:pPr>
        <w:keepNext w:val="0"/>
        <w:keepLines/>
        <w:spacing w:after="120" w:line="283" w:lineRule="auto"/>
      </w:pPr>
      <w:r>
        <w:rPr>
          <w:i w:val="0"/>
        </w:rPr>
        <w:t>Gill-safe wraps, water flasks, salts, protective collars that do not touch the gill membranes, and vision accommodations for land are part of his field kit. Treating those as weaknesses to hide would be foolish; acknowledging them is what lets a specialized body operate safely outside its ideal terrain.</w:t>
      </w:r>
    </w:p>
    <w:p>
      <w:pPr>
        <w:keepNext w:val="0"/>
        <w:keepLines/>
        <w:spacing w:after="120" w:line="283" w:lineRule="auto"/>
      </w:pPr>
      <w:r>
        <w:rPr>
          <w:i w:val="0"/>
        </w:rPr>
        <w:t>A long-lived crow with demon affiliation sometimes brings shiny objects to its demon owner on a roughly two-day rhythm and has become associated with Theo. The demon appears privately protective and fond. Neither the crow’s name nor a complete pact structure is issued in the controlling ledger, so the relationship remains a minor open file.</w:t>
      </w:r>
    </w:p>
    <w:p>
      <w:pPr>
        <w:pStyle w:val="Heading2"/>
        <w:keepNext/>
        <w:keepLines/>
      </w:pPr>
      <w:r>
        <w:t>Combat Doctrine</w:t>
      </w:r>
    </w:p>
    <w:p>
      <w:pPr>
        <w:keepNext w:val="0"/>
        <w:keepLines/>
        <w:spacing w:after="120" w:line="283" w:lineRule="auto"/>
      </w:pPr>
      <w:r>
        <w:rPr>
          <w:i w:val="0"/>
        </w:rPr>
        <w:t>Theo begins by locating water, creating it, or identifying what can become a route. Rain gutters, pipes, blood, mist, flooded foundations, wet soil, and allied spells all matter. He does not need an ocean if he can connect several small media into one tactical current.</w:t>
      </w:r>
    </w:p>
    <w:p>
      <w:pPr>
        <w:keepNext w:val="0"/>
        <w:keepLines/>
        <w:spacing w:after="120" w:line="283" w:lineRule="auto"/>
      </w:pPr>
      <w:r>
        <w:rPr>
          <w:i w:val="0"/>
        </w:rPr>
        <w:t>Tidehook Promise establishes distance control. A hook can rescue an ally, pull a shield into place, anchor Theo against forced movement, reverse an attacker’s lunge, or create the line along which water magic travels. Precision decides whether the point pierces, catches equipment, or wraps without injury.</w:t>
      </w:r>
    </w:p>
    <w:p>
      <w:pPr>
        <w:keepNext w:val="0"/>
        <w:keepLines/>
        <w:spacing w:after="120" w:line="283" w:lineRule="auto"/>
      </w:pPr>
      <w:r>
        <w:rPr>
          <w:i w:val="0"/>
        </w:rPr>
        <w:t>In full water he transforms and hunts. Visual clarity improves, scent and pressure become rich information, and the tail supplies speed the humanoid legs cannot imitate. He attacks from below or outside the target’s visual model, then uses the line to prevent the usual escape toward shore.</w:t>
      </w:r>
    </w:p>
    <w:p>
      <w:pPr>
        <w:keepNext w:val="0"/>
        <w:keepLines/>
        <w:spacing w:after="120" w:line="283" w:lineRule="auto"/>
      </w:pPr>
      <w:r>
        <w:rPr>
          <w:i w:val="0"/>
        </w:rPr>
        <w:t>On land he fights with restraint and preparation. Mist obscures poor visual range, ice defines paths, Shadow reduces exposure, and teammates cover the gills. If kill-certainty becomes complete, Hadal Homecoming turns the dry battlefield into the environmental truth he was denied.</w:t>
      </w:r>
    </w:p>
    <w:p>
      <w:pPr>
        <w:pStyle w:val="Heading2"/>
        <w:keepNext/>
        <w:keepLines/>
      </w:pPr>
      <w:r>
        <w:t>Strengths, Limits &amp; Counterplay</w:t>
      </w:r>
    </w:p>
    <w:p>
      <w:pPr>
        <w:keepNext w:val="0"/>
        <w:keepLines/>
        <w:spacing w:after="120" w:line="283" w:lineRule="auto"/>
      </w:pPr>
      <w:r>
        <w:rPr>
          <w:i w:val="0"/>
        </w:rPr>
        <w:t>Theo excels in aquatic mobility, tracking, retrieval, towing, pursuit, route creation, pressure control, rescue under poor visibility, and turning one successful hook into continuous information. His emotional discipline prevents the predator body from becoming indiscriminate.</w:t>
      </w:r>
    </w:p>
    <w:p>
      <w:pPr>
        <w:keepNext w:val="0"/>
        <w:keepLines/>
        <w:spacing w:after="120" w:line="283" w:lineRule="auto"/>
      </w:pPr>
      <w:r>
        <w:rPr>
          <w:i w:val="0"/>
        </w:rPr>
        <w:t>His counters are dryness, heat, anti-water fields, contaminated medium, land vision, gill injury, chemical sensory overload, line severance, many overlapping traces, and enemies who force him to choose between pursuit and bringing someone home. B Rank accurately reflects the unevenness of his operating environments.</w:t>
      </w:r>
    </w:p>
    <w:p>
      <w:pPr>
        <w:keepNext w:val="0"/>
        <w:keepLines/>
        <w:spacing w:after="120" w:line="283" w:lineRule="auto"/>
      </w:pPr>
      <w:r>
        <w:rPr>
          <w:i w:val="0"/>
        </w:rPr>
        <w:t>His personal danger is treating every relationship as a route he must keep open alone. A homecurrent can become a tether if he never permits another person to find him. The family’s mature answer is reciprocity: the hook that brings everyone home is also allowed to be retrieved.</w:t>
      </w:r>
    </w:p>
    <w:p>
      <w:pPr>
        <w:pStyle w:val="Heading2"/>
        <w:keepNext/>
        <w:keepLines/>
      </w:pPr>
      <w:r>
        <w:t>Relationship Ledger</w:t>
      </w:r>
    </w:p>
    <w:p>
      <w:pPr>
        <w:pStyle w:val="Heading3"/>
        <w:keepNext/>
        <w:keepLines/>
      </w:pPr>
      <w:r>
        <w:t>Theo &amp; Lady Luck</w:t>
      </w:r>
    </w:p>
    <w:p>
      <w:pPr>
        <w:keepNext w:val="0"/>
        <w:keepLines/>
        <w:spacing w:after="120" w:line="283" w:lineRule="auto"/>
      </w:pPr>
      <w:r>
        <w:rPr>
          <w:i w:val="0"/>
        </w:rPr>
        <w:t>Kurnoma found Theo beach-scavenging and made good on food, blankets, shelter, and the Rawibari name through repeated action.</w:t>
      </w:r>
    </w:p>
    <w:p>
      <w:pPr>
        <w:keepNext w:val="0"/>
        <w:keepLines/>
        <w:spacing w:after="120" w:line="283" w:lineRule="auto"/>
      </w:pPr>
      <w:r>
        <w:rPr>
          <w:i w:val="0"/>
        </w:rPr>
        <w:t>The bond is strongest when home remains a daily offer without debt, and gill contact always requires consent. The relationship becomes difficult when she treats rescue as permanent authority or assumes feeding him means she automatically understands every silence.</w:t>
      </w:r>
    </w:p>
    <w:p>
      <w:pPr>
        <w:pStyle w:val="Heading3"/>
        <w:keepNext/>
        <w:keepLines/>
      </w:pPr>
      <w:r>
        <w:t>Theo &amp; Darius</w:t>
      </w:r>
    </w:p>
    <w:p>
      <w:pPr>
        <w:keepNext w:val="0"/>
        <w:keepLines/>
        <w:spacing w:after="120" w:line="283" w:lineRule="auto"/>
      </w:pPr>
      <w:r>
        <w:rPr>
          <w:i w:val="0"/>
        </w:rPr>
        <w:t>Darius vanished from the home Theo later entered. Theo knows him primarily as the person whose absence increased Kurnoma’s burden.</w:t>
      </w:r>
    </w:p>
    <w:p>
      <w:pPr>
        <w:keepNext w:val="0"/>
        <w:keepLines/>
        <w:spacing w:after="120" w:line="283" w:lineRule="auto"/>
      </w:pPr>
      <w:r>
        <w:rPr>
          <w:i w:val="0"/>
        </w:rPr>
        <w:t>The bond is strongest when Theo’s belonging is nonnegotiable; Darius’s status is investigated without granting him control over the family that stayed. The relationship becomes difficult when Darius challenges Theo’s surname or Theo denies any possibility that missing evidence could matter.</w:t>
      </w:r>
    </w:p>
    <w:p>
      <w:pPr>
        <w:pStyle w:val="Heading3"/>
        <w:keepNext/>
        <w:keepLines/>
      </w:pPr>
      <w:r>
        <w:t>Theo &amp; Suki</w:t>
      </w:r>
    </w:p>
    <w:p>
      <w:pPr>
        <w:keepNext w:val="0"/>
        <w:keepLines/>
        <w:spacing w:after="120" w:line="283" w:lineRule="auto"/>
      </w:pPr>
      <w:r>
        <w:rPr>
          <w:i w:val="0"/>
        </w:rPr>
        <w:t>Suki is Theo’s safe older-sibling figure and shares the experience of being claimed rather than born into the home.</w:t>
      </w:r>
    </w:p>
    <w:p>
      <w:pPr>
        <w:keepNext w:val="0"/>
        <w:keepLines/>
        <w:spacing w:after="120" w:line="283" w:lineRule="auto"/>
      </w:pPr>
      <w:r>
        <w:rPr>
          <w:i w:val="0"/>
        </w:rPr>
        <w:t>The bond is strongest when they offer a line and an exit, then trust the other to choose which to take. The relationship becomes difficult when protection becomes command or both hide damage to avoid creating work for the other.</w:t>
      </w:r>
    </w:p>
    <w:p>
      <w:pPr>
        <w:pStyle w:val="Heading3"/>
        <w:keepNext/>
        <w:keepLines/>
      </w:pPr>
      <w:r>
        <w:t>Theo &amp; Lucius</w:t>
      </w:r>
    </w:p>
    <w:p>
      <w:pPr>
        <w:keepNext w:val="0"/>
        <w:keepLines/>
        <w:spacing w:after="120" w:line="283" w:lineRule="auto"/>
      </w:pPr>
      <w:r>
        <w:rPr>
          <w:i w:val="0"/>
        </w:rPr>
        <w:t>Lucius holds the rescue point while Theo brings people back to it. Anchor and homecurrent make evacuation geometry unusually reliable.</w:t>
      </w:r>
    </w:p>
    <w:p>
      <w:pPr>
        <w:keepNext w:val="0"/>
        <w:keepLines/>
        <w:spacing w:after="120" w:line="283" w:lineRule="auto"/>
      </w:pPr>
      <w:r>
        <w:rPr>
          <w:i w:val="0"/>
        </w:rPr>
        <w:t>The bond is strongest when the door trusts the current and the current always marks where the new door will be. The relationship becomes difficult when Lucius refuses to move after Theo has opened a safer route.</w:t>
      </w:r>
    </w:p>
    <w:p>
      <w:pPr>
        <w:pStyle w:val="Heading3"/>
        <w:keepNext/>
        <w:keepLines/>
      </w:pPr>
      <w:r>
        <w:t>Theo &amp; Kumoko</w:t>
      </w:r>
    </w:p>
    <w:p>
      <w:pPr>
        <w:keepNext w:val="0"/>
        <w:keepLines/>
        <w:spacing w:after="120" w:line="283" w:lineRule="auto"/>
      </w:pPr>
      <w:r>
        <w:rPr>
          <w:i w:val="0"/>
        </w:rPr>
        <w:t>Kumoko can turn Theo’s water into steam propulsion and wild aquatic constructs; Theo can retrieve her from the experiment’s recoil.</w:t>
      </w:r>
    </w:p>
    <w:p>
      <w:pPr>
        <w:keepNext w:val="0"/>
        <w:keepLines/>
        <w:spacing w:after="120" w:line="283" w:lineRule="auto"/>
      </w:pPr>
      <w:r>
        <w:rPr>
          <w:i w:val="0"/>
        </w:rPr>
        <w:t>The bond is strongest when she asks, he marks the safe channel, and one bad idea is tested with a real extraction line. The relationship becomes difficult when heat, debris, or jokes violate gill and water boundaries.</w:t>
      </w:r>
    </w:p>
    <w:p>
      <w:pPr>
        <w:pStyle w:val="Heading3"/>
        <w:keepNext/>
        <w:keepLines/>
      </w:pPr>
      <w:r>
        <w:t>Theo &amp; Elara</w:t>
      </w:r>
    </w:p>
    <w:p>
      <w:pPr>
        <w:keepNext w:val="0"/>
        <w:keepLines/>
        <w:spacing w:after="120" w:line="283" w:lineRule="auto"/>
      </w:pPr>
      <w:r>
        <w:rPr>
          <w:i w:val="0"/>
        </w:rPr>
        <w:t>Elara disables whatever is holding a rescue target while Theo supplies the route away. Her quiet presence is compatible with his caution.</w:t>
      </w:r>
    </w:p>
    <w:p>
      <w:pPr>
        <w:keepNext w:val="0"/>
        <w:keepLines/>
        <w:spacing w:after="120" w:line="283" w:lineRule="auto"/>
      </w:pPr>
      <w:r>
        <w:rPr>
          <w:i w:val="0"/>
        </w:rPr>
        <w:t>The bond is strongest when Elara signals, Theo consents, and each respects the other’s preferred silence. The relationship becomes difficult when she approaches sensitive gills without signaling or treats vulnerability as a mechanism to manage.</w:t>
      </w:r>
    </w:p>
    <w:p>
      <w:pPr>
        <w:pStyle w:val="Heading3"/>
        <w:keepNext/>
        <w:keepLines/>
      </w:pPr>
      <w:r>
        <w:t>Theo &amp; Venus</w:t>
      </w:r>
    </w:p>
    <w:p>
      <w:pPr>
        <w:keepNext w:val="0"/>
        <w:keepLines/>
        <w:spacing w:after="120" w:line="283" w:lineRule="auto"/>
      </w:pPr>
      <w:r>
        <w:rPr>
          <w:i w:val="0"/>
        </w:rPr>
        <w:t>Vivi can hide a water route inside dream scenery and create cloudlike media that Theo can partially treat as current.</w:t>
      </w:r>
    </w:p>
    <w:p>
      <w:pPr>
        <w:keepNext w:val="0"/>
        <w:keepLines/>
        <w:spacing w:after="120" w:line="283" w:lineRule="auto"/>
      </w:pPr>
      <w:r>
        <w:rPr>
          <w:i w:val="0"/>
        </w:rPr>
        <w:t>The bond is strongest when every dream current is labeled and a real physical line remains attached to home. The relationship becomes difficult when dream water supplies false sensory confidence or erases the memory of a route Theo needs to trust.</w:t>
      </w:r>
    </w:p>
    <w:p>
      <w:pPr>
        <w:pStyle w:val="Heading2"/>
        <w:keepNext/>
        <w:keepLines/>
      </w:pPr>
      <w:r>
        <w:t>Key History</w:t>
      </w:r>
    </w:p>
    <w:p>
      <w:pPr>
        <w:keepNext w:val="0"/>
        <w:keepLines/>
        <w:spacing w:after="140"/>
        <w:ind w:left="259" w:hanging="259"/>
      </w:pPr>
      <w:r>
        <w:rPr>
          <w:b/>
          <w:color w:val="5B2C83"/>
        </w:rPr>
        <w:t xml:space="preserve">Beach Scavenger — </w:t>
      </w:r>
      <w:r>
        <w:t>Kurnoma found Theo searching a beach for food. She offered food, blankets, shelter, and the possibility of home without demanding immediate trust.</w:t>
      </w:r>
    </w:p>
    <w:p>
      <w:pPr>
        <w:keepNext w:val="0"/>
        <w:keepLines/>
        <w:spacing w:after="140"/>
        <w:ind w:left="259" w:hanging="259"/>
      </w:pPr>
      <w:r>
        <w:rPr>
          <w:b/>
          <w:color w:val="5B2C83"/>
        </w:rPr>
        <w:t xml:space="preserve">Rawibari Son — </w:t>
      </w:r>
      <w:r>
        <w:t>Repeated care turned the offer into adoption and Theo took the Rawibari surname. Suki became a safe older-sibling figure.</w:t>
      </w:r>
    </w:p>
    <w:p>
      <w:pPr>
        <w:keepNext w:val="0"/>
        <w:keepLines/>
        <w:spacing w:after="140"/>
        <w:ind w:left="259" w:hanging="259"/>
      </w:pPr>
      <w:r>
        <w:rPr>
          <w:b/>
          <w:color w:val="5B2C83"/>
        </w:rPr>
        <w:t xml:space="preserve">Youth Record — </w:t>
      </w:r>
      <w:r>
        <w:t>An older profile recorded a small, fragile youth. Later mature art supersedes that silhouette but does not issue a new numeric height.</w:t>
      </w:r>
    </w:p>
    <w:p>
      <w:pPr>
        <w:keepNext w:val="0"/>
        <w:keepLines/>
        <w:spacing w:after="140"/>
        <w:ind w:left="259" w:hanging="259"/>
      </w:pPr>
      <w:r>
        <w:rPr>
          <w:b/>
          <w:color w:val="5B2C83"/>
        </w:rPr>
        <w:t xml:space="preserve">Tidehook Promise — </w:t>
      </w:r>
      <w:r>
        <w:t>Kurnoma forged the spear-harpoon around rescue, pursuit, water-channeling, and return. Its True Name defines the bond as a hook that finds home.</w:t>
      </w:r>
    </w:p>
    <w:p>
      <w:pPr>
        <w:keepNext w:val="0"/>
        <w:keepLines/>
        <w:spacing w:after="140"/>
        <w:ind w:left="259" w:hanging="259"/>
      </w:pPr>
      <w:r>
        <w:rPr>
          <w:b/>
          <w:color w:val="5B2C83"/>
        </w:rPr>
        <w:t xml:space="preserve">Mature Hunter — </w:t>
      </w:r>
      <w:r>
        <w:t>At thirty-two Theo is a tall athletic swimmer, B Rank under ordinary classification, and highly dangerous when water permits full Shark Life.</w:t>
      </w:r>
    </w:p>
    <w:p>
      <w:pPr>
        <w:keepNext w:val="0"/>
        <w:keepLines/>
        <w:spacing w:after="140"/>
        <w:ind w:left="259" w:hanging="259"/>
      </w:pPr>
      <w:r>
        <w:rPr>
          <w:b/>
          <w:color w:val="5B2C83"/>
        </w:rPr>
        <w:t xml:space="preserve">Last Wager — </w:t>
      </w:r>
      <w:r>
        <w:t>Kurnoma’s apparent death evolved Tidehook Promise into Homecurrent Fang and raised Theo temporarily to S-Rank rescue and hunting output.</w:t>
      </w:r>
    </w:p>
    <w:p>
      <w:pPr>
        <w:keepNext w:val="0"/>
        <w:keepLines/>
        <w:spacing w:after="140"/>
        <w:ind w:left="259" w:hanging="259"/>
      </w:pPr>
      <w:r>
        <w:rPr>
          <w:b/>
          <w:color w:val="5B2C83"/>
        </w:rPr>
        <w:t xml:space="preserve">Hadal Homecoming — </w:t>
      </w:r>
      <w:r>
        <w:t>Theo later authored an execution Art that denies one condemned target the possibility of surfacing or returning.</w:t>
      </w:r>
    </w:p>
    <w:p>
      <w:pPr>
        <w:pStyle w:val="Heading2"/>
        <w:keepNext/>
        <w:keepLines/>
      </w:pPr>
      <w:r>
        <w:t>Voice Archive</w:t>
      </w:r>
    </w:p>
    <w:p>
      <w:pPr>
        <w:pStyle w:val="Quote"/>
        <w:shd w:fill="F1EAF6"/>
        <w:keepNext w:val="0"/>
        <w:keepLines/>
        <w:pBdr>
          <w:top w:val="single" w:sz="10" w:space="5" w:color="78D6B6"/>
          <w:bottom w:val="single" w:sz="10" w:space="5" w:color="78D6B6"/>
        </w:pBdr>
      </w:pPr>
      <w:r>
        <w:t>“Do not touch the gills. Ask, wait, and believe the answer.” — Theo</w:t>
      </w:r>
    </w:p>
    <w:p>
      <w:pPr>
        <w:pStyle w:val="Quote"/>
        <w:shd w:fill="F1EAF6"/>
        <w:keepNext w:val="0"/>
        <w:keepLines/>
        <w:pBdr>
          <w:top w:val="single" w:sz="10" w:space="5" w:color="78D6B6"/>
          <w:bottom w:val="single" w:sz="10" w:space="5" w:color="78D6B6"/>
        </w:pBdr>
      </w:pPr>
      <w:r>
        <w:t>“I can follow blood. I would rather follow the line you tied because you knew I was coming.” — Theo</w:t>
      </w:r>
    </w:p>
    <w:p>
      <w:pPr>
        <w:pStyle w:val="Quote"/>
        <w:shd w:fill="F1EAF6"/>
        <w:keepNext w:val="0"/>
        <w:keepLines/>
        <w:pBdr>
          <w:top w:val="single" w:sz="10" w:space="5" w:color="78D6B6"/>
          <w:bottom w:val="single" w:sz="10" w:space="5" w:color="78D6B6"/>
        </w:pBdr>
      </w:pPr>
      <w:r>
        <w:t>“She gave me somewhere to come back to. You do not get one.” — Theo</w:t>
      </w:r>
    </w:p>
    <w:p>
      <w:pPr>
        <w:pStyle w:val="Quote"/>
        <w:shd w:fill="F1EAF6"/>
        <w:keepNext w:val="0"/>
        <w:keepLines/>
        <w:pBdr>
          <w:top w:val="single" w:sz="10" w:space="5" w:color="78D6B6"/>
          <w:bottom w:val="single" w:sz="10" w:space="5" w:color="78D6B6"/>
        </w:pBdr>
      </w:pPr>
      <w:r>
        <w:t>“Home is not where I was found. It is what kept happening afterward.” — Theo</w:t>
      </w:r>
    </w:p>
    <w:p>
      <w:pPr>
        <w:pStyle w:val="Heading2"/>
        <w:keepNext/>
        <w:keepLines/>
      </w:pPr>
      <w:r>
        <w:t>Registry Verdict</w:t>
      </w:r>
    </w:p>
    <w:p>
      <w:pPr>
        <w:keepNext w:val="0"/>
        <w:keepLines/>
        <w:spacing w:after="120" w:line="283" w:lineRule="auto"/>
      </w:pPr>
      <w:r>
        <w:rPr>
          <w:i w:val="0"/>
        </w:rPr>
        <w:t>Theo is a terrain-sensitive B-Rank specialist whose rescue and pursuit value can become apex-level in water. Shark Life supplies the body, Tidehook Promise supplies the relationship across distance, and his magic makes routes where the terrain did not offer them.</w:t>
      </w:r>
    </w:p>
    <w:p>
      <w:pPr>
        <w:keepNext w:val="0"/>
        <w:keepLines/>
        <w:spacing w:after="120" w:line="283" w:lineRule="auto"/>
      </w:pPr>
      <w:r>
        <w:rPr>
          <w:i w:val="0"/>
        </w:rPr>
        <w:t>The Homecurrent Hunter is ultimately defined by reciprocity. He was not saved once and permanently indebted. He was given a route and shown, repeatedly, that it still led somewhere. His most terrifying Art is reserved for the person who tries to make that destination impossible for someone else.</w:t>
      </w:r>
    </w:p>
    <w:p>
      <w:pPr>
        <w:sectPr>
          <w:headerReference w:type="default" r:id="rId27"/>
          <w:footerReference w:type="default" r:id="rId28"/>
          <w:pgSz w:w="12240" w:h="15840"/>
          <w:pgMar w:top="1181" w:right="1296" w:bottom="1181" w:left="1296" w:header="547" w:footer="547" w:gutter="0"/>
          <w:cols w:space="720"/>
          <w:docGrid w:linePitch="360"/>
        </w:sectPr>
      </w:pPr>
    </w:p>
    <w:p>
      <w:pPr>
        <w:spacing w:before="80" w:after="240"/>
        <w:jc w:val="center"/>
      </w:pPr>
      <w:r>
        <w:rPr>
          <w:b/>
          <w:color w:val="2E7D69"/>
          <w:sz w:val="20"/>
        </w:rPr>
        <w:t>CHARACTER BLOCK 08</w:t>
      </w:r>
    </w:p>
    <w:p>
      <w:pPr>
        <w:pStyle w:val="Heading1"/>
        <w:keepNext/>
        <w:keepLines/>
      </w:pPr>
      <w:r>
        <w:t>Venus · Vivi</w:t>
      </w:r>
    </w:p>
    <w:p>
      <w:pPr>
        <w:spacing w:after="200"/>
        <w:jc w:val="center"/>
      </w:pPr>
      <w:r>
        <w:rPr>
          <w:b/>
          <w:color w:val="2E7D69"/>
          <w:sz w:val="28"/>
        </w:rPr>
        <w:t>The Dream Thief · Cloud-Rider of Velvet Sleep</w:t>
      </w:r>
    </w:p>
    <w:tbl>
      <w:tblPr>
        <w:tblStyle w:val="TableGrid"/>
        <w:tblW w:type="dxa" w:w="9360"/>
        <w:jc w:val="left"/>
        <w:tblLayout w:type="fixed"/>
        <w:tblLook w:firstColumn="1" w:firstRow="1" w:lastColumn="0" w:lastRow="0" w:noHBand="0" w:noVBand="1" w:val="04A0"/>
        <w:tblInd w:w="120" w:type="dxa"/>
      </w:tblPr>
      <w:tblGrid>
        <w:gridCol w:w="2500"/>
        <w:gridCol w:w="6860"/>
      </w:tblGrid>
      <w:tr>
        <w:tc>
          <w:tcPr>
            <w:tcW w:type="dxa" w:w="2500"/>
            <w:tcMar>
              <w:top w:w="90" w:type="dxa"/>
              <w:start w:w="120" w:type="dxa"/>
              <w:bottom w:w="90" w:type="dxa"/>
              <w:end w:w="120" w:type="dxa"/>
            </w:tcMar>
            <w:shd w:fill="341447"/>
          </w:tcPr>
          <w:p>
            <w:r>
              <w:rPr>
                <w:b/>
                <w:color w:val="FFFFFF"/>
              </w:rPr>
              <w:t>ACTIVE · A RANK</w:t>
            </w:r>
          </w:p>
        </w:tc>
        <w:tc>
          <w:tcPr>
            <w:tcW w:type="dxa" w:w="6860"/>
            <w:tcMar>
              <w:top w:w="90" w:type="dxa"/>
              <w:start w:w="120" w:type="dxa"/>
              <w:bottom w:w="90" w:type="dxa"/>
              <w:end w:w="120" w:type="dxa"/>
            </w:tcMar>
            <w:shd w:fill="EAF8F3"/>
          </w:tcPr>
          <w:p>
            <w:r>
              <w:rPr>
                <w:b/>
                <w:color w:val="2E7D69"/>
              </w:rPr>
              <w:t>One-of-kind Nyctilucent Eidolsucca and long-standing Rawibari ally. Exact age remains unissued.</w:t>
            </w:r>
          </w:p>
        </w:tc>
      </w:tr>
    </w:tbl>
    <w:p>
      <w:pPr>
        <w:spacing w:after="20"/>
      </w:pPr>
    </w:p>
    <w:tbl>
      <w:tblPr>
        <w:tblStyle w:val="TableGrid"/>
        <w:tblW w:type="dxa" w:w="9360"/>
        <w:jc w:val="left"/>
        <w:tblLayout w:type="fixed"/>
        <w:tblLook w:firstColumn="1" w:firstRow="1" w:lastColumn="0" w:lastRow="0" w:noHBand="0" w:noVBand="1" w:val="04A0"/>
        <w:tblInd w:w="120" w:type="dxa"/>
      </w:tblPr>
      <w:tblGrid>
        <w:gridCol w:w="2700"/>
        <w:gridCol w:w="6660"/>
      </w:tblGrid>
      <w:tr>
        <w:tc>
          <w:tcPr>
            <w:tcW w:type="dxa" w:w="2700"/>
            <w:vAlign w:val="center"/>
            <w:shd w:fill="F1EAF6"/>
            <w:tcMar>
              <w:top w:w="90" w:type="dxa"/>
              <w:start w:w="120" w:type="dxa"/>
              <w:bottom w:w="90" w:type="dxa"/>
              <w:end w:w="120" w:type="dxa"/>
            </w:tcMar>
          </w:tcPr>
          <w:p>
            <w:pPr>
              <w:spacing w:before="0" w:after="0" w:line="240" w:lineRule="auto"/>
            </w:pPr>
            <w:r>
              <w:rPr>
                <w:b/>
                <w:color w:val="341447"/>
              </w:rPr>
              <w:t>Primary name</w:t>
            </w:r>
          </w:p>
        </w:tc>
        <w:tc>
          <w:tcPr>
            <w:tcW w:type="dxa" w:w="6660"/>
            <w:vAlign w:val="center"/>
            <w:shd w:fill="FFFFFF"/>
            <w:tcMar>
              <w:top w:w="90" w:type="dxa"/>
              <w:start w:w="120" w:type="dxa"/>
              <w:bottom w:w="90" w:type="dxa"/>
              <w:end w:w="120" w:type="dxa"/>
            </w:tcMar>
          </w:tcPr>
          <w:p>
            <w:pPr>
              <w:spacing w:before="0" w:after="0" w:line="240" w:lineRule="auto"/>
            </w:pPr>
            <w:r>
              <w:t>Venus</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Common name</w:t>
            </w:r>
          </w:p>
        </w:tc>
        <w:tc>
          <w:tcPr>
            <w:tcW w:type="dxa" w:w="6660"/>
            <w:vAlign w:val="center"/>
            <w:shd w:fill="F4F2F5"/>
            <w:tcMar>
              <w:top w:w="90" w:type="dxa"/>
              <w:start w:w="120" w:type="dxa"/>
              <w:bottom w:w="90" w:type="dxa"/>
              <w:end w:w="120" w:type="dxa"/>
            </w:tcMar>
          </w:tcPr>
          <w:p>
            <w:pPr>
              <w:spacing w:before="0" w:after="0" w:line="240" w:lineRule="auto"/>
            </w:pPr>
            <w:r>
              <w:t>Vivi</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Current status</w:t>
            </w:r>
          </w:p>
        </w:tc>
        <w:tc>
          <w:tcPr>
            <w:tcW w:type="dxa" w:w="6660"/>
            <w:vAlign w:val="center"/>
            <w:shd w:fill="FFFFFF"/>
            <w:tcMar>
              <w:top w:w="90" w:type="dxa"/>
              <w:start w:w="120" w:type="dxa"/>
              <w:bottom w:w="90" w:type="dxa"/>
              <w:end w:w="120" w:type="dxa"/>
            </w:tcMar>
          </w:tcPr>
          <w:p>
            <w:pPr>
              <w:spacing w:before="0" w:after="0" w:line="240" w:lineRule="auto"/>
            </w:pPr>
            <w:r>
              <w:t>ACTIVE</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Age</w:t>
            </w:r>
          </w:p>
        </w:tc>
        <w:tc>
          <w:tcPr>
            <w:tcW w:type="dxa" w:w="6660"/>
            <w:vAlign w:val="center"/>
            <w:shd w:fill="F4F2F5"/>
            <w:tcMar>
              <w:top w:w="90" w:type="dxa"/>
              <w:start w:w="120" w:type="dxa"/>
              <w:bottom w:w="90" w:type="dxa"/>
              <w:end w:w="120" w:type="dxa"/>
            </w:tcMar>
          </w:tcPr>
          <w:p>
            <w:pPr>
              <w:spacing w:before="0" w:after="0" w:line="240" w:lineRule="auto"/>
            </w:pPr>
            <w:r>
              <w:t>Unissued</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Height</w:t>
            </w:r>
          </w:p>
        </w:tc>
        <w:tc>
          <w:tcPr>
            <w:tcW w:type="dxa" w:w="6660"/>
            <w:vAlign w:val="center"/>
            <w:shd w:fill="FFFFFF"/>
            <w:tcMar>
              <w:top w:w="90" w:type="dxa"/>
              <w:start w:w="120" w:type="dxa"/>
              <w:bottom w:w="90" w:type="dxa"/>
              <w:end w:w="120" w:type="dxa"/>
            </w:tcMar>
          </w:tcPr>
          <w:p>
            <w:pPr>
              <w:spacing w:before="0" w:after="0" w:line="240" w:lineRule="auto"/>
            </w:pPr>
            <w:r>
              <w:t>5'4" / 163 cm</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Species</w:t>
            </w:r>
          </w:p>
        </w:tc>
        <w:tc>
          <w:tcPr>
            <w:tcW w:type="dxa" w:w="6660"/>
            <w:vAlign w:val="center"/>
            <w:shd w:fill="F4F2F5"/>
            <w:tcMar>
              <w:top w:w="90" w:type="dxa"/>
              <w:start w:w="120" w:type="dxa"/>
              <w:bottom w:w="90" w:type="dxa"/>
              <w:end w:w="120" w:type="dxa"/>
            </w:tcMar>
          </w:tcPr>
          <w:p>
            <w:pPr>
              <w:spacing w:before="0" w:after="0" w:line="240" w:lineRule="auto"/>
            </w:pPr>
            <w:r>
              <w:t>Nyctilucent Eidolsucca; fallen-angel-to-succubus dream-feeder</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Known rarity</w:t>
            </w:r>
          </w:p>
        </w:tc>
        <w:tc>
          <w:tcPr>
            <w:tcW w:type="dxa" w:w="6660"/>
            <w:vAlign w:val="center"/>
            <w:shd w:fill="FFFFFF"/>
            <w:tcMar>
              <w:top w:w="90" w:type="dxa"/>
              <w:start w:w="120" w:type="dxa"/>
              <w:bottom w:w="90" w:type="dxa"/>
              <w:end w:w="120" w:type="dxa"/>
            </w:tcMar>
          </w:tcPr>
          <w:p>
            <w:pPr>
              <w:spacing w:before="0" w:after="0" w:line="240" w:lineRule="auto"/>
            </w:pPr>
            <w:r>
              <w:t>One of a kind in the surviving registry</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Current rank</w:t>
            </w:r>
          </w:p>
        </w:tc>
        <w:tc>
          <w:tcPr>
            <w:tcW w:type="dxa" w:w="6660"/>
            <w:vAlign w:val="center"/>
            <w:shd w:fill="F4F2F5"/>
            <w:tcMar>
              <w:top w:w="90" w:type="dxa"/>
              <w:start w:w="120" w:type="dxa"/>
              <w:bottom w:w="90" w:type="dxa"/>
              <w:end w:w="120" w:type="dxa"/>
            </w:tcMar>
          </w:tcPr>
          <w:p>
            <w:pPr>
              <w:spacing w:before="0" w:after="0" w:line="240" w:lineRule="auto"/>
            </w:pPr>
            <w:r>
              <w:t>A Rank</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Titles</w:t>
            </w:r>
          </w:p>
        </w:tc>
        <w:tc>
          <w:tcPr>
            <w:tcW w:type="dxa" w:w="6660"/>
            <w:vAlign w:val="center"/>
            <w:shd w:fill="FFFFFF"/>
            <w:tcMar>
              <w:top w:w="90" w:type="dxa"/>
              <w:start w:w="120" w:type="dxa"/>
              <w:bottom w:w="90" w:type="dxa"/>
              <w:end w:w="120" w:type="dxa"/>
            </w:tcMar>
          </w:tcPr>
          <w:p>
            <w:pPr>
              <w:spacing w:before="0" w:after="0" w:line="240" w:lineRule="auto"/>
            </w:pPr>
            <w:r>
              <w:t>Dream Thief; Drowsing Huntress; Cloud-Rider of Velvet Sleep</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Primary role</w:t>
            </w:r>
          </w:p>
        </w:tc>
        <w:tc>
          <w:tcPr>
            <w:tcW w:type="dxa" w:w="6660"/>
            <w:vAlign w:val="center"/>
            <w:shd w:fill="F4F2F5"/>
            <w:tcMar>
              <w:top w:w="90" w:type="dxa"/>
              <w:start w:w="120" w:type="dxa"/>
              <w:bottom w:w="90" w:type="dxa"/>
              <w:end w:w="120" w:type="dxa"/>
            </w:tcMar>
          </w:tcPr>
          <w:p>
            <w:pPr>
              <w:spacing w:before="0" w:after="0" w:line="240" w:lineRule="auto"/>
            </w:pPr>
            <w:r>
              <w:t>Dream-domain controller, psychic skirmisher, extraction support</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Bloodline Art</w:t>
            </w:r>
          </w:p>
        </w:tc>
        <w:tc>
          <w:tcPr>
            <w:tcW w:type="dxa" w:w="6660"/>
            <w:vAlign w:val="center"/>
            <w:shd w:fill="FFFFFF"/>
            <w:tcMar>
              <w:top w:w="90" w:type="dxa"/>
              <w:start w:w="120" w:type="dxa"/>
              <w:bottom w:w="90" w:type="dxa"/>
              <w:end w:w="120" w:type="dxa"/>
            </w:tcMar>
          </w:tcPr>
          <w:p>
            <w:pPr>
              <w:spacing w:before="0" w:after="0" w:line="240" w:lineRule="auto"/>
            </w:pPr>
            <w:r>
              <w:t>Somnia Dominion</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Power source</w:t>
            </w:r>
          </w:p>
        </w:tc>
        <w:tc>
          <w:tcPr>
            <w:tcW w:type="dxa" w:w="6660"/>
            <w:vAlign w:val="center"/>
            <w:shd w:fill="F4F2F5"/>
            <w:tcMar>
              <w:top w:w="90" w:type="dxa"/>
              <w:start w:w="120" w:type="dxa"/>
              <w:bottom w:w="90" w:type="dxa"/>
              <w:end w:w="120" w:type="dxa"/>
            </w:tcMar>
          </w:tcPr>
          <w:p>
            <w:pPr>
              <w:spacing w:before="0" w:after="0" w:line="240" w:lineRule="auto"/>
            </w:pPr>
            <w:r>
              <w:t>Dream Essence; imagination harvested from dreams</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Weapon Arts</w:t>
            </w:r>
          </w:p>
        </w:tc>
        <w:tc>
          <w:tcPr>
            <w:tcW w:type="dxa" w:w="6660"/>
            <w:vAlign w:val="center"/>
            <w:shd w:fill="FFFFFF"/>
            <w:tcMar>
              <w:top w:w="90" w:type="dxa"/>
              <w:start w:w="120" w:type="dxa"/>
              <w:bottom w:w="90" w:type="dxa"/>
              <w:end w:w="120" w:type="dxa"/>
            </w:tcMar>
          </w:tcPr>
          <w:p>
            <w:pPr>
              <w:spacing w:before="0" w:after="0" w:line="240" w:lineRule="auto"/>
            </w:pPr>
            <w:r>
              <w:t>Flow, Precision, Counter, Light Step, Speed</w:t>
            </w:r>
          </w:p>
        </w:tc>
      </w:tr>
      <w:tr>
        <w:tc>
          <w:tcPr>
            <w:tcW w:type="dxa" w:w="2700"/>
            <w:vAlign w:val="center"/>
            <w:shd w:fill="EAF8F3"/>
            <w:tcMar>
              <w:top w:w="90" w:type="dxa"/>
              <w:start w:w="120" w:type="dxa"/>
              <w:bottom w:w="90" w:type="dxa"/>
              <w:end w:w="120" w:type="dxa"/>
            </w:tcMar>
          </w:tcPr>
          <w:p>
            <w:pPr>
              <w:spacing w:before="0" w:after="0" w:line="240" w:lineRule="auto"/>
            </w:pPr>
            <w:r>
              <w:rPr>
                <w:b/>
                <w:color w:val="341447"/>
              </w:rPr>
              <w:t>Conventional weapon</w:t>
            </w:r>
          </w:p>
        </w:tc>
        <w:tc>
          <w:tcPr>
            <w:tcW w:type="dxa" w:w="6660"/>
            <w:vAlign w:val="center"/>
            <w:shd w:fill="F4F2F5"/>
            <w:tcMar>
              <w:top w:w="90" w:type="dxa"/>
              <w:start w:w="120" w:type="dxa"/>
              <w:bottom w:w="90" w:type="dxa"/>
              <w:end w:w="120" w:type="dxa"/>
            </w:tcMar>
          </w:tcPr>
          <w:p>
            <w:pPr>
              <w:spacing w:before="0" w:after="0" w:line="240" w:lineRule="auto"/>
            </w:pPr>
            <w:r>
              <w:t>Dream Parasol</w:t>
            </w:r>
          </w:p>
        </w:tc>
      </w:tr>
      <w:tr>
        <w:tc>
          <w:tcPr>
            <w:tcW w:type="dxa" w:w="2700"/>
            <w:vAlign w:val="center"/>
            <w:shd w:fill="F1EAF6"/>
            <w:tcMar>
              <w:top w:w="90" w:type="dxa"/>
              <w:start w:w="120" w:type="dxa"/>
              <w:bottom w:w="90" w:type="dxa"/>
              <w:end w:w="120" w:type="dxa"/>
            </w:tcMar>
          </w:tcPr>
          <w:p>
            <w:pPr>
              <w:spacing w:before="0" w:after="0" w:line="240" w:lineRule="auto"/>
            </w:pPr>
            <w:r>
              <w:rPr>
                <w:b/>
                <w:color w:val="341447"/>
              </w:rPr>
              <w:t>Family position</w:t>
            </w:r>
          </w:p>
        </w:tc>
        <w:tc>
          <w:tcPr>
            <w:tcW w:type="dxa" w:w="6660"/>
            <w:vAlign w:val="center"/>
            <w:shd w:fill="FFFFFF"/>
            <w:tcMar>
              <w:top w:w="90" w:type="dxa"/>
              <w:start w:w="120" w:type="dxa"/>
              <w:bottom w:w="90" w:type="dxa"/>
              <w:end w:w="120" w:type="dxa"/>
            </w:tcMar>
          </w:tcPr>
          <w:p>
            <w:pPr>
              <w:spacing w:before="0" w:after="0" w:line="240" w:lineRule="auto"/>
            </w:pPr>
            <w:r>
              <w:t>Kurnoma’s old friend; Vivi to the household</w:t>
            </w:r>
          </w:p>
        </w:tc>
      </w:tr>
    </w:tbl>
    <w:p>
      <w:pPr>
        <w:spacing w:after="20"/>
      </w:pPr>
    </w:p>
    <w:p>
      <w:pPr>
        <w:pStyle w:val="Heading2"/>
        <w:keepNext/>
        <w:keepLines/>
      </w:pPr>
      <w:r>
        <w:t>Databook Thesis</w:t>
      </w:r>
    </w:p>
    <w:p>
      <w:pPr>
        <w:keepNext w:val="0"/>
        <w:keepLines/>
        <w:spacing w:after="120" w:line="283" w:lineRule="auto"/>
      </w:pPr>
      <w:r>
        <w:rPr>
          <w:i w:val="0"/>
        </w:rPr>
        <w:t>Venus is the friend who proves the Rawibari family extends beyond blood, adoption, and the weapons Kurnoma forged. Called Vivi by the people close to her, she knew Kurnoma before the triplets, met the household during the early wandering years, tolerated Darius’s suspicion until it became reluctant enjoyment, and opened the evacuation portal during the Upper Four catastrophe. Her homeland of cracked purple ground, green-tinted sunlight, persistent haze, succubi, incubi, and fallen angels is where Lady Luck’s concealed power finally became impossible to misclassify.</w:t>
      </w:r>
    </w:p>
    <w:p>
      <w:pPr>
        <w:keepNext w:val="0"/>
        <w:keepLines/>
        <w:spacing w:after="120" w:line="283" w:lineRule="auto"/>
      </w:pPr>
      <w:r>
        <w:rPr>
          <w:i w:val="0"/>
        </w:rPr>
        <w:t>She is a one-of-kind Nyctilucent Eidolsucca: a fallen-angel-to-succubus variant that feeds on dreams rather than desire. Somnia Dominion creates a persistent low-grade dream domain and expands it with Dream Essence, the imaginative energy harvested from sleeping minds. Within the domain, Venus can dreamwalk, conjure experiences with reality-like force, shape temporary tools or creatures, inflict psychic damage, obscure memory, and extract dream objects into waking space for a limited life.</w:t>
      </w:r>
    </w:p>
    <w:p>
      <w:pPr>
        <w:keepNext w:val="0"/>
        <w:keepLines/>
        <w:spacing w:after="120" w:line="283" w:lineRule="auto"/>
      </w:pPr>
      <w:r>
        <w:rPr>
          <w:i w:val="0"/>
        </w:rPr>
        <w:t>The title Dream Thief is literal and ethically dangerous. Harvesting Dream Essence wipes the subject’s memory of the dream from which it was taken. The person keeps the night but loses the story. Venus can use the resulting power to shelter, distract, heal through rest, evacuate, interrogate, or attack, yet every collection asks whether an unremembered dream was still private. Her ultimate style comes from holding that contradiction openly: she is seductive without needing desire as food, playful without being harmless, and a rescuer whose safest portal may still pass through a place no one else can verify afterward.</w:t>
      </w:r>
    </w:p>
    <w:p>
      <w:pPr>
        <w:pStyle w:val="Quote"/>
        <w:shd w:fill="F1EAF6"/>
        <w:keepNext w:val="0"/>
        <w:keepLines/>
        <w:pBdr>
          <w:top w:val="single" w:sz="10" w:space="5" w:color="78D6B6"/>
          <w:bottom w:val="single" w:sz="10" w:space="5" w:color="78D6B6"/>
        </w:pBdr>
      </w:pPr>
      <w:r>
        <w:t>“Reality is only the dream everyone agreed to remember. I specialize in dissent.” — Venus</w:t>
      </w:r>
    </w:p>
    <w:p>
      <w:pPr>
        <w:pStyle w:val="Heading2"/>
        <w:keepNext/>
        <w:keepLines/>
      </w:pPr>
      <w:r>
        <w:t>Appearance &amp; Silhouette</w:t>
      </w:r>
    </w:p>
    <w:p>
      <w:pPr>
        <w:keepNext w:val="0"/>
        <w:keepLines/>
        <w:spacing w:after="120" w:line="283" w:lineRule="auto"/>
      </w:pPr>
      <w:r>
        <w:rPr>
          <w:i w:val="0"/>
        </w:rPr>
        <w:t>Venus stands 5 feet 4 inches with a slender, graceful frame. She appears light enough to be carried by her own domain haze and grounded enough to make that impression feel intentionally misleading. Movement resembles a dancer stepping between patches of sleep rather than a fighter crossing ordinary floor. The Dream Parasol reinforces the silhouette: one compact figure beneath a wide circular plane that can become shade, shield, focus, stage, or portal marker.</w:t>
      </w:r>
    </w:p>
    <w:p>
      <w:pPr>
        <w:keepNext w:val="0"/>
        <w:keepLines/>
        <w:spacing w:after="120" w:line="283" w:lineRule="auto"/>
      </w:pPr>
      <w:r>
        <w:rPr>
          <w:i w:val="0"/>
        </w:rPr>
        <w:t>Her skin is milky black, a dark surface with an unnatural soft luminosity rather than a flat absence of color. It reads as nocturnal and otherworldly beside the green-tinted sunlight of her homeland. Purple and pink dream residue can reflect across it without appearing to sit on top of the body.</w:t>
      </w:r>
    </w:p>
    <w:p>
      <w:pPr>
        <w:keepNext w:val="0"/>
        <w:keepLines/>
        <w:spacing w:after="120" w:line="283" w:lineRule="auto"/>
      </w:pPr>
      <w:r>
        <w:rPr>
          <w:i w:val="0"/>
        </w:rPr>
        <w:t>Black locs carry purple highlights and frame black ram horns fissured with purple light. A lopsided halo remains from the fallen-angel origin, refusing the neat geometry associated with sanctity. Black wings extend behind her, while a dark tail ends in a glowing purple heart-shaped tip. The body therefore carries angelic, demonic, and playful visual signals at once without allowing any one category to settle the question.</w:t>
      </w:r>
    </w:p>
    <w:p>
      <w:pPr>
        <w:keepNext w:val="0"/>
        <w:keepLines/>
        <w:spacing w:after="120" w:line="283" w:lineRule="auto"/>
      </w:pPr>
      <w:r>
        <w:rPr>
          <w:i w:val="0"/>
        </w:rPr>
        <w:t>Her eyes are catlike and shift through purple into pink, brightest when Dream Essence is abundant or a domain effect is being shaped. Glasses remain part of the usual presentation, sharpening the contrast between scholarly observation and theatrical unreality. An opponent who dismisses them as costume often discovers that Venus is studying sleep behavior, attention drift, and the exact moment disbelief becomes tiring.</w:t>
      </w:r>
    </w:p>
    <w:p>
      <w:pPr>
        <w:keepNext w:val="0"/>
        <w:keepLines/>
        <w:spacing w:after="120" w:line="283" w:lineRule="auto"/>
      </w:pPr>
      <w:r>
        <w:rPr>
          <w:i w:val="0"/>
        </w:rPr>
        <w:t>Clothing favors black and purple dream-hunt layers, elegant fitted pieces, wing and tail clearance, and enough movement to rotate the parasol through Flow Arts. Materials may appear softer or more elaborate inside Somnia Dominion than they are in waking reality. She enjoys silhouettes that make viewers uncertain whether they have encountered a huntress, courtesan, fallen saint, or hostess.</w:t>
      </w:r>
    </w:p>
    <w:p>
      <w:pPr>
        <w:keepNext w:val="0"/>
        <w:keepLines/>
        <w:spacing w:after="120" w:line="283" w:lineRule="auto"/>
      </w:pPr>
      <w:r>
        <w:rPr>
          <w:i w:val="0"/>
        </w:rPr>
        <w:t>Her domain tells arrive before a full transformation: haze at the edge of vision, distant lullabies without a visible source, purple-black residue rising instead of falling, and a slight loss of certainty about how long the last blink lasted. Dream Parasol droplets may fall upward or downward, swell, pop, and leave no trace. The absence after the pop is itself one of her signatures.</w:t>
      </w:r>
    </w:p>
    <w:p>
      <w:pPr>
        <w:pStyle w:val="Heading2"/>
        <w:keepNext/>
        <w:keepLines/>
      </w:pPr>
      <w:r>
        <w:t>Temperament &amp; Interior Life</w:t>
      </w:r>
    </w:p>
    <w:p>
      <w:pPr>
        <w:keepNext w:val="0"/>
        <w:keepLines/>
        <w:spacing w:after="120" w:line="283" w:lineRule="auto"/>
      </w:pPr>
      <w:r>
        <w:rPr>
          <w:i w:val="0"/>
        </w:rPr>
        <w:t>Venus is teasing, theatrical, perceptive, imaginative, flirtatious, and difficult to embarrass. She enjoys making a room aware of its own assumptions. With Kurnoma, flirtation can be affectionate performance, genuine attraction, old-friend shorthand, or all three. The controlling relationship material allows playfulness without turning every intimate gesture into a hidden contract.</w:t>
      </w:r>
    </w:p>
    <w:p>
      <w:pPr>
        <w:keepNext w:val="0"/>
        <w:keepLines/>
        <w:spacing w:after="120" w:line="283" w:lineRule="auto"/>
      </w:pPr>
      <w:r>
        <w:rPr>
          <w:i w:val="0"/>
        </w:rPr>
        <w:t>She is not fed by sexual desire. That distinction matters because outsiders often project standard succubus motives onto a physiology organized around dreams. Venus may enjoy seduction, aesthetics, and charged conversation, but hunger responds to imaginative dream energy. A person can desire her and provide no useful meal; a child’s impossible city or an exhausted soldier’s dream of home may be far richer.</w:t>
      </w:r>
    </w:p>
    <w:p>
      <w:pPr>
        <w:keepNext w:val="0"/>
        <w:keepLines/>
        <w:spacing w:after="120" w:line="283" w:lineRule="auto"/>
      </w:pPr>
      <w:r>
        <w:rPr>
          <w:i w:val="0"/>
        </w:rPr>
        <w:t>Underfed Venus becomes sluggish, grumpy, less expansive, and able to maintain only a smaller domain. Overfed Venus becomes jittery, giddy, teasing, more seductive in behavior, and inclined toward exuberant experiments. Neither state erases judgment, but both alter impulse and should be treated like meaningful metabolic conditions rather than personality revelations.</w:t>
      </w:r>
    </w:p>
    <w:p>
      <w:pPr>
        <w:keepNext w:val="0"/>
        <w:keepLines/>
        <w:spacing w:after="120" w:line="283" w:lineRule="auto"/>
      </w:pPr>
      <w:r>
        <w:rPr>
          <w:i w:val="0"/>
        </w:rPr>
        <w:t>Her friendship with Kurnoma is old enough to survive boundaries. Vivi can push, flirt, dramatize, and invite; Kurnoma can refuse without the refusal becoming a crisis. Darius’s early reluctance softened into enjoyment, though he remained wary of the way Venus teased and of what dreamwalking could mean around a family. Those concerns were not entirely unreasonable. Venus is safest when affection does not persuade her that explicit permission is unnecessary.</w:t>
      </w:r>
    </w:p>
    <w:p>
      <w:pPr>
        <w:keepNext w:val="0"/>
        <w:keepLines/>
        <w:spacing w:after="120" w:line="283" w:lineRule="auto"/>
      </w:pPr>
      <w:r>
        <w:rPr>
          <w:i w:val="0"/>
        </w:rPr>
        <w:t>During catastrophe, theatrics become operational clarity. In the Upper Four incident she did not compete with Kurnoma for the center of the battle. She defended Suki, Theo, and the six-month-old triplets, identified evacuation as the decisive function, and opened the portal Kurnoma needed. The friend who lives in uncertain reality understood exactly which concrete lives had to leave first.</w:t>
      </w:r>
    </w:p>
    <w:p>
      <w:pPr>
        <w:pStyle w:val="Heading2"/>
        <w:keepNext/>
        <w:keepLines/>
      </w:pPr>
      <w:r>
        <w:t>Position in the World</w:t>
      </w:r>
    </w:p>
    <w:p>
      <w:pPr>
        <w:keepNext w:val="0"/>
        <w:keepLines/>
        <w:spacing w:after="120" w:line="283" w:lineRule="auto"/>
      </w:pPr>
      <w:r>
        <w:rPr>
          <w:i w:val="0"/>
        </w:rPr>
        <w:t>Venus is A Rank because her domain can alter perception, memory, terrain, object availability, and psychic stability across a meaningful area. She is not ranked as a conventional artillery caster. Her advantage is epistemic: enemies become uncertain which body, route, object, injury, or interval belongs to waking reality, while allies operate from signals she has agreed to preserve.</w:t>
      </w:r>
    </w:p>
    <w:p>
      <w:pPr>
        <w:keepNext w:val="0"/>
        <w:keepLines/>
        <w:spacing w:after="120" w:line="283" w:lineRule="auto"/>
      </w:pPr>
      <w:r>
        <w:rPr>
          <w:i w:val="0"/>
        </w:rPr>
        <w:t>In her homeland, she is an exceptional native whose biology intersects fallen-angel and succubus populations without belonging neatly to either. The cracked purple ground, green sun, and pervasive haze make dream phenomena culturally less alien than they would be elsewhere, but her dream-feeding species remains singular in the available record.</w:t>
      </w:r>
    </w:p>
    <w:p>
      <w:pPr>
        <w:keepNext w:val="0"/>
        <w:keepLines/>
        <w:spacing w:after="120" w:line="283" w:lineRule="auto"/>
      </w:pPr>
      <w:r>
        <w:rPr>
          <w:i w:val="0"/>
        </w:rPr>
        <w:t>For the Rawibari family, Venus is old friend, ally, cultural bridge, and emergency route-maker. She is not one of Kurnoma’s children. That distinction protects the mature, flirtatious friendship from being flattened into the household’s maternal structure while still acknowledging that Vivi will defend the children as family-adjacent kin.</w:t>
      </w:r>
    </w:p>
    <w:p>
      <w:pPr>
        <w:pStyle w:val="Heading2"/>
        <w:keepNext/>
        <w:keepLines/>
      </w:pPr>
      <w:r>
        <w:t>Powers, Abilities &amp; Combat Systems</w:t>
      </w:r>
    </w:p>
    <w:p>
      <w:pPr>
        <w:pStyle w:val="Heading3"/>
        <w:keepNext/>
        <w:keepLines/>
      </w:pPr>
      <w:r>
        <w:t>Somnia Dominion</w:t>
      </w:r>
    </w:p>
    <w:p>
      <w:pPr>
        <w:keepNext/>
        <w:spacing w:after="80"/>
      </w:pPr>
      <w:r>
        <w:rPr>
          <w:b/>
          <w:color w:val="2E7D69"/>
          <w:sz w:val="17"/>
        </w:rPr>
        <w:t>BLOODLINE ART / PERSISTENT DREAM DOMAIN</w:t>
      </w:r>
    </w:p>
    <w:p>
      <w:pPr>
        <w:keepNext w:val="0"/>
        <w:keepLines/>
        <w:spacing w:after="120" w:line="283" w:lineRule="auto"/>
      </w:pPr>
      <w:r>
        <w:rPr>
          <w:i w:val="0"/>
        </w:rPr>
        <w:t>Function. Somnia Dominion maintains a low-grade dream field around Venus and expands through Dream Essence. Inside it she can alter sensory interpretation, construct reality-like scenes, shape temporary beings or tools, change navigational logic, and inflict psychic harm through dream consequence.</w:t>
      </w:r>
    </w:p>
    <w:p>
      <w:pPr>
        <w:keepNext w:val="0"/>
        <w:keepLines/>
        <w:spacing w:after="120" w:line="283" w:lineRule="auto"/>
      </w:pPr>
      <w:r>
        <w:rPr>
          <w:i w:val="0"/>
        </w:rPr>
        <w:t>Field application. In practice, Venus uses this capability as a contested border between waking consensus and authored imagination. The domain does not need every target asleep; it makes wakefulness behave as though dreaming has gained jurisdiction.</w:t>
      </w:r>
    </w:p>
    <w:p>
      <w:pPr>
        <w:keepNext w:val="0"/>
        <w:keepLines/>
        <w:spacing w:after="120" w:line="283" w:lineRule="auto"/>
      </w:pPr>
      <w:r>
        <w:rPr>
          <w:i w:val="0"/>
        </w:rPr>
        <w:t>System interaction. Illusory uncertainty assists Elara’s omitted motion, creates impossible launch geometry for Kumoko, hides Theo’s currents, and gives Lady Luck additional favorable possibilities. The parasol supplies a stable focus and visible boundary marker.</w:t>
      </w:r>
    </w:p>
    <w:p>
      <w:pPr>
        <w:keepNext w:val="0"/>
        <w:keepLines/>
        <w:spacing w:after="120" w:line="283" w:lineRule="auto"/>
      </w:pPr>
      <w:r>
        <w:rPr>
          <w:i w:val="0"/>
        </w:rPr>
        <w:t>Limits and counterplay. Scale depends on stored Dream Essence. Strong identity, anti-psychic wards, dreamless states, pain anchors, and clearly shared external reference points can resist. Allies may also become confused if Venus fails to preserve signals. The field cannot make every imagined impossibility permanently real.</w:t>
      </w:r>
    </w:p>
    <w:p>
      <w:pPr>
        <w:keepNext w:val="0"/>
        <w:keepLines/>
        <w:spacing w:after="120" w:line="283" w:lineRule="auto"/>
      </w:pPr>
      <w:r>
        <w:rPr>
          <w:i w:val="0"/>
        </w:rPr>
        <w:t>Archive note. Haze thickens, lullabies become audible, shadows gain pastel edges, and scenery acquires the exquisite detail of a dream just before waking erases it. The domain is the defining expression of the Nyctilucent Eidolsucca and the reason Venus is classified as controller rather than ordinary succubus caster.</w:t>
      </w:r>
    </w:p>
    <w:p>
      <w:pPr>
        <w:pStyle w:val="Heading3"/>
        <w:keepNext/>
        <w:keepLines/>
      </w:pPr>
      <w:r>
        <w:t>Dreamwalking</w:t>
      </w:r>
    </w:p>
    <w:p>
      <w:pPr>
        <w:keepNext/>
        <w:spacing w:after="80"/>
      </w:pPr>
      <w:r>
        <w:rPr>
          <w:b/>
          <w:color w:val="2E7D69"/>
          <w:sz w:val="17"/>
        </w:rPr>
        <w:t>PSYCHIC TRAVERSAL</w:t>
      </w:r>
    </w:p>
    <w:p>
      <w:pPr>
        <w:keepNext w:val="0"/>
        <w:keepLines/>
        <w:spacing w:after="120" w:line="283" w:lineRule="auto"/>
      </w:pPr>
      <w:r>
        <w:rPr>
          <w:i w:val="0"/>
        </w:rPr>
        <w:t>Function. Venus enters, observes, navigates, and interacts with dreams. She can locate symbolic structures, communicate through dream language, identify psychic injury, guide a sleeper toward waking, or confront an intruding presence on the dream’s own terms.</w:t>
      </w:r>
    </w:p>
    <w:p>
      <w:pPr>
        <w:keepNext w:val="0"/>
        <w:keepLines/>
        <w:spacing w:after="120" w:line="283" w:lineRule="auto"/>
      </w:pPr>
      <w:r>
        <w:rPr>
          <w:i w:val="0"/>
        </w:rPr>
        <w:t>Field application. In practice, Venus uses this capability as the private architecture of sleeping consciousness. Distance follows association; identity may wear metaphor; memory can become geography.</w:t>
      </w:r>
    </w:p>
    <w:p>
      <w:pPr>
        <w:keepNext w:val="0"/>
        <w:keepLines/>
        <w:spacing w:after="120" w:line="283" w:lineRule="auto"/>
      </w:pPr>
      <w:r>
        <w:rPr>
          <w:i w:val="0"/>
        </w:rPr>
        <w:t>System interaction. Precision helps distinguish symbol from injury. Lady Luck’s regulation and healing can stabilize the body while Venus works. Suki and Lilly may be addressed separately if both consent; Theo’s home imagery can become a navigational anchor.</w:t>
      </w:r>
    </w:p>
    <w:p>
      <w:pPr>
        <w:keepNext w:val="0"/>
        <w:keepLines/>
        <w:spacing w:after="120" w:line="283" w:lineRule="auto"/>
      </w:pPr>
      <w:r>
        <w:rPr>
          <w:i w:val="0"/>
        </w:rPr>
        <w:t>Limits and counterplay. Dreamwalking is an intimacy and requires ethical permission outside immediate rescue. A dream can lie without intending deception. Trauma may attack through repetition. Another psychic entity can trap, follow, or alter Venus. Waking the body does not guarantee the dream’s effects vanish instantly.</w:t>
      </w:r>
    </w:p>
    <w:p>
      <w:pPr>
        <w:keepNext w:val="0"/>
        <w:keepLines/>
        <w:spacing w:after="120" w:line="283" w:lineRule="auto"/>
      </w:pPr>
      <w:r>
        <w:rPr>
          <w:i w:val="0"/>
        </w:rPr>
        <w:t>Archive note. The parasol closes like an eyelid, Venus becomes a falling silhouette, and the next scene obeys symbol before physics. Her friendship with the Rawibaris established explicit consent boundaries after Darius voiced concern about dream access and Kurnoma refused to let flirtation substitute for agreement.</w:t>
      </w:r>
    </w:p>
    <w:p>
      <w:pPr>
        <w:pStyle w:val="Heading3"/>
        <w:keepNext/>
        <w:keepLines/>
      </w:pPr>
      <w:r>
        <w:t>Dream Essence Harvest</w:t>
      </w:r>
    </w:p>
    <w:p>
      <w:pPr>
        <w:keepNext/>
        <w:spacing w:after="80"/>
      </w:pPr>
      <w:r>
        <w:rPr>
          <w:b/>
          <w:color w:val="2E7D69"/>
          <w:sz w:val="17"/>
        </w:rPr>
        <w:t>SPECIES METABOLISM / IMAGINATIVE ENERGY COLLECTION</w:t>
      </w:r>
    </w:p>
    <w:p>
      <w:pPr>
        <w:keepNext w:val="0"/>
        <w:keepLines/>
        <w:spacing w:after="120" w:line="283" w:lineRule="auto"/>
      </w:pPr>
      <w:r>
        <w:rPr>
          <w:i w:val="0"/>
        </w:rPr>
        <w:t>Function. Venus feeds on and stores imaginative energy produced by dreams. Harvest restores her body, expands Somnia Dominion, fuels psychic effects, and supplies material for conjuration or extraction. The subject loses memory of the harvested dream.</w:t>
      </w:r>
    </w:p>
    <w:p>
      <w:pPr>
        <w:keepNext w:val="0"/>
        <w:keepLines/>
        <w:spacing w:after="120" w:line="283" w:lineRule="auto"/>
      </w:pPr>
      <w:r>
        <w:rPr>
          <w:i w:val="0"/>
        </w:rPr>
        <w:t>Field application. In practice, Venus uses this capability as nutrition, power storage, and memory ethics in one act. A vivid dream can become several minutes of domain authority or a waking construct, but its original dreamer may never know what was spent.</w:t>
      </w:r>
    </w:p>
    <w:p>
      <w:pPr>
        <w:keepNext w:val="0"/>
        <w:keepLines/>
        <w:spacing w:after="120" w:line="283" w:lineRule="auto"/>
      </w:pPr>
      <w:r>
        <w:rPr>
          <w:i w:val="0"/>
        </w:rPr>
        <w:t>System interaction. Voluntary donors can establish themes that make later constructs more coherent. Calming magic improves safe sleep. The parasol can collect drifting essence as droplets before it disperses.</w:t>
      </w:r>
    </w:p>
    <w:p>
      <w:pPr>
        <w:keepNext w:val="0"/>
        <w:keepLines/>
        <w:spacing w:after="120" w:line="283" w:lineRule="auto"/>
      </w:pPr>
      <w:r>
        <w:rPr>
          <w:i w:val="0"/>
        </w:rPr>
        <w:t>Limits and counterplay. Harvest cannot be treated as consequence-free because it removes dream memory. Underfeeding reduces domain scale and energy; overfeeding increases jitter, impulsivity, and output volatility. Dream-poor or magically shielded sleepers supply little or nothing.</w:t>
      </w:r>
    </w:p>
    <w:p>
      <w:pPr>
        <w:keepNext w:val="0"/>
        <w:keepLines/>
        <w:spacing w:after="120" w:line="283" w:lineRule="auto"/>
      </w:pPr>
      <w:r>
        <w:rPr>
          <w:i w:val="0"/>
        </w:rPr>
        <w:t>Archive note. Soft pastel or purple-black wisps collect like weightless liquid under the parasol, then vanish into the canopy or heart-tipped tail light. The dream-memory cost is the central reason ‘Dream Thief’ remains accurate even when the donor experienced no physical injury.</w:t>
      </w:r>
    </w:p>
    <w:p>
      <w:pPr>
        <w:pStyle w:val="Heading3"/>
        <w:keepNext/>
        <w:keepLines/>
      </w:pPr>
      <w:r>
        <w:t>Reality-Like Conjuration &amp; Dream Extraction</w:t>
      </w:r>
    </w:p>
    <w:p>
      <w:pPr>
        <w:keepNext/>
        <w:spacing w:after="80"/>
      </w:pPr>
      <w:r>
        <w:rPr>
          <w:b/>
          <w:color w:val="2E7D69"/>
          <w:sz w:val="17"/>
        </w:rPr>
        <w:t>SOMNIA CONSTRUCT SYSTEM</w:t>
      </w:r>
    </w:p>
    <w:p>
      <w:pPr>
        <w:keepNext w:val="0"/>
        <w:keepLines/>
        <w:spacing w:after="120" w:line="283" w:lineRule="auto"/>
      </w:pPr>
      <w:r>
        <w:rPr>
          <w:i w:val="0"/>
        </w:rPr>
        <w:t>Function. Within the domain Venus conjures environments, objects, creatures, weather, and effects with dreamlike plausibility. She can temporarily extract selected constructs into waking space, where they retain limited physical and magical function for minutes before decaying.</w:t>
      </w:r>
    </w:p>
    <w:p>
      <w:pPr>
        <w:keepNext w:val="0"/>
        <w:keepLines/>
        <w:spacing w:after="120" w:line="283" w:lineRule="auto"/>
      </w:pPr>
      <w:r>
        <w:rPr>
          <w:i w:val="0"/>
        </w:rPr>
        <w:t>Field application. In practice, Venus uses this capability as imagination given an expiration date. A staircase can bridge empty air, a cloud can carry evacuees, a soft creature can distract a guard, or a weapon can exist long enough to parry the one attack for which it was imagined.</w:t>
      </w:r>
    </w:p>
    <w:p>
      <w:pPr>
        <w:keepNext w:val="0"/>
        <w:keepLines/>
        <w:spacing w:after="120" w:line="283" w:lineRule="auto"/>
      </w:pPr>
      <w:r>
        <w:rPr>
          <w:i w:val="0"/>
        </w:rPr>
        <w:t>System interaction. Kumoko’s Wild Genesis can stabilize or embellish extracted structures, Elara can identify which portion is claimable, Theo can use cloud and water imagery as partial medium, and Kurnoma’s probability can favor the construct surviving through its decisive use.</w:t>
      </w:r>
    </w:p>
    <w:p>
      <w:pPr>
        <w:keepNext w:val="0"/>
        <w:keepLines/>
        <w:spacing w:after="120" w:line="283" w:lineRule="auto"/>
      </w:pPr>
      <w:r>
        <w:rPr>
          <w:i w:val="0"/>
        </w:rPr>
        <w:t>Limits and counterplay. Outside the domain, constructs usually last only minutes and decay visibly. Complexity, contradiction, anti-magic, and loss of concentration shorten life. Extracted objects are not permanent manufacturing and cannot safely replace durable infrastructure.</w:t>
      </w:r>
    </w:p>
    <w:p>
      <w:pPr>
        <w:keepNext w:val="0"/>
        <w:keepLines/>
        <w:spacing w:after="120" w:line="283" w:lineRule="auto"/>
      </w:pPr>
      <w:r>
        <w:rPr>
          <w:i w:val="0"/>
        </w:rPr>
        <w:t>Archive note. Constructs are light, fluffy, pastel, semi-amorphous, or impossibly detailed depending on the dream source. Their edges loosen into luminous residue as waking reality reasserts itself. The system enabled Venus to function as evacuation support and battlefield architect rather than solely as psychic attacker.</w:t>
      </w:r>
    </w:p>
    <w:p>
      <w:pPr>
        <w:pStyle w:val="Heading3"/>
        <w:keepNext/>
        <w:keepLines/>
      </w:pPr>
      <w:r>
        <w:t>Psychic Damage &amp; Memory Pressure</w:t>
      </w:r>
    </w:p>
    <w:p>
      <w:pPr>
        <w:keepNext/>
        <w:spacing w:after="80"/>
      </w:pPr>
      <w:r>
        <w:rPr>
          <w:b/>
          <w:color w:val="2E7D69"/>
          <w:sz w:val="17"/>
        </w:rPr>
        <w:t>SOMNIA OFFENSIVE DISCIPLINE</w:t>
      </w:r>
    </w:p>
    <w:p>
      <w:pPr>
        <w:keepNext w:val="0"/>
        <w:keepLines/>
        <w:spacing w:after="120" w:line="283" w:lineRule="auto"/>
      </w:pPr>
      <w:r>
        <w:rPr>
          <w:i w:val="0"/>
        </w:rPr>
        <w:t>Function. Venus inflicts psychic damage by making dream consequence emotionally and neurologically convincing. She can repeat fear, distort temporal memory, force attention into symbolic threats, or make the target experience injury that destabilizes action even when the body remains initially intact.</w:t>
      </w:r>
    </w:p>
    <w:p>
      <w:pPr>
        <w:keepNext w:val="0"/>
        <w:keepLines/>
        <w:spacing w:after="120" w:line="283" w:lineRule="auto"/>
      </w:pPr>
      <w:r>
        <w:rPr>
          <w:i w:val="0"/>
        </w:rPr>
        <w:t>Field application. In practice, Venus uses this capability as certainty under attack. The opponent spends energy proving which pain, body, route, and sequence is real while Venus and her allies act on the physical layer.</w:t>
      </w:r>
    </w:p>
    <w:p>
      <w:pPr>
        <w:keepNext w:val="0"/>
        <w:keepLines/>
        <w:spacing w:after="120" w:line="283" w:lineRule="auto"/>
      </w:pPr>
      <w:r>
        <w:rPr>
          <w:i w:val="0"/>
        </w:rPr>
        <w:t>System interaction. Darius’s Psyonic fear, Kurnoma’s illusion, and Elara’s Redacted Motion can stack without being identical. Counter and Precision let Venus target the moment a mind has committed to the wrong interpretation.</w:t>
      </w:r>
    </w:p>
    <w:p>
      <w:pPr>
        <w:keepNext w:val="0"/>
        <w:keepLines/>
        <w:spacing w:after="120" w:line="283" w:lineRule="auto"/>
      </w:pPr>
      <w:r>
        <w:rPr>
          <w:i w:val="0"/>
        </w:rPr>
        <w:t>Limits and counterplay. Psychic immunity, shared sensory links, pain or identity anchors, non-dreaming constructs, and opponents trained to act under uncertainty resist. Excessive memory pressure risks collateral trauma and can make interrogation unreliable rather than truthful.</w:t>
      </w:r>
    </w:p>
    <w:p>
      <w:pPr>
        <w:keepNext w:val="0"/>
        <w:keepLines/>
        <w:spacing w:after="120" w:line="283" w:lineRule="auto"/>
      </w:pPr>
      <w:r>
        <w:rPr>
          <w:i w:val="0"/>
        </w:rPr>
        <w:t>Archive note. Damage appears as impossible repetition, sudden scene changes, duplicated silhouettes, or wounds that vanish when touched but leave the target’s breathing convinced. Venus’s A-Rank recognition rests partly on the ability to neutralize stronger physical targets by degrading the reality model their strength requires.</w:t>
      </w:r>
    </w:p>
    <w:p>
      <w:pPr>
        <w:pStyle w:val="Heading3"/>
        <w:keepNext/>
        <w:keepLines/>
      </w:pPr>
      <w:r>
        <w:t>Dream Parasol &amp; Cloud-Riding</w:t>
      </w:r>
    </w:p>
    <w:p>
      <w:pPr>
        <w:keepNext/>
        <w:spacing w:after="80"/>
      </w:pPr>
      <w:r>
        <w:rPr>
          <w:b/>
          <w:color w:val="2E7D69"/>
          <w:sz w:val="17"/>
        </w:rPr>
        <w:t>CONVENTIONAL EQUIPMENT / DOMAIN FOCUS</w:t>
      </w:r>
    </w:p>
    <w:p>
      <w:pPr>
        <w:keepNext w:val="0"/>
        <w:keepLines/>
        <w:spacing w:after="120" w:line="283" w:lineRule="auto"/>
      </w:pPr>
      <w:r>
        <w:rPr>
          <w:i w:val="0"/>
        </w:rPr>
        <w:t>Function. The Dream Parasol focuses Somnia Dominion, collects essence, redirects psychic effects, marks portals, shields against falling material or spell fragments, and produces dream droplets or cloud platforms. Flow, Precision, Counter, Light Step, and Speed Arts make it an agile defensive weapon.</w:t>
      </w:r>
    </w:p>
    <w:p>
      <w:pPr>
        <w:keepNext w:val="0"/>
        <w:keepLines/>
        <w:spacing w:after="120" w:line="283" w:lineRule="auto"/>
      </w:pPr>
      <w:r>
        <w:rPr>
          <w:i w:val="0"/>
        </w:rPr>
        <w:t>Field application. In practice, Venus uses this capability as portable stage and compass. Wherever the canopy opens, allies know Venus has established at least one readable rule inside the dream field.</w:t>
      </w:r>
    </w:p>
    <w:p>
      <w:pPr>
        <w:keepNext w:val="0"/>
        <w:keepLines/>
        <w:spacing w:after="120" w:line="283" w:lineRule="auto"/>
      </w:pPr>
      <w:r>
        <w:rPr>
          <w:i w:val="0"/>
        </w:rPr>
        <w:t>System interaction. Cloud constructs support evacuation, aerial repositioning, and Theo’s route logic. The circular canopy can hide Elara, catch Kumoko’s unstable fragments, or provide Kurnoma a visible portal coordinate.</w:t>
      </w:r>
    </w:p>
    <w:p>
      <w:pPr>
        <w:keepNext w:val="0"/>
        <w:keepLines/>
        <w:spacing w:after="120" w:line="283" w:lineRule="auto"/>
      </w:pPr>
      <w:r>
        <w:rPr>
          <w:i w:val="0"/>
        </w:rPr>
        <w:t>Limits and counterplay. It is the only conventional piece of equipment she consistently relies upon and can be damaged or separated from her. Losing it does not end Somnia Dominion, but it reduces focus, clarity, and the family’s ability to read her signals.</w:t>
      </w:r>
    </w:p>
    <w:p>
      <w:pPr>
        <w:keepNext w:val="0"/>
        <w:keepLines/>
        <w:spacing w:after="120" w:line="283" w:lineRule="auto"/>
      </w:pPr>
      <w:r>
        <w:rPr>
          <w:i w:val="0"/>
        </w:rPr>
        <w:t>Archive note. Purple-black droplets collect along the rim, fall or rise, swell, and pop without residue. Clouds gather beneath footsteps as though they had been waiting for permission to become solid. The parasol became the visual origin of ‘Cloud-Rider of Velvet Sleep’ and the practical tool through which Venus opened and stabilized emergency routes.</w:t>
      </w:r>
    </w:p>
    <w:p>
      <w:pPr>
        <w:pStyle w:val="Heading2"/>
        <w:keepNext/>
        <w:keepLines/>
      </w:pPr>
      <w:r>
        <w:t>Equipment &amp; Weapon Doctrine</w:t>
      </w:r>
    </w:p>
    <w:p>
      <w:pPr>
        <w:keepNext w:val="0"/>
        <w:keepLines/>
        <w:spacing w:after="120" w:line="283" w:lineRule="auto"/>
      </w:pPr>
      <w:r>
        <w:rPr>
          <w:i w:val="0"/>
        </w:rPr>
        <w:t>The Dream Parasol is Venus’s only consistent conventional weapon. It is simultaneously shield, focus, collecting vessel, portal marker, walking prop, and theatrical instrument. The household learns to read canopy angle and droplet behavior as operational signals: shelter, sleep, false route, real route, portal forming, or psychic pressure incoming.</w:t>
      </w:r>
    </w:p>
    <w:p>
      <w:pPr>
        <w:keepNext w:val="0"/>
        <w:keepLines/>
        <w:spacing w:after="120" w:line="283" w:lineRule="auto"/>
      </w:pPr>
      <w:r>
        <w:rPr>
          <w:i w:val="0"/>
        </w:rPr>
        <w:t>Because most of her other equipment can be conjured, Venus travels lightly in waking space. That advantage has a cost. Extracted dream tools decay, and a clever enemy can force her to spend essence reproducing mundane items that a conventional adventurer would simply carry.</w:t>
      </w:r>
    </w:p>
    <w:p>
      <w:pPr>
        <w:keepNext w:val="0"/>
        <w:keepLines/>
        <w:spacing w:after="120" w:line="283" w:lineRule="auto"/>
      </w:pPr>
      <w:r>
        <w:rPr>
          <w:i w:val="0"/>
        </w:rPr>
        <w:t>Glasses are part of the stable waking presentation and help preserve a consistent visual identity across domain shifts. They also provide a useful consent cue: when Venus removes them before dreamwork, familiar allies know an intimate psychic action may be imminent and can ask what permission has or has not been established.</w:t>
      </w:r>
    </w:p>
    <w:p>
      <w:pPr>
        <w:pStyle w:val="Heading2"/>
        <w:keepNext/>
        <w:keepLines/>
      </w:pPr>
      <w:r>
        <w:t>Combat Doctrine</w:t>
      </w:r>
    </w:p>
    <w:p>
      <w:pPr>
        <w:keepNext w:val="0"/>
        <w:keepLines/>
        <w:spacing w:after="120" w:line="283" w:lineRule="auto"/>
      </w:pPr>
      <w:r>
        <w:rPr>
          <w:i w:val="0"/>
        </w:rPr>
        <w:t>Venus begins by establishing a readable anchor for allies and uncertainty for enemies. The open parasol, a repeated lullaby, a specific cloud color, or a declared phrase marks what the team should trust. Everything else is allowed to become negotiable.</w:t>
      </w:r>
    </w:p>
    <w:p>
      <w:pPr>
        <w:keepNext w:val="0"/>
        <w:keepLines/>
        <w:spacing w:after="120" w:line="283" w:lineRule="auto"/>
      </w:pPr>
      <w:r>
        <w:rPr>
          <w:i w:val="0"/>
        </w:rPr>
        <w:t>She attacks attention before body. A false route costs movement. A repeated second costs timing. A symbolic threat costs composure. An extracted construct costs the enemy a real defensive action even if the construct dies moments later. Psychic damage ensures that correctly identifying an illusion does not always erase the consequence of having believed it.</w:t>
      </w:r>
    </w:p>
    <w:p>
      <w:pPr>
        <w:keepNext w:val="0"/>
        <w:keepLines/>
        <w:spacing w:after="120" w:line="283" w:lineRule="auto"/>
      </w:pPr>
      <w:r>
        <w:rPr>
          <w:i w:val="0"/>
        </w:rPr>
        <w:t>Her ideal position is mobile and slightly outside the obvious center. Light Step and cloud-riding preserve angles. Flow turns parasol defense into redirection. Counter waits for the target to commit to a reality model and then changes the premise beneath that commitment.</w:t>
      </w:r>
    </w:p>
    <w:p>
      <w:pPr>
        <w:keepNext w:val="0"/>
        <w:keepLines/>
        <w:spacing w:after="120" w:line="283" w:lineRule="auto"/>
      </w:pPr>
      <w:r>
        <w:rPr>
          <w:i w:val="0"/>
        </w:rPr>
        <w:t>During evacuation she becomes more concrete. Clouds carry bodies, conjured steps bridge gaps, dream duplicates draw pursuit, and the parasol marks the portal. The Upper Four incident demonstrated the discipline: protect Suki, Theo, and the infants; open the route; let Kurnoma become the catastrophe preventing pursuit.</w:t>
      </w:r>
    </w:p>
    <w:p>
      <w:pPr>
        <w:pStyle w:val="Heading2"/>
        <w:keepNext/>
        <w:keepLines/>
      </w:pPr>
      <w:r>
        <w:t>Strengths, Limits &amp; Counterplay</w:t>
      </w:r>
    </w:p>
    <w:p>
      <w:pPr>
        <w:keepNext w:val="0"/>
        <w:keepLines/>
        <w:spacing w:after="120" w:line="283" w:lineRule="auto"/>
      </w:pPr>
      <w:r>
        <w:rPr>
          <w:i w:val="0"/>
        </w:rPr>
        <w:t>Venus excels at domain control, sensory uncertainty, dreamwalking, temporary conjuration, psychic attrition, concealment, extraction, portal support, and making conventional strength answer the wrong question. She creates strategic options no purely physical specialist can predict from terrain alone.</w:t>
      </w:r>
    </w:p>
    <w:p>
      <w:pPr>
        <w:keepNext w:val="0"/>
        <w:keepLines/>
        <w:spacing w:after="120" w:line="283" w:lineRule="auto"/>
      </w:pPr>
      <w:r>
        <w:rPr>
          <w:i w:val="0"/>
        </w:rPr>
        <w:t>Her limits are Dream Essence supply, donor ethics, dream-memory loss, anti-psychic defenses, shared reality anchors, pain anchors, dreamless minds, non-sentient targets, construct decay, overfeeding volatility, underfeeding sluggishness, and reliance on clear ally signals inside an ambiguous domain.</w:t>
      </w:r>
    </w:p>
    <w:p>
      <w:pPr>
        <w:keepNext w:val="0"/>
        <w:keepLines/>
        <w:spacing w:after="120" w:line="283" w:lineRule="auto"/>
      </w:pPr>
      <w:r>
        <w:rPr>
          <w:i w:val="0"/>
        </w:rPr>
        <w:t>Her personal risk is treating intimacy as familiarity’s automatic privilege. Old friendship, flirtation, rescue history, and playful trust do not erase the privacy of a dream. Venus remains safest and most beloved when she asks even though she already expects the answer.</w:t>
      </w:r>
    </w:p>
    <w:p>
      <w:pPr>
        <w:pStyle w:val="Heading2"/>
        <w:keepNext/>
        <w:keepLines/>
      </w:pPr>
      <w:r>
        <w:t>Relationship Ledger</w:t>
      </w:r>
    </w:p>
    <w:p>
      <w:pPr>
        <w:pStyle w:val="Heading3"/>
        <w:keepNext/>
        <w:keepLines/>
      </w:pPr>
      <w:r>
        <w:t>Venus &amp; Lady Luck</w:t>
      </w:r>
    </w:p>
    <w:p>
      <w:pPr>
        <w:keepNext w:val="0"/>
        <w:keepLines/>
        <w:spacing w:after="120" w:line="283" w:lineRule="auto"/>
      </w:pPr>
      <w:r>
        <w:rPr>
          <w:i w:val="0"/>
        </w:rPr>
        <w:t>Kurnoma is Venus’s old friend, flirtatious equal, and the person whose Upper Four awakening Vivi witnessed and enabled through evacuation.</w:t>
      </w:r>
    </w:p>
    <w:p>
      <w:pPr>
        <w:keepNext w:val="0"/>
        <w:keepLines/>
        <w:spacing w:after="120" w:line="283" w:lineRule="auto"/>
      </w:pPr>
      <w:r>
        <w:rPr>
          <w:i w:val="0"/>
        </w:rPr>
        <w:t>The bond is strongest when they preserve explicit consent, the right to refuse play without emotional penalty, and the mature affection of two women who knew each other before the children. The relationship becomes difficult when dreamwalking or teasing bypasses a serious boundary because familiarity feels like permission.</w:t>
      </w:r>
    </w:p>
    <w:p>
      <w:pPr>
        <w:pStyle w:val="Heading3"/>
        <w:keepNext/>
        <w:keepLines/>
      </w:pPr>
      <w:r>
        <w:t>Venus &amp; Darius</w:t>
      </w:r>
    </w:p>
    <w:p>
      <w:pPr>
        <w:keepNext w:val="0"/>
        <w:keepLines/>
        <w:spacing w:after="120" w:line="283" w:lineRule="auto"/>
      </w:pPr>
      <w:r>
        <w:rPr>
          <w:i w:val="0"/>
        </w:rPr>
        <w:t>Darius initially resisted Vivi’s presence, later enjoyed her company, and continued to worry about teasing, dream access, and flirtation around the family.</w:t>
      </w:r>
    </w:p>
    <w:p>
      <w:pPr>
        <w:keepNext w:val="0"/>
        <w:keepLines/>
        <w:spacing w:after="120" w:line="283" w:lineRule="auto"/>
      </w:pPr>
      <w:r>
        <w:rPr>
          <w:i w:val="0"/>
        </w:rPr>
        <w:t>The bond is strongest when boundaries are literal, Darius’s Missing status is not exploited for dream speculation, and any return begins in waking truth. The relationship becomes difficult when suspicion becomes control or Venus treats every legitimate privacy concern as prudishness.</w:t>
      </w:r>
    </w:p>
    <w:p>
      <w:pPr>
        <w:pStyle w:val="Heading3"/>
        <w:keepNext/>
        <w:keepLines/>
      </w:pPr>
      <w:r>
        <w:t>Venus &amp; Kumoko</w:t>
      </w:r>
    </w:p>
    <w:p>
      <w:pPr>
        <w:keepNext w:val="0"/>
        <w:keepLines/>
        <w:spacing w:after="120" w:line="283" w:lineRule="auto"/>
      </w:pPr>
      <w:r>
        <w:rPr>
          <w:i w:val="0"/>
        </w:rPr>
        <w:t>Kumoko’s Wild Genesis and Venus’s dream extraction can turn imaginative concepts into short-lived combat machinery.</w:t>
      </w:r>
    </w:p>
    <w:p>
      <w:pPr>
        <w:keepNext w:val="0"/>
        <w:keepLines/>
        <w:spacing w:after="120" w:line="283" w:lineRule="auto"/>
      </w:pPr>
      <w:r>
        <w:rPr>
          <w:i w:val="0"/>
        </w:rPr>
        <w:t>The bond is strongest when each labels her layer, establishes an end condition, and lets Lucius hold the emergency stop. The relationship becomes difficult when feedback between dream logic and bad-idea manifestation creates unsafe scale or unclear expiration.</w:t>
      </w:r>
    </w:p>
    <w:p>
      <w:pPr>
        <w:pStyle w:val="Heading3"/>
        <w:keepNext/>
        <w:keepLines/>
      </w:pPr>
      <w:r>
        <w:t>Venus &amp; Lucius</w:t>
      </w:r>
    </w:p>
    <w:p>
      <w:pPr>
        <w:keepNext w:val="0"/>
        <w:keepLines/>
        <w:spacing w:after="120" w:line="283" w:lineRule="auto"/>
      </w:pPr>
      <w:r>
        <w:rPr>
          <w:i w:val="0"/>
        </w:rPr>
        <w:t>Lucius gives Somnia Dominion one stable landmark; Venus gives his static defense impossible depth and concealed routes.</w:t>
      </w:r>
    </w:p>
    <w:p>
      <w:pPr>
        <w:keepNext w:val="0"/>
        <w:keepLines/>
        <w:spacing w:after="120" w:line="283" w:lineRule="auto"/>
      </w:pPr>
      <w:r>
        <w:rPr>
          <w:i w:val="0"/>
        </w:rPr>
        <w:t>The bond is strongest when Vivi states which door is physically real and never changes that anchor without his acknowledgement. The relationship becomes difficult when the domain makes the protected fact ambiguous.</w:t>
      </w:r>
    </w:p>
    <w:p>
      <w:pPr>
        <w:pStyle w:val="Heading3"/>
        <w:keepNext/>
        <w:keepLines/>
      </w:pPr>
      <w:r>
        <w:t>Venus &amp; Elara</w:t>
      </w:r>
    </w:p>
    <w:p>
      <w:pPr>
        <w:keepNext w:val="0"/>
        <w:keepLines/>
        <w:spacing w:after="120" w:line="283" w:lineRule="auto"/>
      </w:pPr>
      <w:r>
        <w:rPr>
          <w:i w:val="0"/>
        </w:rPr>
        <w:t>Elara can claim the waking portion of extracted constructs while Venus hides Redacted Motion inside dream omission.</w:t>
      </w:r>
    </w:p>
    <w:p>
      <w:pPr>
        <w:keepNext w:val="0"/>
        <w:keepLines/>
        <w:spacing w:after="120" w:line="283" w:lineRule="auto"/>
      </w:pPr>
      <w:r>
        <w:rPr>
          <w:i w:val="0"/>
        </w:rPr>
        <w:t>The bond is strongest when claims stop at the object boundary and dream content remains private unless volunteered. The relationship becomes difficult when authority over a dream object is mistaken for authority over the dreamer’s private mind.</w:t>
      </w:r>
    </w:p>
    <w:p>
      <w:pPr>
        <w:pStyle w:val="Heading3"/>
        <w:keepNext/>
        <w:keepLines/>
      </w:pPr>
      <w:r>
        <w:t>Venus &amp; Suki</w:t>
      </w:r>
    </w:p>
    <w:p>
      <w:pPr>
        <w:keepNext w:val="0"/>
        <w:keepLines/>
        <w:spacing w:after="120" w:line="283" w:lineRule="auto"/>
      </w:pPr>
      <w:r>
        <w:rPr>
          <w:i w:val="0"/>
        </w:rPr>
        <w:t>Dreamwalking may help distinguish Lilly’s trauma loops from present danger, and Puppeteer strings can anchor a dream construct in waking geometry.</w:t>
      </w:r>
    </w:p>
    <w:p>
      <w:pPr>
        <w:keepNext w:val="0"/>
        <w:keepLines/>
        <w:spacing w:after="120" w:line="283" w:lineRule="auto"/>
      </w:pPr>
      <w:r>
        <w:rPr>
          <w:i w:val="0"/>
        </w:rPr>
        <w:t>The bond is strongest when Suki and Lilly are asked separately, a real exit signal is established, and the Gray Bell remains an emergency stop. The relationship becomes difficult when Venus enters the shared body’s memories with consent from only one soul.</w:t>
      </w:r>
    </w:p>
    <w:p>
      <w:pPr>
        <w:pStyle w:val="Heading3"/>
        <w:keepNext/>
        <w:keepLines/>
      </w:pPr>
      <w:r>
        <w:t>Venus &amp; Theo</w:t>
      </w:r>
    </w:p>
    <w:p>
      <w:pPr>
        <w:keepNext w:val="0"/>
        <w:keepLines/>
        <w:spacing w:after="120" w:line="283" w:lineRule="auto"/>
      </w:pPr>
      <w:r>
        <w:rPr>
          <w:i w:val="0"/>
        </w:rPr>
        <w:t>Venus can conceal currents, create cloud routes, and turn home imagery into a stable dream compass for Theo.</w:t>
      </w:r>
    </w:p>
    <w:p>
      <w:pPr>
        <w:keepNext w:val="0"/>
        <w:keepLines/>
        <w:spacing w:after="120" w:line="283" w:lineRule="auto"/>
      </w:pPr>
      <w:r>
        <w:rPr>
          <w:i w:val="0"/>
        </w:rPr>
        <w:t>The bond is strongest when a real Tidehook line remains attached and every artificial current is clearly marked. The relationship becomes difficult when false dream water triggers aquatic confidence without supporting the body or erases a route memory.</w:t>
      </w:r>
    </w:p>
    <w:p>
      <w:pPr>
        <w:pStyle w:val="Heading2"/>
        <w:keepNext/>
        <w:keepLines/>
      </w:pPr>
      <w:r>
        <w:t>Key History</w:t>
      </w:r>
    </w:p>
    <w:p>
      <w:pPr>
        <w:keepNext w:val="0"/>
        <w:keepLines/>
        <w:spacing w:after="140"/>
        <w:ind w:left="259" w:hanging="259"/>
      </w:pPr>
      <w:r>
        <w:rPr>
          <w:b/>
          <w:color w:val="5B2C83"/>
        </w:rPr>
        <w:t xml:space="preserve">Singular Birthline — </w:t>
      </w:r>
      <w:r>
        <w:t>Venus emerged as the only known Nyctilucent Eidolsucca, combining fallen-angel and succubus traits with dream rather than desire feeding.</w:t>
      </w:r>
    </w:p>
    <w:p>
      <w:pPr>
        <w:keepNext w:val="0"/>
        <w:keepLines/>
        <w:spacing w:after="140"/>
        <w:ind w:left="259" w:hanging="259"/>
      </w:pPr>
      <w:r>
        <w:rPr>
          <w:b/>
          <w:color w:val="5B2C83"/>
        </w:rPr>
        <w:t xml:space="preserve">The Green-Sun Homeland — </w:t>
      </w:r>
      <w:r>
        <w:t>She comes from a continent of cracked purple ground, green-tinted sunlight, persistent haze, succubi, incubi, and fallen angels.</w:t>
      </w:r>
    </w:p>
    <w:p>
      <w:pPr>
        <w:keepNext w:val="0"/>
        <w:keepLines/>
        <w:spacing w:after="140"/>
        <w:ind w:left="259" w:hanging="259"/>
      </w:pPr>
      <w:r>
        <w:rPr>
          <w:b/>
          <w:color w:val="5B2C83"/>
        </w:rPr>
        <w:t xml:space="preserve">Meeting Kurnoma — </w:t>
      </w:r>
      <w:r>
        <w:t>Venus befriended Kurnoma before the triplets. Darius moved from reluctance to genuine enjoyment while preserving some concern about her methods and teasing.</w:t>
      </w:r>
    </w:p>
    <w:p>
      <w:pPr>
        <w:keepNext w:val="0"/>
        <w:keepLines/>
        <w:spacing w:after="140"/>
        <w:ind w:left="259" w:hanging="259"/>
      </w:pPr>
      <w:r>
        <w:rPr>
          <w:b/>
          <w:color w:val="5B2C83"/>
        </w:rPr>
        <w:t xml:space="preserve">Dream Thief — </w:t>
      </w:r>
      <w:r>
        <w:t>Her A-Rank reputation formed around Somnia Dominion, dreamwalking, memory-costing harvest, psychic damage, and temporary extraction of imagined objects.</w:t>
      </w:r>
    </w:p>
    <w:p>
      <w:pPr>
        <w:keepNext w:val="0"/>
        <w:keepLines/>
        <w:spacing w:after="140"/>
        <w:ind w:left="259" w:hanging="259"/>
      </w:pPr>
      <w:r>
        <w:rPr>
          <w:b/>
          <w:color w:val="5B2C83"/>
        </w:rPr>
        <w:t xml:space="preserve">Upper Four Attack — </w:t>
      </w:r>
      <w:r>
        <w:t>When an Upper Four enemy attacked the family in her homeland, Venus protected Suki, Theo, and the six-month-old triplets and opened the evacuation portal.</w:t>
      </w:r>
    </w:p>
    <w:p>
      <w:pPr>
        <w:keepNext w:val="0"/>
        <w:keepLines/>
        <w:spacing w:after="140"/>
        <w:ind w:left="259" w:hanging="259"/>
      </w:pPr>
      <w:r>
        <w:rPr>
          <w:b/>
          <w:color w:val="5B2C83"/>
        </w:rPr>
        <w:t xml:space="preserve">Lady Luck Revealed — </w:t>
      </w:r>
      <w:r>
        <w:t>Vivi’s portal created the route Kurnoma held open through All-In Jackpot. The green-sun battlefield became the site of Lady Luck’s public SS-Rank revelation.</w:t>
      </w:r>
    </w:p>
    <w:p>
      <w:pPr>
        <w:keepNext w:val="0"/>
        <w:keepLines/>
        <w:spacing w:after="140"/>
        <w:ind w:left="259" w:hanging="259"/>
      </w:pPr>
      <w:r>
        <w:rPr>
          <w:b/>
          <w:color w:val="5B2C83"/>
        </w:rPr>
        <w:t xml:space="preserve">Current Ally — </w:t>
      </w:r>
      <w:r>
        <w:t>Venus remains active, A Rank, and close enough to the adult household to be called Vivi while retaining a life and culture beyond the Rawibari home.</w:t>
      </w:r>
    </w:p>
    <w:p>
      <w:pPr>
        <w:pStyle w:val="Heading2"/>
        <w:keepNext/>
        <w:keepLines/>
      </w:pPr>
      <w:r>
        <w:t>Voice Archive</w:t>
      </w:r>
    </w:p>
    <w:p>
      <w:pPr>
        <w:pStyle w:val="Quote"/>
        <w:shd w:fill="F1EAF6"/>
        <w:keepNext w:val="0"/>
        <w:keepLines/>
        <w:pBdr>
          <w:top w:val="single" w:sz="10" w:space="5" w:color="78D6B6"/>
          <w:bottom w:val="single" w:sz="10" w:space="5" w:color="78D6B6"/>
        </w:pBdr>
      </w:pPr>
      <w:r>
        <w:t>“I do not eat desire, darling. Desire is garnish. Imagination is dinner.” — Venus</w:t>
      </w:r>
    </w:p>
    <w:p>
      <w:pPr>
        <w:pStyle w:val="Quote"/>
        <w:shd w:fill="F1EAF6"/>
        <w:keepNext w:val="0"/>
        <w:keepLines/>
        <w:pBdr>
          <w:top w:val="single" w:sz="10" w:space="5" w:color="78D6B6"/>
          <w:bottom w:val="single" w:sz="10" w:space="5" w:color="78D6B6"/>
        </w:pBdr>
      </w:pPr>
      <w:r>
        <w:t>“If you cannot tell which door is real, use the one with my parasol. I promised not to lie about that one.” — Venus</w:t>
      </w:r>
    </w:p>
    <w:p>
      <w:pPr>
        <w:pStyle w:val="Quote"/>
        <w:shd w:fill="F1EAF6"/>
        <w:keepNext w:val="0"/>
        <w:keepLines/>
        <w:pBdr>
          <w:top w:val="single" w:sz="10" w:space="5" w:color="78D6B6"/>
          <w:bottom w:val="single" w:sz="10" w:space="5" w:color="78D6B6"/>
        </w:pBdr>
      </w:pPr>
      <w:r>
        <w:t>“Kurnoma, your five-second miracles remain terrible for my nerves and excellent for my stories.” — Venus</w:t>
      </w:r>
    </w:p>
    <w:p>
      <w:pPr>
        <w:pStyle w:val="Quote"/>
        <w:shd w:fill="F1EAF6"/>
        <w:keepNext w:val="0"/>
        <w:keepLines/>
        <w:pBdr>
          <w:top w:val="single" w:sz="10" w:space="5" w:color="78D6B6"/>
          <w:bottom w:val="single" w:sz="10" w:space="5" w:color="78D6B6"/>
        </w:pBdr>
      </w:pPr>
      <w:r>
        <w:t>“Yes, I can enter the dream. No, that does not mean I have already entered it.” — Venus</w:t>
      </w:r>
    </w:p>
    <w:p>
      <w:pPr>
        <w:pStyle w:val="Heading2"/>
        <w:keepNext/>
        <w:keepLines/>
      </w:pPr>
      <w:r>
        <w:t>Registry Verdict</w:t>
      </w:r>
    </w:p>
    <w:p>
      <w:pPr>
        <w:keepNext w:val="0"/>
        <w:keepLines/>
        <w:spacing w:after="120" w:line="283" w:lineRule="auto"/>
      </w:pPr>
      <w:r>
        <w:rPr>
          <w:i w:val="0"/>
        </w:rPr>
        <w:t>Venus is an A-Rank dream-domain controller whose power attacks the agreement on which ordinary combat depends. Somnia Dominion gives imagination tactical force, Dream Essence gives that force a metabolism, and the parasol gives allies one elegant point of certainty inside the haze.</w:t>
      </w:r>
    </w:p>
    <w:p>
      <w:pPr>
        <w:keepNext w:val="0"/>
        <w:keepLines/>
        <w:spacing w:after="120" w:line="283" w:lineRule="auto"/>
      </w:pPr>
      <w:r>
        <w:rPr>
          <w:i w:val="0"/>
        </w:rPr>
        <w:t>Her place in the databook is the old friend who opened the door while Lady Luck held the world back. She is not a Rawibari by blood or surname. She belongs because friendship, like home, can be a repeated action—and because when the green sun watched catastrophe arrive, Vivi chose the children first.</w:t>
      </w:r>
    </w:p>
    <w:p>
      <w:pPr>
        <w:sectPr>
          <w:headerReference w:type="default" r:id="rId29"/>
          <w:footerReference w:type="default" r:id="rId30"/>
          <w:pgSz w:w="12240" w:h="15840"/>
          <w:pgMar w:top="1181" w:right="1296" w:bottom="1181" w:left="1296" w:header="547" w:footer="547" w:gutter="0"/>
          <w:cols w:space="720"/>
          <w:docGrid w:linePitch="360"/>
        </w:sectPr>
      </w:pPr>
    </w:p>
    <w:p>
      <w:pPr>
        <w:pStyle w:val="Heading1"/>
        <w:keepNext/>
        <w:keepLines/>
      </w:pPr>
      <w:r>
        <w:t>Appendix A · The Family as a Combat Organism</w:t>
      </w:r>
    </w:p>
    <w:p>
      <w:pPr>
        <w:keepNext w:val="0"/>
        <w:keepLines/>
        <w:spacing w:after="120" w:line="283" w:lineRule="auto"/>
      </w:pPr>
      <w:r>
        <w:rPr>
          <w:i w:val="0"/>
        </w:rPr>
        <w:t>The Rawibari household does not become formidable merely because eight individually dangerous people stand in one place. Its real advantage is that every member solves a different failure state. Darius supplies violent forward pressure and weapon uncertainty. Lady Luck controls survival, timing, and the shape of the exchange. Lucius prevents the formation from being moved. Kumoko invents answers faster than an enemy can classify them. Elara removes enemy ownership and readable motion. Suki steals agency through strings and, at the edge of death, shares a body with Lilly. Theo turns terrain into a route home for allies and an abyss for enemies. Venus changes the epistemic ground of a battle by making dream, memory, and possibility materially relevant.</w:t>
      </w:r>
    </w:p>
    <w:p>
      <w:pPr>
        <w:keepNext w:val="0"/>
        <w:keepLines/>
        <w:spacing w:after="120" w:line="283" w:lineRule="auto"/>
      </w:pPr>
      <w:r>
        <w:rPr>
          <w:i w:val="0"/>
        </w:rPr>
        <w:t>Their greatest strategic virtue is redundancy without sameness. Several members can rescue, but they rescue differently: Lucius blocks the hit, Theo retrieves the person, Venus opens an impossible route, Suki seizes the attacker, Elara denies the weapon, Kumoko builds an answer, Darius destroys the pressure source, and Kurnoma repairs whatever still went wrong. Removing one layer never removes the whole safety system. It merely changes which sibling or elder must pay the next cost.</w:t>
      </w:r>
    </w:p>
    <w:p>
      <w:pPr>
        <w:keepNext w:val="0"/>
        <w:keepLines/>
        <w:spacing w:after="120" w:line="283" w:lineRule="auto"/>
      </w:pPr>
      <w:r>
        <w:rPr>
          <w:i w:val="0"/>
        </w:rPr>
        <w:t>Their greatest strategic danger is emotional coupling. The same love that allows instant coordination can become a trigger surface. Threatening Kurnoma can activate the Last Wager. Threatening the children can remove Kurnoma’s restraint. Cornering Suki can bring Lilly forward. Denying Theo a return route can make him manufacture an abyss. A clever enemy may attempt to weaponize these loyalties. A truly clever one understands that doing so turns a difficult encounter into an execution problem and usually chooses another plan.</w:t>
      </w:r>
    </w:p>
    <w:p>
      <w:pPr>
        <w:pStyle w:val="Heading2"/>
        <w:keepNext/>
        <w:keepLines/>
      </w:pPr>
      <w:r>
        <w:t>Pairing · Darius + Lady Luck</w:t>
      </w:r>
    </w:p>
    <w:p>
      <w:pPr>
        <w:keepNext w:val="0"/>
        <w:keepLines/>
        <w:spacing w:after="120" w:line="283" w:lineRule="auto"/>
      </w:pPr>
      <w:r>
        <w:rPr>
          <w:i w:val="0"/>
        </w:rPr>
        <w:t>Operational shape. Darius enters this pairing as Vanguard, formation breaker, adaptive weapon specialist; Lady Luck enters as Battlefield architect, regenerative alchemist, Mythic weaponsmith, probability sovereign. Their first-layer synergy is the interaction between Weapon Gacha and Art of 1000 Healings.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Darius and Lady Luck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Darius may overcommit to the bond; Lady Luck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Darius + Kumoko</w:t>
      </w:r>
    </w:p>
    <w:p>
      <w:pPr>
        <w:keepNext w:val="0"/>
        <w:keepLines/>
        <w:spacing w:after="120" w:line="283" w:lineRule="auto"/>
      </w:pPr>
      <w:r>
        <w:rPr>
          <w:i w:val="0"/>
        </w:rPr>
        <w:t>Operational shape. Darius enters this pairing as Vanguard, formation breaker, adaptive weapon specialist; Kumoko enters as Wild Engine, construct skirmisher, improvisational breaker. Their first-layer synergy is the interaction between Weapon Gacha and Arsenal: Wild Genesis.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Darius and Kumoko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Darius may overcommit to the bond; Kumoko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Darius + Lucius</w:t>
      </w:r>
    </w:p>
    <w:p>
      <w:pPr>
        <w:keepNext w:val="0"/>
        <w:keepLines/>
        <w:spacing w:after="120" w:line="283" w:lineRule="auto"/>
      </w:pPr>
      <w:r>
        <w:rPr>
          <w:i w:val="0"/>
        </w:rPr>
        <w:t>Operational shape. Darius enters this pairing as Vanguard, formation breaker, adaptive weapon specialist; Lucius enters as Defensive vanguard, force anchor, formation guardian. Their first-layer synergy is the interaction between Weapon Gacha and Arsenal: Unyielding Frame.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Darius and Lucius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Darius may overcommit to the bond; Lucius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Darius + Elara</w:t>
      </w:r>
    </w:p>
    <w:p>
      <w:pPr>
        <w:keepNext w:val="0"/>
        <w:keepLines/>
        <w:spacing w:after="120" w:line="283" w:lineRule="auto"/>
      </w:pPr>
      <w:r>
        <w:rPr>
          <w:i w:val="0"/>
        </w:rPr>
        <w:t>Operational shape. Darius enters this pairing as Vanguard, formation breaker, adaptive weapon specialist; Elara enters as Control assassin, authority specialist, battlefield interference. Their first-layer synergy is the interaction between Weapon Gacha and Arsenal: Silent Dominion.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Darius and Elara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Darius may overcommit to the bond; Elara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Darius + Suki</w:t>
      </w:r>
    </w:p>
    <w:p>
      <w:pPr>
        <w:keepNext w:val="0"/>
        <w:keepLines/>
        <w:spacing w:after="120" w:line="283" w:lineRule="auto"/>
      </w:pPr>
      <w:r>
        <w:rPr>
          <w:i w:val="0"/>
        </w:rPr>
        <w:t>Operational shape. Darius enters this pairing as Vanguard, formation breaker, adaptive weapon specialist; Suki enters as Puppeteer, control skirmisher, severance specialist. Their first-layer synergy is the interaction between Weapon Gacha and Puppeteer.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Darius and Suki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Darius may overcommit to the bond; Suki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Darius + Theo</w:t>
      </w:r>
    </w:p>
    <w:p>
      <w:pPr>
        <w:keepNext w:val="0"/>
        <w:keepLines/>
        <w:spacing w:after="120" w:line="283" w:lineRule="auto"/>
      </w:pPr>
      <w:r>
        <w:rPr>
          <w:i w:val="0"/>
        </w:rPr>
        <w:t>Operational shape. Darius enters this pairing as Vanguard, formation breaker, adaptive weapon specialist; Theo enters as Aquatic hunter, retrieval specialist, route-maker. Their first-layer synergy is the interaction between Weapon Gacha and Shark Life.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Darius and Theo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Darius may overcommit to the bond; Theo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Darius + Venus</w:t>
      </w:r>
    </w:p>
    <w:p>
      <w:pPr>
        <w:keepNext w:val="0"/>
        <w:keepLines/>
        <w:spacing w:after="120" w:line="283" w:lineRule="auto"/>
      </w:pPr>
      <w:r>
        <w:rPr>
          <w:i w:val="0"/>
        </w:rPr>
        <w:t>Operational shape. Darius enters this pairing as Vanguard, formation breaker, adaptive weapon specialist; Venus enters as Dream-domain controller, psychic skirmisher, extraction support. Their first-layer synergy is the interaction between Weapon Gacha and Somnia Dominion.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Darius and Venus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Darius may overcommit to the bond; Venus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Lady Luck + Kumoko</w:t>
      </w:r>
    </w:p>
    <w:p>
      <w:pPr>
        <w:keepNext w:val="0"/>
        <w:keepLines/>
        <w:spacing w:after="120" w:line="283" w:lineRule="auto"/>
      </w:pPr>
      <w:r>
        <w:rPr>
          <w:i w:val="0"/>
        </w:rPr>
        <w:t>Operational shape. Lady Luck enters this pairing as Battlefield architect, regenerative alchemist, Mythic weaponsmith, probability sovereign; Kumoko enters as Wild Engine, construct skirmisher, improvisational breaker. Their first-layer synergy is the interaction between Art of 1000 Healings and Arsenal: Wild Genesis.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Lady Luck and Kumoko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Lady Luck may overcommit to the bond; Kumoko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Lady Luck + Lucius</w:t>
      </w:r>
    </w:p>
    <w:p>
      <w:pPr>
        <w:keepNext w:val="0"/>
        <w:keepLines/>
        <w:spacing w:after="120" w:line="283" w:lineRule="auto"/>
      </w:pPr>
      <w:r>
        <w:rPr>
          <w:i w:val="0"/>
        </w:rPr>
        <w:t>Operational shape. Lady Luck enters this pairing as Battlefield architect, regenerative alchemist, Mythic weaponsmith, probability sovereign; Lucius enters as Defensive vanguard, force anchor, formation guardian. Their first-layer synergy is the interaction between Art of 1000 Healings and Arsenal: Unyielding Frame.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Lady Luck and Lucius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Lady Luck may overcommit to the bond; Lucius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Lady Luck + Elara</w:t>
      </w:r>
    </w:p>
    <w:p>
      <w:pPr>
        <w:keepNext w:val="0"/>
        <w:keepLines/>
        <w:spacing w:after="120" w:line="283" w:lineRule="auto"/>
      </w:pPr>
      <w:r>
        <w:rPr>
          <w:i w:val="0"/>
        </w:rPr>
        <w:t>Operational shape. Lady Luck enters this pairing as Battlefield architect, regenerative alchemist, Mythic weaponsmith, probability sovereign; Elara enters as Control assassin, authority specialist, battlefield interference. Their first-layer synergy is the interaction between Art of 1000 Healings and Arsenal: Silent Dominion.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Lady Luck and Elara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Lady Luck may overcommit to the bond; Elara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Lady Luck + Suki</w:t>
      </w:r>
    </w:p>
    <w:p>
      <w:pPr>
        <w:keepNext w:val="0"/>
        <w:keepLines/>
        <w:spacing w:after="120" w:line="283" w:lineRule="auto"/>
      </w:pPr>
      <w:r>
        <w:rPr>
          <w:i w:val="0"/>
        </w:rPr>
        <w:t>Operational shape. Lady Luck enters this pairing as Battlefield architect, regenerative alchemist, Mythic weaponsmith, probability sovereign; Suki enters as Puppeteer, control skirmisher, severance specialist. Their first-layer synergy is the interaction between Art of 1000 Healings and Puppeteer.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Lady Luck and Suki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Lady Luck may overcommit to the bond; Suki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Lady Luck + Theo</w:t>
      </w:r>
    </w:p>
    <w:p>
      <w:pPr>
        <w:keepNext w:val="0"/>
        <w:keepLines/>
        <w:spacing w:after="120" w:line="283" w:lineRule="auto"/>
      </w:pPr>
      <w:r>
        <w:rPr>
          <w:i w:val="0"/>
        </w:rPr>
        <w:t>Operational shape. Lady Luck enters this pairing as Battlefield architect, regenerative alchemist, Mythic weaponsmith, probability sovereign; Theo enters as Aquatic hunter, retrieval specialist, route-maker. Their first-layer synergy is the interaction between Art of 1000 Healings and Shark Life.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Lady Luck and Theo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Lady Luck may overcommit to the bond; Theo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Lady Luck + Venus</w:t>
      </w:r>
    </w:p>
    <w:p>
      <w:pPr>
        <w:keepNext w:val="0"/>
        <w:keepLines/>
        <w:spacing w:after="120" w:line="283" w:lineRule="auto"/>
      </w:pPr>
      <w:r>
        <w:rPr>
          <w:i w:val="0"/>
        </w:rPr>
        <w:t>Operational shape. Lady Luck enters this pairing as Battlefield architect, regenerative alchemist, Mythic weaponsmith, probability sovereign; Venus enters as Dream-domain controller, psychic skirmisher, extraction support. Their first-layer synergy is the interaction between Art of 1000 Healings and Somnia Dominion.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Lady Luck and Venus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Lady Luck may overcommit to the bond; Venus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Kumoko + Lucius</w:t>
      </w:r>
    </w:p>
    <w:p>
      <w:pPr>
        <w:keepNext w:val="0"/>
        <w:keepLines/>
        <w:spacing w:after="120" w:line="283" w:lineRule="auto"/>
      </w:pPr>
      <w:r>
        <w:rPr>
          <w:i w:val="0"/>
        </w:rPr>
        <w:t>Operational shape. Kumoko enters this pairing as Wild Engine, construct skirmisher, improvisational breaker; Lucius enters as Defensive vanguard, force anchor, formation guardian. Their first-layer synergy is the interaction between Arsenal: Wild Genesis and Arsenal: Unyielding Frame.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Kumoko and Lucius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Kumoko may overcommit to the bond; Lucius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Kumoko + Elara</w:t>
      </w:r>
    </w:p>
    <w:p>
      <w:pPr>
        <w:keepNext w:val="0"/>
        <w:keepLines/>
        <w:spacing w:after="120" w:line="283" w:lineRule="auto"/>
      </w:pPr>
      <w:r>
        <w:rPr>
          <w:i w:val="0"/>
        </w:rPr>
        <w:t>Operational shape. Kumoko enters this pairing as Wild Engine, construct skirmisher, improvisational breaker; Elara enters as Control assassin, authority specialist, battlefield interference. Their first-layer synergy is the interaction between Arsenal: Wild Genesis and Arsenal: Silent Dominion.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Kumoko and Elara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Kumoko may overcommit to the bond; Elara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Kumoko + Suki</w:t>
      </w:r>
    </w:p>
    <w:p>
      <w:pPr>
        <w:keepNext w:val="0"/>
        <w:keepLines/>
        <w:spacing w:after="120" w:line="283" w:lineRule="auto"/>
      </w:pPr>
      <w:r>
        <w:rPr>
          <w:i w:val="0"/>
        </w:rPr>
        <w:t>Operational shape. Kumoko enters this pairing as Wild Engine, construct skirmisher, improvisational breaker; Suki enters as Puppeteer, control skirmisher, severance specialist. Their first-layer synergy is the interaction between Arsenal: Wild Genesis and Puppeteer.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Kumoko and Suki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Kumoko may overcommit to the bond; Suki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Kumoko + Theo</w:t>
      </w:r>
    </w:p>
    <w:p>
      <w:pPr>
        <w:keepNext w:val="0"/>
        <w:keepLines/>
        <w:spacing w:after="120" w:line="283" w:lineRule="auto"/>
      </w:pPr>
      <w:r>
        <w:rPr>
          <w:i w:val="0"/>
        </w:rPr>
        <w:t>Operational shape. Kumoko enters this pairing as Wild Engine, construct skirmisher, improvisational breaker; Theo enters as Aquatic hunter, retrieval specialist, route-maker. Their first-layer synergy is the interaction between Arsenal: Wild Genesis and Shark Life.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Kumoko and Theo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Kumoko may overcommit to the bond; Theo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Kumoko + Venus</w:t>
      </w:r>
    </w:p>
    <w:p>
      <w:pPr>
        <w:keepNext w:val="0"/>
        <w:keepLines/>
        <w:spacing w:after="120" w:line="283" w:lineRule="auto"/>
      </w:pPr>
      <w:r>
        <w:rPr>
          <w:i w:val="0"/>
        </w:rPr>
        <w:t>Operational shape. Kumoko enters this pairing as Wild Engine, construct skirmisher, improvisational breaker; Venus enters as Dream-domain controller, psychic skirmisher, extraction support. Their first-layer synergy is the interaction between Arsenal: Wild Genesis and Somnia Dominion.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Kumoko and Venus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Kumoko may overcommit to the bond; Venus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Lucius + Elara</w:t>
      </w:r>
    </w:p>
    <w:p>
      <w:pPr>
        <w:keepNext w:val="0"/>
        <w:keepLines/>
        <w:spacing w:after="120" w:line="283" w:lineRule="auto"/>
      </w:pPr>
      <w:r>
        <w:rPr>
          <w:i w:val="0"/>
        </w:rPr>
        <w:t>Operational shape. Lucius enters this pairing as Defensive vanguard, force anchor, formation guardian; Elara enters as Control assassin, authority specialist, battlefield interference. Their first-layer synergy is the interaction between Arsenal: Unyielding Frame and Arsenal: Silent Dominion.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Lucius and Elara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Lucius may overcommit to the bond; Elara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Lucius + Suki</w:t>
      </w:r>
    </w:p>
    <w:p>
      <w:pPr>
        <w:keepNext w:val="0"/>
        <w:keepLines/>
        <w:spacing w:after="120" w:line="283" w:lineRule="auto"/>
      </w:pPr>
      <w:r>
        <w:rPr>
          <w:i w:val="0"/>
        </w:rPr>
        <w:t>Operational shape. Lucius enters this pairing as Defensive vanguard, force anchor, formation guardian; Suki enters as Puppeteer, control skirmisher, severance specialist. Their first-layer synergy is the interaction between Arsenal: Unyielding Frame and Puppeteer.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Lucius and Suki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Lucius may overcommit to the bond; Suki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Lucius + Theo</w:t>
      </w:r>
    </w:p>
    <w:p>
      <w:pPr>
        <w:keepNext w:val="0"/>
        <w:keepLines/>
        <w:spacing w:after="120" w:line="283" w:lineRule="auto"/>
      </w:pPr>
      <w:r>
        <w:rPr>
          <w:i w:val="0"/>
        </w:rPr>
        <w:t>Operational shape. Lucius enters this pairing as Defensive vanguard, force anchor, formation guardian; Theo enters as Aquatic hunter, retrieval specialist, route-maker. Their first-layer synergy is the interaction between Arsenal: Unyielding Frame and Shark Life.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Lucius and Theo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Lucius may overcommit to the bond; Theo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Lucius + Venus</w:t>
      </w:r>
    </w:p>
    <w:p>
      <w:pPr>
        <w:keepNext w:val="0"/>
        <w:keepLines/>
        <w:spacing w:after="120" w:line="283" w:lineRule="auto"/>
      </w:pPr>
      <w:r>
        <w:rPr>
          <w:i w:val="0"/>
        </w:rPr>
        <w:t>Operational shape. Lucius enters this pairing as Defensive vanguard, force anchor, formation guardian; Venus enters as Dream-domain controller, psychic skirmisher, extraction support. Their first-layer synergy is the interaction between Arsenal: Unyielding Frame and Somnia Dominion.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Lucius and Venus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Lucius may overcommit to the bond; Venus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Elara + Suki</w:t>
      </w:r>
    </w:p>
    <w:p>
      <w:pPr>
        <w:keepNext w:val="0"/>
        <w:keepLines/>
        <w:spacing w:after="120" w:line="283" w:lineRule="auto"/>
      </w:pPr>
      <w:r>
        <w:rPr>
          <w:i w:val="0"/>
        </w:rPr>
        <w:t>Operational shape. Elara enters this pairing as Control assassin, authority specialist, battlefield interference; Suki enters as Puppeteer, control skirmisher, severance specialist. Their first-layer synergy is the interaction between Arsenal: Silent Dominion and Puppeteer.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Elara and Suki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Elara may overcommit to the bond; Suki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Elara + Theo</w:t>
      </w:r>
    </w:p>
    <w:p>
      <w:pPr>
        <w:keepNext w:val="0"/>
        <w:keepLines/>
        <w:spacing w:after="120" w:line="283" w:lineRule="auto"/>
      </w:pPr>
      <w:r>
        <w:rPr>
          <w:i w:val="0"/>
        </w:rPr>
        <w:t>Operational shape. Elara enters this pairing as Control assassin, authority specialist, battlefield interference; Theo enters as Aquatic hunter, retrieval specialist, route-maker. Their first-layer synergy is the interaction between Arsenal: Silent Dominion and Shark Life.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Elara and Theo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Elara may overcommit to the bond; Theo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Elara + Venus</w:t>
      </w:r>
    </w:p>
    <w:p>
      <w:pPr>
        <w:keepNext w:val="0"/>
        <w:keepLines/>
        <w:spacing w:after="120" w:line="283" w:lineRule="auto"/>
      </w:pPr>
      <w:r>
        <w:rPr>
          <w:i w:val="0"/>
        </w:rPr>
        <w:t>Operational shape. Elara enters this pairing as Control assassin, authority specialist, battlefield interference; Venus enters as Dream-domain controller, psychic skirmisher, extraction support. Their first-layer synergy is the interaction between Arsenal: Silent Dominion and Somnia Dominion.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Elara and Venus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Elara may overcommit to the bond; Venus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Suki + Theo</w:t>
      </w:r>
    </w:p>
    <w:p>
      <w:pPr>
        <w:keepNext w:val="0"/>
        <w:keepLines/>
        <w:spacing w:after="120" w:line="283" w:lineRule="auto"/>
      </w:pPr>
      <w:r>
        <w:rPr>
          <w:i w:val="0"/>
        </w:rPr>
        <w:t>Operational shape. Suki enters this pairing as Puppeteer, control skirmisher, severance specialist; Theo enters as Aquatic hunter, retrieval specialist, route-maker. Their first-layer synergy is the interaction between Puppeteer and Shark Life.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Suki and Theo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Suki may overcommit to the bond; Theo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Suki + Venus</w:t>
      </w:r>
    </w:p>
    <w:p>
      <w:pPr>
        <w:keepNext w:val="0"/>
        <w:keepLines/>
        <w:spacing w:after="120" w:line="283" w:lineRule="auto"/>
      </w:pPr>
      <w:r>
        <w:rPr>
          <w:i w:val="0"/>
        </w:rPr>
        <w:t>Operational shape. Suki enters this pairing as Puppeteer, control skirmisher, severance specialist; Venus enters as Dream-domain controller, psychic skirmisher, extraction support. Their first-layer synergy is the interaction between Puppeteer and Somnia Dominion.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Suki and Venus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Suki may overcommit to the bond; Venus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pStyle w:val="Heading2"/>
        <w:keepNext/>
        <w:keepLines/>
      </w:pPr>
      <w:r>
        <w:t>Pairing · Theo + Venus</w:t>
      </w:r>
    </w:p>
    <w:p>
      <w:pPr>
        <w:keepNext w:val="0"/>
        <w:keepLines/>
        <w:spacing w:after="120" w:line="283" w:lineRule="auto"/>
      </w:pPr>
      <w:r>
        <w:rPr>
          <w:i w:val="0"/>
        </w:rPr>
        <w:t>Operational shape. Theo enters this pairing as Aquatic hunter, retrieval specialist, route-maker; Venus enters as Dream-domain controller, psychic skirmisher, extraction support. Their first-layer synergy is the interaction between Shark Life and Somnia Dominion. One establishes the condition under which the other can work without wasting motion. The result is not a rehearsed combination attack so much as a shared grammar: protect the route, identify the decisive object or person, and make the enemy spend more certainty than the family spends energy.</w:t>
      </w:r>
    </w:p>
    <w:p>
      <w:pPr>
        <w:keepNext w:val="0"/>
        <w:keepLines/>
        <w:spacing w:after="120" w:line="283" w:lineRule="auto"/>
      </w:pPr>
      <w:r>
        <w:rPr>
          <w:i w:val="0"/>
        </w:rPr>
        <w:t>Interpersonal pressure. Theo and Venus do not relate only as combat assets. Both are shaped by Darius’s absence and Kurnoma’s refusal to let that absence define the household’s worth. In a calm setting, this pairing reveals the mundane labor beneath the legend: meals, repairs, teasing, silent check-ins, training corrections, and the choice to remain nearby. In crisis, that familiarity shortens communication. A glance can mean retreat, hold, finish, or bring them home because the relationship has already supplied the missing sentence.</w:t>
      </w:r>
    </w:p>
    <w:p>
      <w:pPr>
        <w:keepNext w:val="0"/>
        <w:keepLines/>
        <w:spacing w:after="120" w:line="283" w:lineRule="auto"/>
      </w:pPr>
      <w:r>
        <w:rPr>
          <w:i w:val="0"/>
        </w:rPr>
        <w:t>Failure mode. The pairing becomes vulnerable if an opponent isolates one member, forges false sensory evidence about the other, or forces simultaneous rescue priorities. Theo may overcommit to the bond; Venus may answer with excessive force or self-sacrifice. Lady Luck’s preferred correction is to restore information before strength: confirm who is alive, reopen a route, then let the pair resume its own doctrine. The family is hardest to defeat once certainty has been returned to it.</w:t>
      </w:r>
    </w:p>
    <w:p>
      <w:pPr>
        <w:sectPr>
          <w:headerReference w:type="default" r:id="rId31"/>
          <w:footerReference w:type="default" r:id="rId32"/>
          <w:pgSz w:w="12240" w:h="15840"/>
          <w:pgMar w:top="1181" w:right="1296" w:bottom="1181" w:left="1296" w:header="547" w:footer="547" w:gutter="0"/>
          <w:cols w:space="720"/>
          <w:docGrid w:linePitch="360"/>
        </w:sectPr>
      </w:pPr>
    </w:p>
    <w:p>
      <w:pPr>
        <w:pStyle w:val="Heading1"/>
        <w:keepNext/>
        <w:keepLines/>
      </w:pPr>
      <w:r>
        <w:t>Appendix B · Field Simulations</w:t>
      </w:r>
    </w:p>
    <w:p>
      <w:pPr>
        <w:keepNext w:val="0"/>
        <w:keepLines/>
        <w:spacing w:after="120" w:line="283" w:lineRule="auto"/>
      </w:pPr>
      <w:r>
        <w:rPr>
          <w:i w:val="0"/>
        </w:rPr>
        <w:t>The following simulations are not new historical claims. They are doctrinal readings: controlled demonstrations of how the confirmed abilities would be deployed against recurring threat shapes. Their purpose is to make the databook usable without pretending that every technique has already appeared in a recorded battle.</w:t>
      </w:r>
    </w:p>
    <w:p>
      <w:pPr>
        <w:pStyle w:val="Heading2"/>
        <w:keepNext/>
        <w:keepLines/>
      </w:pPr>
      <w:r>
        <w:t>Darius · Simulation Cards</w:t>
      </w:r>
    </w:p>
    <w:p>
      <w:pPr>
        <w:pStyle w:val="Heading3"/>
        <w:keepNext/>
        <w:keepLines/>
      </w:pPr>
      <w:r>
        <w:t>Siege corridor</w:t>
      </w:r>
    </w:p>
    <w:p>
      <w:pPr>
        <w:keepNext w:val="0"/>
        <w:keepLines/>
        <w:spacing w:after="120" w:line="283" w:lineRule="auto"/>
      </w:pPr>
      <w:r>
        <w:rPr>
          <w:i w:val="0"/>
        </w:rPr>
        <w:t>Situation. The field presents a narrow approach packed with civilians, collapsing stone, and an enemy that wins by displacement. Darius begins from the priorities established by the character’s recorded role rather than from the desire to display maximum output. The first question is what must remain intact: a person, a route, a weapon, a memory, or the possibility of retreat. That answer determines whether Weapon Gacha is opened immediately or held as the concealed second layer.</w:t>
      </w:r>
    </w:p>
    <w:p>
      <w:pPr>
        <w:keepNext w:val="0"/>
        <w:keepLines/>
        <w:spacing w:after="120" w:line="283" w:lineRule="auto"/>
      </w:pPr>
      <w:r>
        <w:rPr>
          <w:i w:val="0"/>
        </w:rPr>
        <w:t>Execution. Weapon Gacha supplies the first correction: Weapon Gacha fuses inherited weapon summoning and dimensional equipment storage into an eight-slot adaptive arsenal. A pull materializes in Darius’s hands inside a blue crystalline shell that shatters on impact or the first swing. Common, Rare, Legendary, and Mythic results obey different craft and imbuement rules. Once the enemy reacts, Rage Conversion becomes the answer to the reaction rather than a disconnected second move. Rage burns stored fat into immediately available muscular definition, spreads panda fur across more of the body, raises physical output, and increases the responsiveness of high-rarity or sentient weapons. It is a metabolic conversion of reserve into force rather than a free transformation.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Darius cannot cancel a weapon already materializing. Recalling an exact model locks it for the rest of the day. Weapons can break permanently while not held, and enemies with sufficient strength or elemental resistance can pick them up after the first swing. Option density becomes dangerous clutter if control of the field is lost. A disciplined enemy would try to force that limit before revealing its true objective. The Rawibari answer is relational. Another family member covers the failure state, or Darius deliberately abandons the glamorous line and returns to the narrower job the formation needs. Victory is defined by who comes home, not by who looked strongest at the center of the field.</w:t>
      </w:r>
    </w:p>
    <w:p>
      <w:pPr>
        <w:pStyle w:val="Heading3"/>
        <w:keepNext/>
        <w:keepLines/>
      </w:pPr>
      <w:r>
        <w:t>Open-water pursuit</w:t>
      </w:r>
    </w:p>
    <w:p>
      <w:pPr>
        <w:keepNext w:val="0"/>
        <w:keepLines/>
        <w:spacing w:after="120" w:line="283" w:lineRule="auto"/>
      </w:pPr>
      <w:r>
        <w:rPr>
          <w:i w:val="0"/>
        </w:rPr>
        <w:t>Situation. The field presents a retreating target using depth, current, and hostage separation to break line of sight. Darius begins from the priorities established by the character’s recorded role rather than from the desire to display maximum output. The first question is what must remain intact: a person, a route, a weapon, a memory, or the possibility of retreat. That answer determines whether Pity &amp; Gacha Jackpot is opened immediately or held as the concealed second layer.</w:t>
      </w:r>
    </w:p>
    <w:p>
      <w:pPr>
        <w:keepNext w:val="0"/>
        <w:keepLines/>
        <w:spacing w:after="120" w:line="283" w:lineRule="auto"/>
      </w:pPr>
      <w:r>
        <w:rPr>
          <w:i w:val="0"/>
        </w:rPr>
        <w:t>Execution. Pity &amp; Gacha Jackpot supplies the first correction: Pity converts rejected pulls into rising quality assurance. At five stacks the next accepted result is guaranteed Rare or higher. An extraordinarily rare Gacha Jackpot requires at least five Legendary calls in sequence and grants seven minutes seven seconds of manual weapon selection. Once the enemy reacts, Momentum, Flow &amp; Impact Arts becomes the answer to the reaction rather than a disconnected second move. Momentum carries force across weapon changes, Flow removes hesitation between incompatible grips, and Impact determines how that accumulated force enters the target. Known calls include Momentum Flow: Rolling Tempest, Impact Form: Mountain King’s Descent, and Momentum Flow: Cyclone Crash.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The base Jackpot chance is 0.001 percent and cannot be treated as dependable doctrine. Fishing for Pity can kill him during the cooldown. Rage can improve the pull environment while degrading judgment about whether a rejected weapon was already good enough. A disciplined enemy would try to force that limit before revealing its true objective. The Rawibari answer is relational. Another family member covers the failure state, or Darius deliberately abandons the glamorous line and returns to the narrower job the formation needs. Victory is defined by who comes home, not by who looked strongest at the center of the field.</w:t>
      </w:r>
    </w:p>
    <w:p>
      <w:pPr>
        <w:pStyle w:val="Heading3"/>
        <w:keepNext/>
        <w:keepLines/>
      </w:pPr>
      <w:r>
        <w:t>Anti-magic vault</w:t>
      </w:r>
    </w:p>
    <w:p>
      <w:pPr>
        <w:keepNext w:val="0"/>
        <w:keepLines/>
        <w:spacing w:after="120" w:line="283" w:lineRule="auto"/>
      </w:pPr>
      <w:r>
        <w:rPr>
          <w:i w:val="0"/>
        </w:rPr>
        <w:t>Situation. The field presents a prepared chamber designed to starve spells, sever summons, and reward conventional physical force. Darius begins from the priorities established by the character’s recorded role rather than from the desire to display maximum output. The first question is what must remain intact: a person, a route, a weapon, a memory, or the possibility of retreat. That answer determines whether Rage Conversion is opened immediately or held as the concealed second layer.</w:t>
      </w:r>
    </w:p>
    <w:p>
      <w:pPr>
        <w:keepNext w:val="0"/>
        <w:keepLines/>
        <w:spacing w:after="120" w:line="283" w:lineRule="auto"/>
      </w:pPr>
      <w:r>
        <w:rPr>
          <w:i w:val="0"/>
        </w:rPr>
        <w:t>Execution. Rage Conversion supplies the first correction: Rage burns stored fat into immediately available muscular definition, spreads panda fur across more of the body, raises physical output, and increases the responsiveness of high-rarity or sentient weapons. It is a metabolic conversion of reserve into force rather than a free transformation. Once the enemy reacts, Earth &amp; Wind Imbuement becomes the answer to the reaction rather than a disconnected second move. Earth anchors Darius, fractures terrain, reinforces weapon mass, and converts landings into shock. Wind accelerates jumps, swings, cross-cuts, and recovery. The Rare Twin Wind-Edged Axes and Legendary Stoneheart Colossus Greatsword exemplify the two schools.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The state is barely controllable, overheats the body, consumes reserve, narrows judgment, and leaves a severe recovery burden. Kurnoma’s eyes and presence are the established anchor; without her, the current control condition is unknown. A disciplined enemy would try to force that limit before revealing its true objective. The Rawibari answer is relational. Another family member covers the failure state, or Darius deliberately abandons the glamorous line and returns to the narrower job the formation needs. Victory is defined by who comes home, not by who looked strongest at the center of the field.</w:t>
      </w:r>
    </w:p>
    <w:p>
      <w:pPr>
        <w:pStyle w:val="Heading3"/>
        <w:keepNext/>
        <w:keepLines/>
      </w:pPr>
      <w:r>
        <w:t>False-death operation</w:t>
      </w:r>
    </w:p>
    <w:p>
      <w:pPr>
        <w:keepNext w:val="0"/>
        <w:keepLines/>
        <w:spacing w:after="120" w:line="283" w:lineRule="auto"/>
      </w:pPr>
      <w:r>
        <w:rPr>
          <w:i w:val="0"/>
        </w:rPr>
        <w:t>Situation. The field presents an illusion campaign that shows each family member a different version of Kurnoma dying. Darius begins from the priorities established by the character’s recorded role rather than from the desire to display maximum output. The first question is what must remain intact: a person, a route, a weapon, a memory, or the possibility of retreat. That answer determines whether Momentum, Flow &amp; Impact Arts is opened immediately or held as the concealed second layer.</w:t>
      </w:r>
    </w:p>
    <w:p>
      <w:pPr>
        <w:keepNext w:val="0"/>
        <w:keepLines/>
        <w:spacing w:after="120" w:line="283" w:lineRule="auto"/>
      </w:pPr>
      <w:r>
        <w:rPr>
          <w:i w:val="0"/>
        </w:rPr>
        <w:t>Execution. Momentum, Flow &amp; Impact Arts supplies the first correction: Momentum carries force across weapon changes, Flow removes hesitation between incompatible grips, and Impact determines how that accumulated force enters the target. Known calls include Momentum Flow: Rolling Tempest, Impact Form: Mountain King’s Descent, and Momentum Flow: Cyclone Crash. Once the enemy reacts, Shadow &amp; Psyonic Pressure becomes the answer to the reaction rather than a disconnected second move. Shadow disrupts perception, angle, and presence through False Step-style misdirection. Psyonic magic pushes hallucination, fear, disorientation, phantom attacks, and loss of will through the physical certainty of weapon impact.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Momentum can be redirected, Flow can be interrupted by injury or bad terrain, and Impact cannot compensate for a weapon whose geometry is fundamentally wrong for the space. Repetition also teaches elite opponents the connective rhythm. A disciplined enemy would try to force that limit before revealing its true objective. The Rawibari answer is relational. Another family member covers the failure state, or Darius deliberately abandons the glamorous line and returns to the narrower job the formation needs. Victory is defined by who comes home, not by who looked strongest at the center of the field.</w:t>
      </w:r>
    </w:p>
    <w:p>
      <w:pPr>
        <w:pStyle w:val="Heading3"/>
        <w:keepNext/>
        <w:keepLines/>
      </w:pPr>
      <w:r>
        <w:t>Toolless adversary</w:t>
      </w:r>
    </w:p>
    <w:p>
      <w:pPr>
        <w:keepNext w:val="0"/>
        <w:keepLines/>
        <w:spacing w:after="120" w:line="283" w:lineRule="auto"/>
      </w:pPr>
      <w:r>
        <w:rPr>
          <w:i w:val="0"/>
        </w:rPr>
        <w:t>Situation. The field presents a shapeless or living-energy enemy with no conventional weapon, armor, or stable anatomy to claim. Darius begins from the priorities established by the character’s recorded role rather than from the desire to display maximum output. The first question is what must remain intact: a person, a route, a weapon, a memory, or the possibility of retreat. That answer determines whether Earth &amp; Wind Imbuement is opened immediately or held as the concealed second layer.</w:t>
      </w:r>
    </w:p>
    <w:p>
      <w:pPr>
        <w:keepNext w:val="0"/>
        <w:keepLines/>
        <w:spacing w:after="120" w:line="283" w:lineRule="auto"/>
      </w:pPr>
      <w:r>
        <w:rPr>
          <w:i w:val="0"/>
        </w:rPr>
        <w:t>Execution. Earth &amp; Wind Imbuement supplies the first correction: Earth anchors Darius, fractures terrain, reinforces weapon mass, and converts landings into shock. Wind accelerates jumps, swings, cross-cuts, and recovery. The Rare Twin Wind-Edged Axes and Legendary Stoneheart Colossus Greatsword exemplify the two schools. Once the enemy reacts, Moonlight Greatsword becomes the answer to the reaction rather than a disconnected second move. The Moonlight Greatsword is a sentient, autonomous-capable Mythic of living blue-luminous crystal-metal. Its edge can cut at a reality-adjacent level, project crescent waves and piercing beams, repair itself, absorb ambient energy, and stabilize nearby summons.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Darius’s raw spellcasting is weaker. Separating him from weapons, denying stable terrain, or forcing delicate ranged shaping reduces both schools. Earth can overcommit him; Wind can carry him into a trap. A disciplined enemy would try to force that limit before revealing its true objective. The Rawibari answer is relational. Another family member covers the failure state, or Darius deliberately abandons the glamorous line and returns to the narrower job the formation needs. Victory is defined by who comes home, not by who looked strongest at the center of the field.</w:t>
      </w:r>
    </w:p>
    <w:p>
      <w:pPr>
        <w:pStyle w:val="Heading3"/>
        <w:keepNext/>
        <w:keepLines/>
      </w:pPr>
      <w:r>
        <w:t>Upper-rank duel</w:t>
      </w:r>
    </w:p>
    <w:p>
      <w:pPr>
        <w:keepNext w:val="0"/>
        <w:keepLines/>
        <w:spacing w:after="120" w:line="283" w:lineRule="auto"/>
      </w:pPr>
      <w:r>
        <w:rPr>
          <w:i w:val="0"/>
        </w:rPr>
        <w:t>Situation. The field presents a single opponent whose raw statistics exceed the team but whose attention can still be divided. Darius begins from the priorities established by the character’s recorded role rather than from the desire to display maximum output. The first question is what must remain intact: a person, a route, a weapon, a memory, or the possibility of retreat. That answer determines whether Shadow &amp; Psyonic Pressure is opened immediately or held as the concealed second layer.</w:t>
      </w:r>
    </w:p>
    <w:p>
      <w:pPr>
        <w:keepNext w:val="0"/>
        <w:keepLines/>
        <w:spacing w:after="120" w:line="283" w:lineRule="auto"/>
      </w:pPr>
      <w:r>
        <w:rPr>
          <w:i w:val="0"/>
        </w:rPr>
        <w:t>Execution. Shadow &amp; Psyonic Pressure supplies the first correction: Shadow disrupts perception, angle, and presence through False Step-style misdirection. Psyonic magic pushes hallucination, fear, disorientation, phantom attacks, and loss of will through the physical certainty of weapon impact. Once the enemy reacts, Weapon Gacha becomes the answer to the reaction rather than a disconnected second move. Weapon Gacha fuses inherited weapon summoning and dimensional equipment storage into an eight-slot adaptive arsenal. A pull materializes in Darius’s hands inside a blue crystalline shell that shatters on impact or the first swing. Common, Rare, Legendary, and Mythic results obey different craft and imbuement rules.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Strong psychic discipline, nonvisual sensing, mindless targets, and wide-area attacks reduce the value of perceptual disruption. Because Darius channels rather than traditionally casts, disarming and range denial are serious counters. A disciplined enemy would try to force that limit before revealing its true objective. The Rawibari answer is relational. Another family member covers the failure state, or Darius deliberately abandons the glamorous line and returns to the narrower job the formation needs. Victory is defined by who comes home, not by who looked strongest at the center of the field.</w:t>
      </w:r>
    </w:p>
    <w:p>
      <w:pPr>
        <w:pStyle w:val="Heading2"/>
        <w:keepNext/>
        <w:keepLines/>
      </w:pPr>
      <w:r>
        <w:t>Lady Luck · Simulation Cards</w:t>
      </w:r>
    </w:p>
    <w:p>
      <w:pPr>
        <w:pStyle w:val="Heading3"/>
        <w:keepNext/>
        <w:keepLines/>
      </w:pPr>
      <w:r>
        <w:t>Siege corridor</w:t>
      </w:r>
    </w:p>
    <w:p>
      <w:pPr>
        <w:keepNext w:val="0"/>
        <w:keepLines/>
        <w:spacing w:after="120" w:line="283" w:lineRule="auto"/>
      </w:pPr>
      <w:r>
        <w:rPr>
          <w:i w:val="0"/>
        </w:rPr>
        <w:t>Situation. The field presents a narrow approach packed with civilians, collapsing stone, and an enemy that wins by displacement. Lady Luck begins from the priorities established by the character’s recorded role rather than from the desire to display maximum output. The first question is what must remain intact: a person, a route, a weapon, a memory, or the possibility of retreat. That answer determines whether Art of 1000 Healings is opened immediately or held as the concealed second layer.</w:t>
      </w:r>
    </w:p>
    <w:p>
      <w:pPr>
        <w:keepNext w:val="0"/>
        <w:keepLines/>
        <w:spacing w:after="120" w:line="283" w:lineRule="auto"/>
      </w:pPr>
      <w:r>
        <w:rPr>
          <w:i w:val="0"/>
        </w:rPr>
        <w:t>Execution. Art of 1000 Healings supplies the first correction: The Art restores biological structures, accelerates repair, enhances physical performance, manipulates pheromonal chemistry, transfers regenerative burden, repairs magical or material channels, and treats metal as tissue. It can restart a natural heart rhythm, reattach limbs with full nerve function, and stop bleeding immediately through pheromonal coagulation. Once the enemy reacts, Crystal Pylons &amp; Construct Network becomes the answer to the reaction rather than a disconnected second move. Kurnoma summons floating crystal pylons and related constructs that radiate herb-derived pheromonal fields. Their zones provide weak but persistent healing, stamina support, pain resistance, reaction enhancement, and automatic ally stabilization.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It cannot restart consciousness after irreversible brain death. Healing consumes energy, and material regeneration is more exhausting than ordinary biological repair. Restoration does not make reckless damage morally free. Severe Jackpot recoil can temporarily remove Kurnoma’s ability to self-heal precisely when she needs it most. A disciplined enemy would try to force that limit before revealing its true objective. The Rawibari answer is relational. Another family member covers the failure state, or Lady Luck deliberately abandons the glamorous line and returns to the narrower job the formation needs. Victory is defined by who comes home, not by who looked strongest at the center of the field.</w:t>
      </w:r>
    </w:p>
    <w:p>
      <w:pPr>
        <w:pStyle w:val="Heading3"/>
        <w:keepNext/>
        <w:keepLines/>
      </w:pPr>
      <w:r>
        <w:t>Open-water pursuit</w:t>
      </w:r>
    </w:p>
    <w:p>
      <w:pPr>
        <w:keepNext w:val="0"/>
        <w:keepLines/>
        <w:spacing w:after="120" w:line="283" w:lineRule="auto"/>
      </w:pPr>
      <w:r>
        <w:rPr>
          <w:i w:val="0"/>
        </w:rPr>
        <w:t>Situation. The field presents a retreating target using depth, current, and hostage separation to break line of sight. Lady Luck begins from the priorities established by the character’s recorded role rather than from the desire to display maximum output. The first question is what must remain intact: a person, a route, a weapon, a memory, or the possibility of retreat. That answer determines whether Probability Sovereignty · Lady Luck is opened immediately or held as the concealed second layer.</w:t>
      </w:r>
    </w:p>
    <w:p>
      <w:pPr>
        <w:keepNext w:val="0"/>
        <w:keepLines/>
        <w:spacing w:after="120" w:line="283" w:lineRule="auto"/>
      </w:pPr>
      <w:r>
        <w:rPr>
          <w:i w:val="0"/>
        </w:rPr>
        <w:t>Execution. Probability Sovereignty · Lady Luck supplies the first correction: Kurnoma manipulates probability by stacking small influences over timing, footing, perception, stamina, reaction, micro-regeneration, and survival thresholds. She does not simply declare an impossible outcome. She makes an available favorable outcome increasingly likely and makes competing failures harder to reach. Once the enemy reacts, Regenerative Alchemy &amp; Material Healing becomes the answer to the reaction rather than a disconnected second move. Kurnoma practices transmutation, enhancement, poison, regeneration, and reinforcement. She can repair broken metal, regrow missing material from a surviving portion, refine arcane alloys, stabilize enchantments, reconnect magical channels, and bind compatible sentience into a Mythic core.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She cannot rely on a favorable possibility that has no path to existence. Isolation, denied sensory information, simultaneous endangered allies, anti-time effects, and forced binary choices reduce her ability to stack modest corrections. Strong observers can recognize the pattern even when they cannot directly dispel it. A disciplined enemy would try to force that limit before revealing its true objective. The Rawibari answer is relational. Another family member covers the failure state, or Lady Luck deliberately abandons the glamorous line and returns to the narrower job the formation needs. Victory is defined by who comes home, not by who looked strongest at the center of the field.</w:t>
      </w:r>
    </w:p>
    <w:p>
      <w:pPr>
        <w:pStyle w:val="Heading3"/>
        <w:keepNext/>
        <w:keepLines/>
      </w:pPr>
      <w:r>
        <w:t>Anti-magic vault</w:t>
      </w:r>
    </w:p>
    <w:p>
      <w:pPr>
        <w:keepNext w:val="0"/>
        <w:keepLines/>
        <w:spacing w:after="120" w:line="283" w:lineRule="auto"/>
      </w:pPr>
      <w:r>
        <w:rPr>
          <w:i w:val="0"/>
        </w:rPr>
        <w:t>Situation. The field presents a prepared chamber designed to starve spells, sever summons, and reward conventional physical force. Lady Luck begins from the priorities established by the character’s recorded role rather than from the desire to display maximum output. The first question is what must remain intact: a person, a route, a weapon, a memory, or the possibility of retreat. That answer determines whether Crystal Pylons &amp; Construct Network is opened immediately or held as the concealed second layer.</w:t>
      </w:r>
    </w:p>
    <w:p>
      <w:pPr>
        <w:keepNext w:val="0"/>
        <w:keepLines/>
        <w:spacing w:after="120" w:line="283" w:lineRule="auto"/>
      </w:pPr>
      <w:r>
        <w:rPr>
          <w:i w:val="0"/>
        </w:rPr>
        <w:t>Execution. Crystal Pylons &amp; Construct Network supplies the first correction: Kurnoma summons floating crystal pylons and related constructs that radiate herb-derived pheromonal fields. Their zones provide weak but persistent healing, stamina support, pain resistance, reaction enhancement, and automatic ally stabilization. Once the enemy reacts, Elemental Control · Fire, Water &amp; Ice becomes the answer to the reaction rather than a disconnected second move. Kurnoma uses Fire, Water, and Ice less as damage schools than as tools for position, temperature, visibility, pressure, and route construction. Fire denies or accelerates. Water redirects and carries. Ice fixes, separates, or creates temporary certainty.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Pylons are weaker than direct contact, can be destroyed, displaced, or suppressed by anti-magic, and require placement knowledge. A wide chaotic battlefield or denied preparation reduces network density. Overreliance can teach enemies to hunt the crystalline anchors. A disciplined enemy would try to force that limit before revealing its true objective. The Rawibari answer is relational. Another family member covers the failure state, or Lady Luck deliberately abandons the glamorous line and returns to the narrower job the formation needs. Victory is defined by who comes home, not by who looked strongest at the center of the field.</w:t>
      </w:r>
    </w:p>
    <w:p>
      <w:pPr>
        <w:pStyle w:val="Heading3"/>
        <w:keepNext/>
        <w:keepLines/>
      </w:pPr>
      <w:r>
        <w:t>False-death operation</w:t>
      </w:r>
    </w:p>
    <w:p>
      <w:pPr>
        <w:keepNext w:val="0"/>
        <w:keepLines/>
        <w:spacing w:after="120" w:line="283" w:lineRule="auto"/>
      </w:pPr>
      <w:r>
        <w:rPr>
          <w:i w:val="0"/>
        </w:rPr>
        <w:t>Situation. The field presents an illusion campaign that shows each family member a different version of Kurnoma dying. Lady Luck begins from the priorities established by the character’s recorded role rather than from the desire to display maximum output. The first question is what must remain intact: a person, a route, a weapon, a memory, or the possibility of retreat. That answer determines whether Regenerative Alchemy &amp; Material Healing is opened immediately or held as the concealed second layer.</w:t>
      </w:r>
    </w:p>
    <w:p>
      <w:pPr>
        <w:keepNext w:val="0"/>
        <w:keepLines/>
        <w:spacing w:after="120" w:line="283" w:lineRule="auto"/>
      </w:pPr>
      <w:r>
        <w:rPr>
          <w:i w:val="0"/>
        </w:rPr>
        <w:t>Execution. Regenerative Alchemy &amp; Material Healing supplies the first correction: Kurnoma practices transmutation, enhancement, poison, regeneration, and reinforcement. She can repair broken metal, regrow missing material from a surviving portion, refine arcane alloys, stabilize enchantments, reconnect magical channels, and bind compatible sentience into a Mythic core. Once the enemy reacts, Time Dilation &amp; Localized Time Stop becomes the answer to the reaction rather than a disconnected second move. Baseline Time Dilation steals or grants micro-intervals within a local exchange. Under All-In Jackpot it becomes Localized Time Stop, allowing Kurnoma to hold a limited area long enough to cross impossible distance, interrupt a killing motion, or speak the family’s True Names during catastrophe.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Regrowing metal is exhausting and not a commercial infinite-resource engine. Sentience cannot be responsibly mass-produced. A weapon with incoherent purpose, incompatible core, or unwilling temperament cannot be forced into a healthy Mythic simply because Kurnoma has enough material. A disciplined enemy would try to force that limit before revealing its true objective. The Rawibari answer is relational. Another family member covers the failure state, or Lady Luck deliberately abandons the glamorous line and returns to the narrower job the formation needs. Victory is defined by who comes home, not by who looked strongest at the center of the field.</w:t>
      </w:r>
    </w:p>
    <w:p>
      <w:pPr>
        <w:pStyle w:val="Heading3"/>
        <w:keepNext/>
        <w:keepLines/>
      </w:pPr>
      <w:r>
        <w:t>Toolless adversary</w:t>
      </w:r>
    </w:p>
    <w:p>
      <w:pPr>
        <w:keepNext w:val="0"/>
        <w:keepLines/>
        <w:spacing w:after="120" w:line="283" w:lineRule="auto"/>
      </w:pPr>
      <w:r>
        <w:rPr>
          <w:i w:val="0"/>
        </w:rPr>
        <w:t>Situation. The field presents a shapeless or living-energy enemy with no conventional weapon, armor, or stable anatomy to claim. Lady Luck begins from the priorities established by the character’s recorded role rather than from the desire to display maximum output. The first question is what must remain intact: a person, a route, a weapon, a memory, or the possibility of retreat. That answer determines whether Elemental Control · Fire, Water &amp; Ice is opened immediately or held as the concealed second layer.</w:t>
      </w:r>
    </w:p>
    <w:p>
      <w:pPr>
        <w:keepNext w:val="0"/>
        <w:keepLines/>
        <w:spacing w:after="120" w:line="283" w:lineRule="auto"/>
      </w:pPr>
      <w:r>
        <w:rPr>
          <w:i w:val="0"/>
        </w:rPr>
        <w:t>Execution. Elemental Control · Fire, Water &amp; Ice supplies the first correction: Kurnoma uses Fire, Water, and Ice less as damage schools than as tools for position, temperature, visibility, pressure, and route construction. Fire denies or accelerates. Water redirects and carries. Ice fixes, separates, or creates temporary certainty. Once the enemy reacts, Illusion, Radiant Myth &amp; All-Out Command becomes the answer to the reaction rather than a disconnected second move. Illusion changes what a target believes it sees and which route seems urgent. Pheromonal magic adjusts calm, fear, pain, clotting, stamina, and willingness. In Jackpot, illusion evolves into Radiant Myth and pheromonal control into All-Out Command, synchronizing perception and bodily obedience at battlefield scale.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Elemental output is not her most overwhelming category in baseline combat. Dedicated elemental specialists can overpower her directly. Anti-magic, vacuum, hostile terrain, and civilians restrict area use. The school is strongest when the objective is placement rather than a beam contest. A disciplined enemy would try to force that limit before revealing its true objective. The Rawibari answer is relational. Another family member covers the failure state, or Lady Luck deliberately abandons the glamorous line and returns to the narrower job the formation needs. Victory is defined by who comes home, not by who looked strongest at the center of the field.</w:t>
      </w:r>
    </w:p>
    <w:p>
      <w:pPr>
        <w:pStyle w:val="Heading3"/>
        <w:keepNext/>
        <w:keepLines/>
      </w:pPr>
      <w:r>
        <w:t>Upper-rank duel</w:t>
      </w:r>
    </w:p>
    <w:p>
      <w:pPr>
        <w:keepNext w:val="0"/>
        <w:keepLines/>
        <w:spacing w:after="120" w:line="283" w:lineRule="auto"/>
      </w:pPr>
      <w:r>
        <w:rPr>
          <w:i w:val="0"/>
        </w:rPr>
        <w:t>Situation. The field presents a single opponent whose raw statistics exceed the team but whose attention can still be divided. Lady Luck begins from the priorities established by the character’s recorded role rather than from the desire to display maximum output. The first question is what must remain intact: a person, a route, a weapon, a memory, or the possibility of retreat. That answer determines whether Time Dilation &amp; Localized Time Stop is opened immediately or held as the concealed second layer.</w:t>
      </w:r>
    </w:p>
    <w:p>
      <w:pPr>
        <w:keepNext w:val="0"/>
        <w:keepLines/>
        <w:spacing w:after="120" w:line="283" w:lineRule="auto"/>
      </w:pPr>
      <w:r>
        <w:rPr>
          <w:i w:val="0"/>
        </w:rPr>
        <w:t>Execution. Time Dilation &amp; Localized Time Stop supplies the first correction: Baseline Time Dilation steals or grants micro-intervals within a local exchange. Under All-In Jackpot it becomes Localized Time Stop, allowing Kurnoma to hold a limited area long enough to cross impossible distance, interrupt a killing motion, or speak the family’s True Names during catastrophe. Once the enemy reacts, Weapon Arts · Precision, Momentum, Counter, Speed &amp; Flow becomes the answer to the reaction rather than a disconnected second move. Kurnoma’s five Art schools let a speed-oriented fighter place minimal force perfectly, preserve useful motion, answer commitment, compress initiation, and remove dead transitions. She is not dependent on the hammer’s mass or the knife’s edge alone; she is dependent on arriving with the correct tool at the correct fraction of time.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Localized Time Stop is energy intensive, local rather than universal, and not an indefinite prison. Temporal resistance, larger areas, multiple independent threats, and Jackpot recoil reduce control. Stopping time does not tell Kurnoma what the correct action is; bad information can waste the miracle. A disciplined enemy would try to force that limit before revealing its true objective. The Rawibari answer is relational. Another family member covers the failure state, or Lady Luck deliberately abandons the glamorous line and returns to the narrower job the formation needs. Victory is defined by who comes home, not by who looked strongest at the center of the field.</w:t>
      </w:r>
    </w:p>
    <w:p>
      <w:pPr>
        <w:pStyle w:val="Heading2"/>
        <w:keepNext/>
        <w:keepLines/>
      </w:pPr>
      <w:r>
        <w:t>Kumoko · Simulation Cards</w:t>
      </w:r>
    </w:p>
    <w:p>
      <w:pPr>
        <w:pStyle w:val="Heading3"/>
        <w:keepNext/>
        <w:keepLines/>
      </w:pPr>
      <w:r>
        <w:t>Siege corridor</w:t>
      </w:r>
    </w:p>
    <w:p>
      <w:pPr>
        <w:keepNext w:val="0"/>
        <w:keepLines/>
        <w:spacing w:after="120" w:line="283" w:lineRule="auto"/>
      </w:pPr>
      <w:r>
        <w:rPr>
          <w:i w:val="0"/>
        </w:rPr>
        <w:t>Situation. The field presents a narrow approach packed with civilians, collapsing stone, and an enemy that wins by displacement. Kumoko begins from the priorities established by the character’s recorded role rather than from the desire to display maximum output. The first question is what must remain intact: a person, a route, a weapon, a memory, or the possibility of retreat. That answer determines whether Arsenal: Wild Genesis is opened immediately or held as the concealed second layer.</w:t>
      </w:r>
    </w:p>
    <w:p>
      <w:pPr>
        <w:keepNext w:val="0"/>
        <w:keepLines/>
        <w:spacing w:after="120" w:line="283" w:lineRule="auto"/>
      </w:pPr>
      <w:r>
        <w:rPr>
          <w:i w:val="0"/>
        </w:rPr>
        <w:t>Execution. Arsenal: Wild Genesis supplies the first correction: Wild Genesis produces emotion- and need-driven temporary weapons, shields, tools, partial machines, launch surfaces, thorns, braces, and attachments. It is reactive manifestation: the body recognizes an immediate problem and creates a first-draft answer before formal design is complete. Once the enemy reacts, Water, Fire, Steam/Mist &amp; Manifestation becomes the answer to the reaction rather than a disconnected second move. Water supplies mass, flow, cooling, and redirection. Fire supplies heat, ignition, and burst. Together they create Steam and Mist for propulsion, obscuration, pressure, and condensation. Manifestation gives temporary form to the concepts Wild Genesis invents.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Emotional spikes increase output while decreasing precision. Constructs may be overbuilt, underbuilt, malformed, unstable, or absurd. Rapid creation consumes energy and attention. Patience, stealth, and fine long-term engineering remain weak points. A disciplined enemy would try to force that limit before revealing its true objective. The Rawibari answer is relational. Another family member covers the failure state, or Kumoko deliberately abandons the glamorous line and returns to the narrower job the formation needs. Victory is defined by who comes home, not by who looked strongest at the center of the field.</w:t>
      </w:r>
    </w:p>
    <w:p>
      <w:pPr>
        <w:pStyle w:val="Heading3"/>
        <w:keepNext/>
        <w:keepLines/>
      </w:pPr>
      <w:r>
        <w:t>Open-water pursuit</w:t>
      </w:r>
    </w:p>
    <w:p>
      <w:pPr>
        <w:keepNext w:val="0"/>
        <w:keepLines/>
        <w:spacing w:after="120" w:line="283" w:lineRule="auto"/>
      </w:pPr>
      <w:r>
        <w:rPr>
          <w:i w:val="0"/>
        </w:rPr>
        <w:t>Situation. The field presents a retreating target using depth, current, and hostage separation to break line of sight. Kumoko begins from the priorities established by the character’s recorded role rather than from the desire to display maximum output. The first question is what must remain intact: a person, a route, a weapon, a memory, or the possibility of retreat. That answer determines whether Baseline Genesis Techniques is opened immediately or held as the concealed second layer.</w:t>
      </w:r>
    </w:p>
    <w:p>
      <w:pPr>
        <w:keepNext w:val="0"/>
        <w:keepLines/>
        <w:spacing w:after="120" w:line="283" w:lineRule="auto"/>
      </w:pPr>
      <w:r>
        <w:rPr>
          <w:i w:val="0"/>
        </w:rPr>
        <w:t>Execution. Baseline Genesis Techniques supplies the first correction: Known calls include Watch This, Wild Genesis: Bloomrack, Steam-Pounce, Splitstaff Riot, and Mama Said Move. Together they cover sudden invention, multi-weapon deployment, steam-propelled movement, splitstaff integration, and urgent ally repositioning. Once the enemy reacts, Speed, Flow, Momentum &amp; Impact Arts becomes the answer to the reaction rather than a disconnected second move. Speed compresses the opening, Flow links changing constructs, Momentum preserves useful motion, and Impact decides how improvised mass enters a target. The suite keeps Wild Genesis from becoming a stationary fabrication ritual.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Informality can hide genuine danger. An untested idea may harm Kumoko, consume too much energy, or create collateral geometry. An enemy who survives enough demonstrations can begin recognizing which joke predicts which category of answer. A disciplined enemy would try to force that limit before revealing its true objective. The Rawibari answer is relational. Another family member covers the failure state, or Kumoko deliberately abandons the glamorous line and returns to the narrower job the formation needs. Victory is defined by who comes home, not by who looked strongest at the center of the field.</w:t>
      </w:r>
    </w:p>
    <w:p>
      <w:pPr>
        <w:pStyle w:val="Heading3"/>
        <w:keepNext/>
        <w:keepLines/>
      </w:pPr>
      <w:r>
        <w:t>Anti-magic vault</w:t>
      </w:r>
    </w:p>
    <w:p>
      <w:pPr>
        <w:keepNext w:val="0"/>
        <w:keepLines/>
        <w:spacing w:after="120" w:line="283" w:lineRule="auto"/>
      </w:pPr>
      <w:r>
        <w:rPr>
          <w:i w:val="0"/>
        </w:rPr>
        <w:t>Situation. The field presents a prepared chamber designed to starve spells, sever summons, and reward conventional physical force. Kumoko begins from the priorities established by the character’s recorded role rather than from the desire to display maximum output. The first question is what must remain intact: a person, a route, a weapon, a memory, or the possibility of retreat. That answer determines whether Water, Fire, Steam/Mist &amp; Manifestation is opened immediately or held as the concealed second layer.</w:t>
      </w:r>
    </w:p>
    <w:p>
      <w:pPr>
        <w:keepNext w:val="0"/>
        <w:keepLines/>
        <w:spacing w:after="120" w:line="283" w:lineRule="auto"/>
      </w:pPr>
      <w:r>
        <w:rPr>
          <w:i w:val="0"/>
        </w:rPr>
        <w:t>Execution. Water, Fire, Steam/Mist &amp; Manifestation supplies the first correction: Water supplies mass, flow, cooling, and redirection. Fire supplies heat, ignition, and burst. Together they create Steam and Mist for propulsion, obscuration, pressure, and condensation. Manifestation gives temporary form to the concepts Wild Genesis invents. Once the enemy reacts, Riot Wish becomes the answer to the reaction rather than a disconnected second move. Riot Wish is a collapsible adaptive staff able to divide into twin batons, extend toward spear geometry, and channel constructs. Wish-Spark Genesis stabilizes and lengthens temporary creations. Riot Bloom adds multiple short-lived attachments. Split Laugh lets each half independently channel smaller constructs. Bad Idea Buffer absorbs part of failed recoil. Joy Engine improves response with excitement while reducing control.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Dry anti-magic zones, vacuum, elemental suppression, and energy starvation reduce the suite. Fire and steam create civilian risk. Mist can conceal enemies as readily as Kumoko if the family lacks shared sensing. A disciplined enemy would try to force that limit before revealing its true objective. The Rawibari answer is relational. Another family member covers the failure state, or Kumoko deliberately abandons the glamorous line and returns to the narrower job the formation needs. Victory is defined by who comes home, not by who looked strongest at the center of the field.</w:t>
      </w:r>
    </w:p>
    <w:p>
      <w:pPr>
        <w:pStyle w:val="Heading3"/>
        <w:keepNext/>
        <w:keepLines/>
      </w:pPr>
      <w:r>
        <w:t>False-death operation</w:t>
      </w:r>
    </w:p>
    <w:p>
      <w:pPr>
        <w:keepNext w:val="0"/>
        <w:keepLines/>
        <w:spacing w:after="120" w:line="283" w:lineRule="auto"/>
      </w:pPr>
      <w:r>
        <w:rPr>
          <w:i w:val="0"/>
        </w:rPr>
        <w:t>Situation. The field presents an illusion campaign that shows each family member a different version of Kurnoma dying. Kumoko begins from the priorities established by the character’s recorded role rather than from the desire to display maximum output. The first question is what must remain intact: a person, a route, a weapon, a memory, or the possibility of retreat. That answer determines whether Speed, Flow, Momentum &amp; Impact Arts is opened immediately or held as the concealed second layer.</w:t>
      </w:r>
    </w:p>
    <w:p>
      <w:pPr>
        <w:keepNext w:val="0"/>
        <w:keepLines/>
        <w:spacing w:after="120" w:line="283" w:lineRule="auto"/>
      </w:pPr>
      <w:r>
        <w:rPr>
          <w:i w:val="0"/>
        </w:rPr>
        <w:t>Execution. Speed, Flow, Momentum &amp; Impact Arts supplies the first correction: Speed compresses the opening, Flow links changing constructs, Momentum preserves useful motion, and Impact decides how improvised mass enters a target. The suite keeps Wild Genesis from becoming a stationary fabrication ritual. Once the enemy reacts, Stormlaugh Cataclysm becomes the answer to the reaction rather than a disconnected second move. When Kurnoma calls Eshka-Riin Volakai under the Last Wager, Riot Wish evolves into Stormlaugh Cataclysm and Wild Genesis becomes a coordinated execution system. Cataclysm Bloom creates dozens of weapons in disciplined bursts. Lightning Laugh Step detonates constructs for impossible angles. Bad Idea Becomes Law makes reckless concepts function immediately. No More Almost completes near-misses with temporary corrections.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High-speed improvisation compounds mistakes. Momentum can carry a malformed construct into Kumoko’s own body. Flow becomes difficult under sensory disruption. Impact without Elara- or Kurnoma-level precision increases collateral damage. A disciplined enemy would try to force that limit before revealing its true objective. The Rawibari answer is relational. Another family member covers the failure state, or Kumoko deliberately abandons the glamorous line and returns to the narrower job the formation needs. Victory is defined by who comes home, not by who looked strongest at the center of the field.</w:t>
      </w:r>
    </w:p>
    <w:p>
      <w:pPr>
        <w:pStyle w:val="Heading3"/>
        <w:keepNext/>
        <w:keepLines/>
      </w:pPr>
      <w:r>
        <w:t>Toolless adversary</w:t>
      </w:r>
    </w:p>
    <w:p>
      <w:pPr>
        <w:keepNext w:val="0"/>
        <w:keepLines/>
        <w:spacing w:after="120" w:line="283" w:lineRule="auto"/>
      </w:pPr>
      <w:r>
        <w:rPr>
          <w:i w:val="0"/>
        </w:rPr>
        <w:t>Situation. The field presents a shapeless or living-energy enemy with no conventional weapon, armor, or stable anatomy to claim. Kumoko begins from the priorities established by the character’s recorded role rather than from the desire to display maximum output. The first question is what must remain intact: a person, a route, a weapon, a memory, or the possibility of retreat. That answer determines whether Riot Wish is opened immediately or held as the concealed second layer.</w:t>
      </w:r>
    </w:p>
    <w:p>
      <w:pPr>
        <w:keepNext w:val="0"/>
        <w:keepLines/>
        <w:spacing w:after="120" w:line="283" w:lineRule="auto"/>
      </w:pPr>
      <w:r>
        <w:rPr>
          <w:i w:val="0"/>
        </w:rPr>
        <w:t>Execution. Riot Wish supplies the first correction: Riot Wish is a collapsible adaptive staff able to divide into twin batons, extend toward spear geometry, and channel constructs. Wish-Spark Genesis stabilizes and lengthens temporary creations. Riot Bloom adds multiple short-lived attachments. Split Laugh lets each half independently channel smaller constructs. Bad Idea Buffer absorbs part of failed recoil. Joy Engine improves response with excitement while reducing control. Once the enemy reacts, Awakening Art · Violet Funeral Hurricane becomes the answer to the reaction rather than a disconnected second move. Stormlaugh Cataclysm, Violet Funeral Hurricane is Kumoko’s later Awakening Art. It requires settled certainty that the target must die. Repeated hurricane-speed hits embed Riot Wish fragments, thorns, and violet electricity through the target before the weapon reassembles and the distributed damage resolves.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Joy Engine creates the central tradeoff: more excitement means faster response and worse precision. Riot Wish is easily bored, encourages escalation, and can normalize danger because both partners enjoy the attempt. A disciplined enemy would try to force that limit before revealing its true objective. The Rawibari answer is relational. Another family member covers the failure state, or Kumoko deliberately abandons the glamorous line and returns to the narrower job the formation needs. Victory is defined by who comes home, not by who looked strongest at the center of the field.</w:t>
      </w:r>
    </w:p>
    <w:p>
      <w:pPr>
        <w:pStyle w:val="Heading3"/>
        <w:keepNext/>
        <w:keepLines/>
      </w:pPr>
      <w:r>
        <w:t>Upper-rank duel</w:t>
      </w:r>
    </w:p>
    <w:p>
      <w:pPr>
        <w:keepNext w:val="0"/>
        <w:keepLines/>
        <w:spacing w:after="120" w:line="283" w:lineRule="auto"/>
      </w:pPr>
      <w:r>
        <w:rPr>
          <w:i w:val="0"/>
        </w:rPr>
        <w:t>Situation. The field presents a single opponent whose raw statistics exceed the team but whose attention can still be divided. Kumoko begins from the priorities established by the character’s recorded role rather than from the desire to display maximum output. The first question is what must remain intact: a person, a route, a weapon, a memory, or the possibility of retreat. That answer determines whether Stormlaugh Cataclysm is opened immediately or held as the concealed second layer.</w:t>
      </w:r>
    </w:p>
    <w:p>
      <w:pPr>
        <w:keepNext w:val="0"/>
        <w:keepLines/>
        <w:spacing w:after="120" w:line="283" w:lineRule="auto"/>
      </w:pPr>
      <w:r>
        <w:rPr>
          <w:i w:val="0"/>
        </w:rPr>
        <w:t>Execution. Stormlaugh Cataclysm supplies the first correction: When Kurnoma calls Eshka-Riin Volakai under the Last Wager, Riot Wish evolves into Stormlaugh Cataclysm and Wild Genesis becomes a coordinated execution system. Cataclysm Bloom creates dozens of weapons in disciplined bursts. Lightning Laugh Step detonates constructs for impossible angles. Bad Idea Becomes Law makes reckless concepts function immediately. No More Almost completes near-misses with temporary corrections. Once the enemy reacts, Arsenal: Wild Genesis becomes the answer to the reaction rather than a disconnected second move. Wild Genesis produces emotion- and need-driven temporary weapons, shields, tools, partial machines, launch surfaces, thorns, braces, and attachments. It is reactive manifestation: the body recognizes an immediate problem and creates a first-draft answer before formal design is complete.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This is not ordinary S-Rank access. It risks collapse, body damage, mana depletion, and psychological injury. The weapon’s personality becomes viciously ecstatic and tells Kumoko, ‘They took Mama’s tomorrow,’ using love as a blade against the wielder. A disciplined enemy would try to force that limit before revealing its true objective. The Rawibari answer is relational. Another family member covers the failure state, or Kumoko deliberately abandons the glamorous line and returns to the narrower job the formation needs. Victory is defined by who comes home, not by who looked strongest at the center of the field.</w:t>
      </w:r>
    </w:p>
    <w:p>
      <w:pPr>
        <w:pStyle w:val="Heading2"/>
        <w:keepNext/>
        <w:keepLines/>
      </w:pPr>
      <w:r>
        <w:t>Lucius · Simulation Cards</w:t>
      </w:r>
    </w:p>
    <w:p>
      <w:pPr>
        <w:pStyle w:val="Heading3"/>
        <w:keepNext/>
        <w:keepLines/>
      </w:pPr>
      <w:r>
        <w:t>Siege corridor</w:t>
      </w:r>
    </w:p>
    <w:p>
      <w:pPr>
        <w:keepNext w:val="0"/>
        <w:keepLines/>
        <w:spacing w:after="120" w:line="283" w:lineRule="auto"/>
      </w:pPr>
      <w:r>
        <w:rPr>
          <w:i w:val="0"/>
        </w:rPr>
        <w:t>Situation. The field presents a narrow approach packed with civilians, collapsing stone, and an enemy that wins by displacement. Lucius begins from the priorities established by the character’s recorded role rather than from the desire to display maximum output. The first question is what must remain intact: a person, a route, a weapon, a memory, or the possibility of retreat. That answer determines whether Arsenal: Unyielding Frame is opened immediately or held as the concealed second layer.</w:t>
      </w:r>
    </w:p>
    <w:p>
      <w:pPr>
        <w:keepNext w:val="0"/>
        <w:keepLines/>
        <w:spacing w:after="120" w:line="283" w:lineRule="auto"/>
      </w:pPr>
      <w:r>
        <w:rPr>
          <w:i w:val="0"/>
        </w:rPr>
        <w:t>Execution. Arsenal: Unyielding Frame supplies the first correction: Unyielding Frame anchors weapon, force, body, and claimed position into stabilized reality. Core functions include force anchoring, weapon stabilization, defensive Position Claim, healing-based Body Correction, and Anchor Pulse for reinforcing nearby formation integrity. Once the enemy reacts, Hammerfall Brace / Anchor Heir’s Verdict becomes the answer to the reaction rather than a disconnected second move. Hammerfall Brace stabilizes the body and weapon for a descending impact without surrendering ground. Anchor Heir’s Verdict converts stored force, gravity, and Guardian Recoil into a decisive hammer strike directed to end the threat rather than scatter the battlefield.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Anchoring delays injury rather than erasing it. Extreme force returns as concentrated pain and bodily strain when the state releases. The Art can also be baited by attacks on family or by enemies who make the held position strategically irrelevant. A disciplined enemy would try to force that limit before revealing its true objective. The Rawibari answer is relational. Another family member covers the failure state, or Lucius deliberately abandons the glamorous line and returns to the narrower job the formation needs. Victory is defined by who comes home, not by who looked strongest at the center of the field.</w:t>
      </w:r>
    </w:p>
    <w:p>
      <w:pPr>
        <w:pStyle w:val="Heading3"/>
        <w:keepNext/>
        <w:keepLines/>
      </w:pPr>
      <w:r>
        <w:t>Open-water pursuit</w:t>
      </w:r>
    </w:p>
    <w:p>
      <w:pPr>
        <w:keepNext w:val="0"/>
        <w:keepLines/>
        <w:spacing w:after="120" w:line="283" w:lineRule="auto"/>
      </w:pPr>
      <w:r>
        <w:rPr>
          <w:i w:val="0"/>
        </w:rPr>
        <w:t>Situation. The field presents a retreating target using depth, current, and hostage separation to break line of sight. Lucius begins from the priorities established by the character’s recorded role rather than from the desire to display maximum output. The first question is what must remain intact: a person, a route, a weapon, a memory, or the possibility of retreat. That answer determines whether No Further / Foundation Claim is opened immediately or held as the concealed second layer.</w:t>
      </w:r>
    </w:p>
    <w:p>
      <w:pPr>
        <w:keepNext w:val="0"/>
        <w:keepLines/>
        <w:spacing w:after="120" w:line="283" w:lineRule="auto"/>
      </w:pPr>
      <w:r>
        <w:rPr>
          <w:i w:val="0"/>
        </w:rPr>
        <w:t>Execution. No Further / Foundation Claim supplies the first correction: No Further is the immediate denial of advance or displacement. Foundation Claim designates the position Lucius will treat as protected reality, letting allies understand exactly where the formation can rebuild around him. Once the enemy reacts, Earth, Reinforcement, Barrier &amp; Gravity/Weight becomes the answer to the reaction rather than a disconnected second move. Earth supplies foundation and terrain control. Reinforcement distributes load through flesh, armor, and weapon. Barrier extends defense beyond the body. Gravity/Weight changes the cost of movement and the authority of impact.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A wrong Claim can protect empty ground while the true objective moves elsewhere. Telepathic deception, hostage relocation, or a target that never needs to cross the line can make perfect defense strategically useless. A disciplined enemy would try to force that limit before revealing its true objective. The Rawibari answer is relational. Another family member covers the failure state, or Lucius deliberately abandons the glamorous line and returns to the narrower job the formation needs. Victory is defined by who comes home, not by who looked strongest at the center of the field.</w:t>
      </w:r>
    </w:p>
    <w:p>
      <w:pPr>
        <w:pStyle w:val="Heading3"/>
        <w:keepNext/>
        <w:keepLines/>
      </w:pPr>
      <w:r>
        <w:t>Anti-magic vault</w:t>
      </w:r>
    </w:p>
    <w:p>
      <w:pPr>
        <w:keepNext w:val="0"/>
        <w:keepLines/>
        <w:spacing w:after="120" w:line="283" w:lineRule="auto"/>
      </w:pPr>
      <w:r>
        <w:rPr>
          <w:i w:val="0"/>
        </w:rPr>
        <w:t>Situation. The field presents a prepared chamber designed to starve spells, sever summons, and reward conventional physical force. Lucius begins from the priorities established by the character’s recorded role rather than from the desire to display maximum output. The first question is what must remain intact: a person, a route, a weapon, a memory, or the possibility of retreat. That answer determines whether Hammerfall Brace / Anchor Heir’s Verdict is opened immediately or held as the concealed second layer.</w:t>
      </w:r>
    </w:p>
    <w:p>
      <w:pPr>
        <w:keepNext w:val="0"/>
        <w:keepLines/>
        <w:spacing w:after="120" w:line="283" w:lineRule="auto"/>
      </w:pPr>
      <w:r>
        <w:rPr>
          <w:i w:val="0"/>
        </w:rPr>
        <w:t>Execution. Hammerfall Brace / Anchor Heir’s Verdict supplies the first correction: Hammerfall Brace stabilizes the body and weapon for a descending impact without surrendering ground. Anchor Heir’s Verdict converts stored force, gravity, and Guardian Recoil into a decisive hammer strike directed to end the threat rather than scatter the battlefield. Once the enemy reacts, Guard, Counter, Impact &amp; Momentum Arts becomes the answer to the reaction rather than a disconnected second move. Guard controls protected geometry and reception. Counter turns the attacker’s commitment into a reply. Impact directs force through shield and hammer. Momentum preserves useful motion without allowing the enemy to dictate displacement.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The strike requires commitment and can be evaded if the opponent preserved a route. Stored force increases the eventual cost to Lucius. A premature Verdict may spend the recoil before the true threat appears. A disciplined enemy would try to force that limit before revealing its true objective. The Rawibari answer is relational. Another family member covers the failure state, or Lucius deliberately abandons the glamorous line and returns to the narrower job the formation needs. Victory is defined by who comes home, not by who looked strongest at the center of the field.</w:t>
      </w:r>
    </w:p>
    <w:p>
      <w:pPr>
        <w:pStyle w:val="Heading3"/>
        <w:keepNext/>
        <w:keepLines/>
      </w:pPr>
      <w:r>
        <w:t>False-death operation</w:t>
      </w:r>
    </w:p>
    <w:p>
      <w:pPr>
        <w:keepNext w:val="0"/>
        <w:keepLines/>
        <w:spacing w:after="120" w:line="283" w:lineRule="auto"/>
      </w:pPr>
      <w:r>
        <w:rPr>
          <w:i w:val="0"/>
        </w:rPr>
        <w:t>Situation. The field presents an illusion campaign that shows each family member a different version of Kurnoma dying. Lucius begins from the priorities established by the character’s recorded role rather than from the desire to display maximum output. The first question is what must remain intact: a person, a route, a weapon, a memory, or the possibility of retreat. That answer determines whether Earth, Reinforcement, Barrier &amp; Gravity/Weight is opened immediately or held as the concealed second layer.</w:t>
      </w:r>
    </w:p>
    <w:p>
      <w:pPr>
        <w:keepNext w:val="0"/>
        <w:keepLines/>
        <w:spacing w:after="120" w:line="283" w:lineRule="auto"/>
      </w:pPr>
      <w:r>
        <w:rPr>
          <w:i w:val="0"/>
        </w:rPr>
        <w:t>Execution. Earth, Reinforcement, Barrier &amp; Gravity/Weight supplies the first correction: Earth supplies foundation and terrain control. Reinforcement distributes load through flesh, armor, and weapon. Barrier extends defense beyond the body. Gravity/Weight changes the cost of movement and the authority of impact. Once the enemy reacts, Hearthhold Bastion becomes the answer to the reaction rather than a disconnected second move. Hearthhold Bastion consists of an anchored tower shield and square-headed war hammer with gold repaired-crack lines and a paw-and-bloom emblem. Homewall Oath resists displacement, knockback, spatial distortion, and forced movement. Weight of the Hearth adds impossible contact mass. Shared Foundation reduces Art strain. Guardian Recoil stores absorbed damage. Last Door Closed locks the shield until Lucius releases it or the protected target is safe.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Sustained casting consumes energy. Flying, intangible, long-range, or terrain-independent enemies may refuse the gravity problem. Anti-magic can force Lucius back onto body, shield, and Art while delayed strain continues accumulating. A disciplined enemy would try to force that limit before revealing its true objective. The Rawibari answer is relational. Another family member covers the failure state, or Lucius deliberately abandons the glamorous line and returns to the narrower job the formation needs. Victory is defined by who comes home, not by who looked strongest at the center of the field.</w:t>
      </w:r>
    </w:p>
    <w:p>
      <w:pPr>
        <w:pStyle w:val="Heading3"/>
        <w:keepNext/>
        <w:keepLines/>
      </w:pPr>
      <w:r>
        <w:t>Toolless adversary</w:t>
      </w:r>
    </w:p>
    <w:p>
      <w:pPr>
        <w:keepNext w:val="0"/>
        <w:keepLines/>
        <w:spacing w:after="120" w:line="283" w:lineRule="auto"/>
      </w:pPr>
      <w:r>
        <w:rPr>
          <w:i w:val="0"/>
        </w:rPr>
        <w:t>Situation. The field presents a shapeless or living-energy enemy with no conventional weapon, armor, or stable anatomy to claim. Lucius begins from the priorities established by the character’s recorded role rather than from the desire to display maximum output. The first question is what must remain intact: a person, a route, a weapon, a memory, or the possibility of retreat. That answer determines whether Guard, Counter, Impact &amp; Momentum Arts is opened immediately or held as the concealed second layer.</w:t>
      </w:r>
    </w:p>
    <w:p>
      <w:pPr>
        <w:keepNext w:val="0"/>
        <w:keepLines/>
        <w:spacing w:after="120" w:line="283" w:lineRule="auto"/>
      </w:pPr>
      <w:r>
        <w:rPr>
          <w:i w:val="0"/>
        </w:rPr>
        <w:t>Execution. Guard, Counter, Impact &amp; Momentum Arts supplies the first correction: Guard controls protected geometry and reception. Counter turns the attacker’s commitment into a reply. Impact directs force through shield and hammer. Momentum preserves useful motion without allowing the enemy to dictate displacement. Once the enemy reacts, Griefgate Citadel becomes the answer to the reaction rather than a disconnected second move. Under the True Name, Hearthhold Bastion evolves into Griefgate Citadel. Lucius’s body densifies into fortress-like presence and Unyielding Frame becomes No World Behind Me Falls. Enhanced abilities include Homewall, Griefgate, Citadel Recoil, Mother’s Last Door, and Bury the Invader.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Dedicated speedsters can change angles faster than the shield line. Feints can waste Counter. Momentum is limited because Lucius prioritizes position over pursuit. Impact remains dangerous to allies if inward direction fails. A disciplined enemy would try to force that limit before revealing its true objective. The Rawibari answer is relational. Another family member covers the failure state, or Lucius deliberately abandons the glamorous line and returns to the narrower job the formation needs. Victory is defined by who comes home, not by who looked strongest at the center of the field.</w:t>
      </w:r>
    </w:p>
    <w:p>
      <w:pPr>
        <w:pStyle w:val="Heading3"/>
        <w:keepNext/>
        <w:keepLines/>
      </w:pPr>
      <w:r>
        <w:t>Upper-rank duel</w:t>
      </w:r>
    </w:p>
    <w:p>
      <w:pPr>
        <w:keepNext w:val="0"/>
        <w:keepLines/>
        <w:spacing w:after="120" w:line="283" w:lineRule="auto"/>
      </w:pPr>
      <w:r>
        <w:rPr>
          <w:i w:val="0"/>
        </w:rPr>
        <w:t>Situation. The field presents a single opponent whose raw statistics exceed the team but whose attention can still be divided. Lucius begins from the priorities established by the character’s recorded role rather than from the desire to display maximum output. The first question is what must remain intact: a person, a route, a weapon, a memory, or the possibility of retreat. That answer determines whether Hearthhold Bastion is opened immediately or held as the concealed second layer.</w:t>
      </w:r>
    </w:p>
    <w:p>
      <w:pPr>
        <w:keepNext w:val="0"/>
        <w:keepLines/>
        <w:spacing w:after="120" w:line="283" w:lineRule="auto"/>
      </w:pPr>
      <w:r>
        <w:rPr>
          <w:i w:val="0"/>
        </w:rPr>
        <w:t>Execution. Hearthhold Bastion supplies the first correction: Hearthhold Bastion consists of an anchored tower shield and square-headed war hammer with gold repaired-crack lines and a paw-and-bloom emblem. Homewall Oath resists displacement, knockback, spatial distortion, and forced movement. Weight of the Hearth adds impossible contact mass. Shared Foundation reduces Art strain. Guardian Recoil stores absorbed damage. Last Door Closed locks the shield until Lucius releases it or the protected target is safe. Once the enemy reacts, Awakening Art · Final Gate, Heaven Has No Road Behind Me becomes the answer to the reaction rather than a disconnected second move. This later Art suppresses the target’s escape instinct, closes Griefgate Citadel around Lucius, absorbs attacks, spells, momentum, gravity, teleportation, and terrain displacement, and lets him advance without being pushed back. The accumulated force is returned through a maul strike.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The weapon is risk-averse and may resist reckless pursuit. Last Door Closed can immobilize Lucius at the wrong strategic moment if protected status is unclear. Stored recoil remains a cost even when redirected. A disciplined enemy would try to force that limit before revealing its true objective. The Rawibari answer is relational. Another family member covers the failure state, or Lucius deliberately abandons the glamorous line and returns to the narrower job the formation needs. Victory is defined by who comes home, not by who looked strongest at the center of the field.</w:t>
      </w:r>
    </w:p>
    <w:p>
      <w:pPr>
        <w:pStyle w:val="Heading2"/>
        <w:keepNext/>
        <w:keepLines/>
      </w:pPr>
      <w:r>
        <w:t>Elara · Simulation Cards</w:t>
      </w:r>
    </w:p>
    <w:p>
      <w:pPr>
        <w:pStyle w:val="Heading3"/>
        <w:keepNext/>
        <w:keepLines/>
      </w:pPr>
      <w:r>
        <w:t>Siege corridor</w:t>
      </w:r>
    </w:p>
    <w:p>
      <w:pPr>
        <w:keepNext w:val="0"/>
        <w:keepLines/>
        <w:spacing w:after="120" w:line="283" w:lineRule="auto"/>
      </w:pPr>
      <w:r>
        <w:rPr>
          <w:i w:val="0"/>
        </w:rPr>
        <w:t>Situation. The field presents a narrow approach packed with civilians, collapsing stone, and an enemy that wins by displacement. Elara begins from the priorities established by the character’s recorded role rather than from the desire to display maximum output. The first question is what must remain intact: a person, a route, a weapon, a memory, or the possibility of retreat. That answer determines whether Arsenal: Silent Dominion is opened immediately or held as the concealed second layer.</w:t>
      </w:r>
    </w:p>
    <w:p>
      <w:pPr>
        <w:keepNext w:val="0"/>
        <w:keepLines/>
        <w:spacing w:after="120" w:line="283" w:lineRule="auto"/>
      </w:pPr>
      <w:r>
        <w:rPr>
          <w:i w:val="0"/>
        </w:rPr>
        <w:t>Execution. Arsenal: Silent Dominion supplies the first correction: Silent Dominion recognizes ownership bonds, claims objects, and overrides the expected relationship between a wielder and a weapon, tool, focus, mechanism, or other bounded object. It can produce hesitation, refusal, misalignment, redirection, temporary transfer, or loss of reliable function. Once the enemy reacts, Illusion, Micro Time Dilation &amp; Regulation Magic becomes the answer to the reaction rather than a disconnected second move. Illusion removes or substitutes small pieces of readable information. Micro Time Dilation expands narrow decision windows rather than stopping an entire field. Calming and Regulation magic lowers panic, steadies bodily response, and helps Elara or an ally preserve precision under stress.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Living flesh, raw elements, mindless attacks, chaotic energy, and objects held by exceptionally strong identity or wielder bonds resist the Art. Claims require recognition and attention. Too many simultaneous objects dilute certainty, and a toolless brute can deny much of her preferred leverage. A disciplined enemy would try to force that limit before revealing its true objective. The Rawibari answer is relational. Another family member covers the failure state, or Elara deliberately abandons the glamorous line and returns to the narrower job the formation needs. Victory is defined by who comes home, not by who looked strongest at the center of the field.</w:t>
      </w:r>
    </w:p>
    <w:p>
      <w:pPr>
        <w:pStyle w:val="Heading3"/>
        <w:keepNext/>
        <w:keepLines/>
      </w:pPr>
      <w:r>
        <w:t>Open-water pursuit</w:t>
      </w:r>
    </w:p>
    <w:p>
      <w:pPr>
        <w:keepNext w:val="0"/>
        <w:keepLines/>
        <w:spacing w:after="120" w:line="283" w:lineRule="auto"/>
      </w:pPr>
      <w:r>
        <w:rPr>
          <w:i w:val="0"/>
        </w:rPr>
        <w:t>Situation. The field presents a retreating target using depth, current, and hostage separation to break line of sight. Elara begins from the priorities established by the character’s recorded role rather than from the desire to display maximum output. The first question is what must remain intact: a person, a route, a weapon, a memory, or the possibility of retreat. That answer determines whether Claim Mark / Borrowed Edge / Ownership Collapse is opened immediately or held as the concealed second layer.</w:t>
      </w:r>
    </w:p>
    <w:p>
      <w:pPr>
        <w:keepNext w:val="0"/>
        <w:keepLines/>
        <w:spacing w:after="120" w:line="283" w:lineRule="auto"/>
      </w:pPr>
      <w:r>
        <w:rPr>
          <w:i w:val="0"/>
        </w:rPr>
        <w:t>Execution. Claim Mark / Borrowed Edge / Ownership Collapse supplies the first correction: Claim Mark uses the wand-rod to identify and weaken an object’s exclusive allegiance. Borrowed Edge redirects a partially claimed thrown or dropped weapon once. Ownership Collapse forces weaker-willed enemy equipment to drop, turn, jam, stall, or hesitate as a group. Once the enemy reacts, Redacted Mercy becomes the answer to the reaction rather than a disconnected second move. The Mythic set supports Claim Mark, Borrowed Edge, Redacted Motion, Mercy Clause, and Ownership Collapse. Mercy Clause guides precision toward disabling cuts, severed spell threads, released restraints, or destroyed control points instead of automatic lethality.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The group effect is weaker than a focused claim. Highly sentient Mythics can argue back, bonded weapons may reject her, and an enemy willing to discard equipment before collapse can become less predictable rather than less dangerous. A disciplined enemy would try to force that limit before revealing its true objective. The Rawibari answer is relational. Another family member covers the failure state, or Elara deliberately abandons the glamorous line and returns to the narrower job the formation needs. Victory is defined by who comes home, not by who looked strongest at the center of the field.</w:t>
      </w:r>
    </w:p>
    <w:p>
      <w:pPr>
        <w:pStyle w:val="Heading3"/>
        <w:keepNext/>
        <w:keepLines/>
      </w:pPr>
      <w:r>
        <w:t>Anti-magic vault</w:t>
      </w:r>
    </w:p>
    <w:p>
      <w:pPr>
        <w:keepNext w:val="0"/>
        <w:keepLines/>
        <w:spacing w:after="120" w:line="283" w:lineRule="auto"/>
      </w:pPr>
      <w:r>
        <w:rPr>
          <w:i w:val="0"/>
        </w:rPr>
        <w:t>Situation. The field presents a prepared chamber designed to starve spells, sever summons, and reward conventional physical force. Elara begins from the priorities established by the character’s recorded role rather than from the desire to display maximum output. The first question is what must remain intact: a person, a route, a weapon, a memory, or the possibility of retreat. That answer determines whether Illusion, Micro Time Dilation &amp; Regulation Magic is opened immediately or held as the concealed second layer.</w:t>
      </w:r>
    </w:p>
    <w:p>
      <w:pPr>
        <w:keepNext w:val="0"/>
        <w:keepLines/>
        <w:spacing w:after="120" w:line="283" w:lineRule="auto"/>
      </w:pPr>
      <w:r>
        <w:rPr>
          <w:i w:val="0"/>
        </w:rPr>
        <w:t>Execution. Illusion, Micro Time Dilation &amp; Regulation Magic supplies the first correction: Illusion removes or substitutes small pieces of readable information. Micro Time Dilation expands narrow decision windows rather than stopping an entire field. Calming and Regulation magic lowers panic, steadies bodily response, and helps Elara or an ally preserve precision under stress. Once the enemy reacts, Null Saint Verdict becomes the answer to the reaction rather than a disconnected second move. Redacted Mercy evolves into Null Saint Verdict and Silent Dominion becomes Final Ownership. Null Claim rejects enemy weapons and tools. Verdict Field makes enemy equipment unreliable while allied tools become unnaturally precise. Redacted Strike removes the visible approach. Spare Nothing That Took Her disables nonlethal restraint against the identified enemy.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These are small effects. Wide-area anti-illusion, overwhelming sensory noise, raw area destruction, and opponents who attack without needing accurate perception reduce their control value. Regulation does not erase fear or trauma and should not be used to overwrite consent. A disciplined enemy would try to force that limit before revealing its true objective. The Rawibari answer is relational. Another family member covers the failure state, or Elara deliberately abandons the glamorous line and returns to the narrower job the formation needs. Victory is defined by who comes home, not by who looked strongest at the center of the field.</w:t>
      </w:r>
    </w:p>
    <w:p>
      <w:pPr>
        <w:pStyle w:val="Heading3"/>
        <w:keepNext/>
        <w:keepLines/>
      </w:pPr>
      <w:r>
        <w:t>False-death operation</w:t>
      </w:r>
    </w:p>
    <w:p>
      <w:pPr>
        <w:keepNext w:val="0"/>
        <w:keepLines/>
        <w:spacing w:after="120" w:line="283" w:lineRule="auto"/>
      </w:pPr>
      <w:r>
        <w:rPr>
          <w:i w:val="0"/>
        </w:rPr>
        <w:t>Situation. The field presents an illusion campaign that shows each family member a different version of Kurnoma dying. Elara begins from the priorities established by the character’s recorded role rather than from the desire to display maximum output. The first question is what must remain intact: a person, a route, a weapon, a memory, or the possibility of retreat. That answer determines whether Redacted Mercy is opened immediately or held as the concealed second layer.</w:t>
      </w:r>
    </w:p>
    <w:p>
      <w:pPr>
        <w:keepNext w:val="0"/>
        <w:keepLines/>
        <w:spacing w:after="120" w:line="283" w:lineRule="auto"/>
      </w:pPr>
      <w:r>
        <w:rPr>
          <w:i w:val="0"/>
        </w:rPr>
        <w:t>Execution. Redacted Mercy supplies the first correction: The Mythic set supports Claim Mark, Borrowed Edge, Redacted Motion, Mercy Clause, and Ownership Collapse. Mercy Clause guides precision toward disabling cuts, severed spell threads, released restraints, or destroyed control points instead of automatic lethality. Once the enemy reacts, Awakening Art · Null Saint Verdict, Redacted Autopsy becomes the answer to the reaction rather than a disconnected second move. With absolute intent to kill, Elara claims every opening she has identified, maps a network of invisible wounds, denies healing and escape through the owned pattern, and opens all claimed cuts in one final verdict.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Mercy remains a choice that consumes time and exposes Elara to counterattack. The weapon’s judgmental personality may challenge her rationalizations. Objects with superior Mythic authority can resist or retaliate through the bond. A disciplined enemy would try to force that limit before revealing its true objective. The Rawibari answer is relational. Another family member covers the failure state, or Elara deliberately abandons the glamorous line and returns to the narrower job the formation needs. Victory is defined by who comes home, not by who looked strongest at the center of the field.</w:t>
      </w:r>
    </w:p>
    <w:p>
      <w:pPr>
        <w:pStyle w:val="Heading3"/>
        <w:keepNext/>
        <w:keepLines/>
      </w:pPr>
      <w:r>
        <w:t>Toolless adversary</w:t>
      </w:r>
    </w:p>
    <w:p>
      <w:pPr>
        <w:keepNext w:val="0"/>
        <w:keepLines/>
        <w:spacing w:after="120" w:line="283" w:lineRule="auto"/>
      </w:pPr>
      <w:r>
        <w:rPr>
          <w:i w:val="0"/>
        </w:rPr>
        <w:t>Situation. The field presents a shapeless or living-energy enemy with no conventional weapon, armor, or stable anatomy to claim. Elara begins from the priorities established by the character’s recorded role rather than from the desire to display maximum output. The first question is what must remain intact: a person, a route, a weapon, a memory, or the possibility of retreat. That answer determines whether Null Saint Verdict is opened immediately or held as the concealed second layer.</w:t>
      </w:r>
    </w:p>
    <w:p>
      <w:pPr>
        <w:keepNext w:val="0"/>
        <w:keepLines/>
        <w:spacing w:after="120" w:line="283" w:lineRule="auto"/>
      </w:pPr>
      <w:r>
        <w:rPr>
          <w:i w:val="0"/>
        </w:rPr>
        <w:t>Execution. Null Saint Verdict supplies the first correction: Redacted Mercy evolves into Null Saint Verdict and Silent Dominion becomes Final Ownership. Null Claim rejects enemy weapons and tools. Verdict Field makes enemy equipment unreliable while allied tools become unnaturally precise. Redacted Strike removes the visible approach. Spare Nothing That Took Her disables nonlethal restraint against the identified enemy. Once the enemy reacts, Arsenal: Silent Dominion becomes the answer to the reaction rather than a disconnected second move. Silent Dominion recognizes ownership bonds, claims objects, and overrides the expected relationship between a wielder and a weapon, tool, focus, mechanism, or other bounded object. It can produce hesitation, refusal, misalignment, redirection, temporary transfer, or loss of reliable function.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The weapon personality turns coldly cruel and encourages Elara to ‘edit them out.’ The form attacks her moral restraint, causes severe physiological load, and can make later ordinary mercy feel like betrayal of the mother she believed lost. A disciplined enemy would try to force that limit before revealing its true objective. The Rawibari answer is relational. Another family member covers the failure state, or Elara deliberately abandons the glamorous line and returns to the narrower job the formation needs. Victory is defined by who comes home, not by who looked strongest at the center of the field.</w:t>
      </w:r>
    </w:p>
    <w:p>
      <w:pPr>
        <w:pStyle w:val="Heading3"/>
        <w:keepNext/>
        <w:keepLines/>
      </w:pPr>
      <w:r>
        <w:t>Upper-rank duel</w:t>
      </w:r>
    </w:p>
    <w:p>
      <w:pPr>
        <w:keepNext w:val="0"/>
        <w:keepLines/>
        <w:spacing w:after="120" w:line="283" w:lineRule="auto"/>
      </w:pPr>
      <w:r>
        <w:rPr>
          <w:i w:val="0"/>
        </w:rPr>
        <w:t>Situation. The field presents a single opponent whose raw statistics exceed the team but whose attention can still be divided. Elara begins from the priorities established by the character’s recorded role rather than from the desire to display maximum output. The first question is what must remain intact: a person, a route, a weapon, a memory, or the possibility of retreat. That answer determines whether Awakening Art · Null Saint Verdict, Redacted Autopsy is opened immediately or held as the concealed second layer.</w:t>
      </w:r>
    </w:p>
    <w:p>
      <w:pPr>
        <w:keepNext w:val="0"/>
        <w:keepLines/>
        <w:spacing w:after="120" w:line="283" w:lineRule="auto"/>
      </w:pPr>
      <w:r>
        <w:rPr>
          <w:i w:val="0"/>
        </w:rPr>
        <w:t>Execution. Awakening Art · Null Saint Verdict, Redacted Autopsy supplies the first correction: With absolute intent to kill, Elara claims every opening she has identified, maps a network of invisible wounds, denies healing and escape through the owned pattern, and opens all claimed cuts in one final verdict. Once the enemy reacts, Claim Mark / Borrowed Edge / Ownership Collapse becomes the answer to the reaction rather than a disconnected second move. Claim Mark uses the wand-rod to identify and weaken an object’s exclusive allegiance. Borrowed Edge redirects a partially claimed thrown or dropped weapon once. Ownership Collapse forces weaker-willed enemy equipment to drop, turn, jam, stall, or hesitate as a group.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The Art requires unambiguous personal certainty and cannot be safely rehearsed on a living target. Incomplete mapping creates gaps. Powerful regeneration, identity-based immunity, or a target able to change bodies may contest the claim before the cuts open. A disciplined enemy would try to force that limit before revealing its true objective. The Rawibari answer is relational. Another family member covers the failure state, or Elara deliberately abandons the glamorous line and returns to the narrower job the formation needs. Victory is defined by who comes home, not by who looked strongest at the center of the field.</w:t>
      </w:r>
    </w:p>
    <w:p>
      <w:pPr>
        <w:pStyle w:val="Heading2"/>
        <w:keepNext/>
        <w:keepLines/>
      </w:pPr>
      <w:r>
        <w:t>Suki · Simulation Cards</w:t>
      </w:r>
    </w:p>
    <w:p>
      <w:pPr>
        <w:pStyle w:val="Heading3"/>
        <w:keepNext/>
        <w:keepLines/>
      </w:pPr>
      <w:r>
        <w:t>Siege corridor</w:t>
      </w:r>
    </w:p>
    <w:p>
      <w:pPr>
        <w:keepNext w:val="0"/>
        <w:keepLines/>
        <w:spacing w:after="120" w:line="283" w:lineRule="auto"/>
      </w:pPr>
      <w:r>
        <w:rPr>
          <w:i w:val="0"/>
        </w:rPr>
        <w:t>Situation. The field presents a narrow approach packed with civilians, collapsing stone, and an enemy that wins by displacement. Suki begins from the priorities established by the character’s recorded role rather than from the desire to display maximum output. The first question is what must remain intact: a person, a route, a weapon, a memory, or the possibility of retreat. That answer determines whether Puppeteer is opened immediately or held as the concealed second layer.</w:t>
      </w:r>
    </w:p>
    <w:p>
      <w:pPr>
        <w:keepNext w:val="0"/>
        <w:keepLines/>
        <w:spacing w:after="120" w:line="283" w:lineRule="auto"/>
      </w:pPr>
      <w:r>
        <w:rPr>
          <w:i w:val="0"/>
        </w:rPr>
        <w:t>Execution. Puppeteer supplies the first correction: Puppeteer creates controllable strings after Suki physically strikes, touches, hooks, or throws a line onto a valid target. The strings can influence limbs, posture, weapons, trajectories, restraint systems, and connected objects. They can also sever hostile control or create rescue tethers. Once the enemy reacts, Marionette’s Requiem becomes the answer to the reaction rather than a disconnected second move. The oversized scythe has a dark shaft, crimson-edged crystalline curved blade, light responsive balance, kinetic siphon, Thread Resonance amplification, and multiple hooking or anchoring surfaces. It supports spins, sweeps, vaults, retrieval, and line placement.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Strings must be physically established and can be cut, burned, disrupted, overloaded, or confused by unusual anatomy. Strong targets resist direct bodily control. Maintaining many lines taxes focus and joints. Control is not mind reading, and a moving target can exploit slack or sacrifice a caught object. A disciplined enemy would try to force that limit before revealing its true objective. The Rawibari answer is relational. Another family member covers the failure state, or Suki deliberately abandons the glamorous line and returns to the narrower job the formation needs. Victory is defined by who comes home, not by who looked strongest at the center of the field.</w:t>
      </w:r>
    </w:p>
    <w:p>
      <w:pPr>
        <w:pStyle w:val="Heading3"/>
        <w:keepNext/>
        <w:keepLines/>
      </w:pPr>
      <w:r>
        <w:t>Open-water pursuit</w:t>
      </w:r>
    </w:p>
    <w:p>
      <w:pPr>
        <w:keepNext w:val="0"/>
        <w:keepLines/>
        <w:spacing w:after="120" w:line="283" w:lineRule="auto"/>
      </w:pPr>
      <w:r>
        <w:rPr>
          <w:i w:val="0"/>
        </w:rPr>
        <w:t>Situation. The field presents a retreating target using depth, current, and hostage separation to break line of sight. Suki begins from the priorities established by the character’s recorded role rather than from the desire to display maximum output. The first question is what must remain intact: a person, a route, a weapon, a memory, or the possibility of retreat. That answer determines whether Thread Control &amp; Severance is opened immediately or held as the concealed second layer.</w:t>
      </w:r>
    </w:p>
    <w:p>
      <w:pPr>
        <w:keepNext w:val="0"/>
        <w:keepLines/>
        <w:spacing w:after="120" w:line="283" w:lineRule="auto"/>
      </w:pPr>
      <w:r>
        <w:rPr>
          <w:i w:val="0"/>
        </w:rPr>
        <w:t>Execution. Thread Control &amp; Severance supplies the first correction: Suki can brace or redirect joints, steal the last fraction of an attack, pull an ally from impact, make a thrown object curve through line tension, sever magical restraints, and cut foreign control threads attached to a person or mechanism. Once the enemy reacts, Lilly · Vengeful Spirit of the Gray Bell becomes the answer to the reaction rather than a disconnected second move. When Suki suffers grave injury, mental incapacity, sensory collapse, soul shock, or severe bodily danger, Lilly can take control to preserve life. She ignores pain, fights intelligently, uses threads aggressively, and prioritizes elimination or escape over Suki’s future comfort.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Fine control demands accurate anatomy and sensory feedback. Poison, anesthetic, sensory suppression, and false identification are uniquely dangerous because they echo the conditions of Lilly’s death. Severing an unknown soul bond can injure both parties. A disciplined enemy would try to force that limit before revealing its true objective. The Rawibari answer is relational. Another family member covers the failure state, or Suki deliberately abandons the glamorous line and returns to the narrower job the formation needs. Victory is defined by who comes home, not by who looked strongest at the center of the field.</w:t>
      </w:r>
    </w:p>
    <w:p>
      <w:pPr>
        <w:pStyle w:val="Heading3"/>
        <w:keepNext/>
        <w:keepLines/>
      </w:pPr>
      <w:r>
        <w:t>Anti-magic vault</w:t>
      </w:r>
    </w:p>
    <w:p>
      <w:pPr>
        <w:keepNext w:val="0"/>
        <w:keepLines/>
        <w:spacing w:after="120" w:line="283" w:lineRule="auto"/>
      </w:pPr>
      <w:r>
        <w:rPr>
          <w:i w:val="0"/>
        </w:rPr>
        <w:t>Situation. The field presents a prepared chamber designed to starve spells, sever summons, and reward conventional physical force. Suki begins from the priorities established by the character’s recorded role rather than from the desire to display maximum output. The first question is what must remain intact: a person, a route, a weapon, a memory, or the possibility of retreat. That answer determines whether Marionette’s Requiem is opened immediately or held as the concealed second layer.</w:t>
      </w:r>
    </w:p>
    <w:p>
      <w:pPr>
        <w:keepNext w:val="0"/>
        <w:keepLines/>
        <w:spacing w:after="120" w:line="283" w:lineRule="auto"/>
      </w:pPr>
      <w:r>
        <w:rPr>
          <w:i w:val="0"/>
        </w:rPr>
        <w:t>Execution. Marionette’s Requiem supplies the first correction: The oversized scythe has a dark shaft, crimson-edged crystalline curved blade, light responsive balance, kinetic siphon, Thread Resonance amplification, and multiple hooking or anchoring surfaces. It supports spins, sweeps, vaults, retrieval, and line placement. Once the enemy reacts, Unbound Choir becomes the answer to the reaction rather than a disconnected second move. Under Kurnoma’s emergency soul transfer, Marionette’s Requiem evolves into Unbound Choir. Suki’s strings multiply in authority, sever hostile control, break imposed bindings, and coordinate many lines as though several precise hands were singing one structure.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Large arcs need space and can endanger allies if line geometry is unclear. Siphoned energy must be redirected safely. The surviving ledger does not issue a canonical True Name, so this edition does not invent one. A disciplined enemy would try to force that limit before revealing its true objective. The Rawibari answer is relational. Another family member covers the failure state, or Suki deliberately abandons the glamorous line and returns to the narrower job the formation needs. Victory is defined by who comes home, not by who looked strongest at the center of the field.</w:t>
      </w:r>
    </w:p>
    <w:p>
      <w:pPr>
        <w:pStyle w:val="Heading3"/>
        <w:keepNext/>
        <w:keepLines/>
      </w:pPr>
      <w:r>
        <w:t>False-death operation</w:t>
      </w:r>
    </w:p>
    <w:p>
      <w:pPr>
        <w:keepNext w:val="0"/>
        <w:keepLines/>
        <w:spacing w:after="120" w:line="283" w:lineRule="auto"/>
      </w:pPr>
      <w:r>
        <w:rPr>
          <w:i w:val="0"/>
        </w:rPr>
        <w:t>Situation. The field presents an illusion campaign that shows each family member a different version of Kurnoma dying. Suki begins from the priorities established by the character’s recorded role rather than from the desire to display maximum output. The first question is what must remain intact: a person, a route, a weapon, a memory, or the possibility of retreat. That answer determines whether Lilly · Vengeful Spirit of the Gray Bell is opened immediately or held as the concealed second layer.</w:t>
      </w:r>
    </w:p>
    <w:p>
      <w:pPr>
        <w:keepNext w:val="0"/>
        <w:keepLines/>
        <w:spacing w:after="120" w:line="283" w:lineRule="auto"/>
      </w:pPr>
      <w:r>
        <w:rPr>
          <w:i w:val="0"/>
        </w:rPr>
        <w:t>Execution. Lilly · Vengeful Spirit of the Gray Bell supplies the first correction: When Suki suffers grave injury, mental incapacity, sensory collapse, soul shock, or severe bodily danger, Lilly can take control to preserve life. She ignores pain, fights intelligently, uses threads aggressively, and prioritizes elimination or escape over Suki’s future comfort. Once the enemy reacts, Awakening Art · Gray Bell Requiem, Two Souls Beneath One Skin becomes the answer to the reaction rather than a disconnected second move. Suki deliberately permits Lilly to inhabit and operate his body while he remains conscious inside the shared system and directs Puppeteer strings. Lilly controls gross movement, feral reaction, and scythe violence; Suki controls line logic, target distinction, and release.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Possession may damage muscle, nerve, joint, gill-like sensory analogues, mana channels, and memory. Lilly may refuse retreat, misidentify present figures through trauma, or keep control after the immediate threshold becomes ambiguous. Aftereffects include nausea, phantom bell sounds, tremors, pain, and memory fragments. A disciplined enemy would try to force that limit before revealing its true objective. The Rawibari answer is relational. Another family member covers the failure state, or Suki deliberately abandons the glamorous line and returns to the narrower job the formation needs. Victory is defined by who comes home, not by who looked strongest at the center of the field.</w:t>
      </w:r>
    </w:p>
    <w:p>
      <w:pPr>
        <w:pStyle w:val="Heading3"/>
        <w:keepNext/>
        <w:keepLines/>
      </w:pPr>
      <w:r>
        <w:t>Toolless adversary</w:t>
      </w:r>
    </w:p>
    <w:p>
      <w:pPr>
        <w:keepNext w:val="0"/>
        <w:keepLines/>
        <w:spacing w:after="120" w:line="283" w:lineRule="auto"/>
      </w:pPr>
      <w:r>
        <w:rPr>
          <w:i w:val="0"/>
        </w:rPr>
        <w:t>Situation. The field presents a shapeless or living-energy enemy with no conventional weapon, armor, or stable anatomy to claim. Suki begins from the priorities established by the character’s recorded role rather than from the desire to display maximum output. The first question is what must remain intact: a person, a route, a weapon, a memory, or the possibility of retreat. That answer determines whether Unbound Choir is opened immediately or held as the concealed second layer.</w:t>
      </w:r>
    </w:p>
    <w:p>
      <w:pPr>
        <w:keepNext w:val="0"/>
        <w:keepLines/>
        <w:spacing w:after="120" w:line="283" w:lineRule="auto"/>
      </w:pPr>
      <w:r>
        <w:rPr>
          <w:i w:val="0"/>
        </w:rPr>
        <w:t>Execution. Unbound Choir supplies the first correction: Under Kurnoma’s emergency soul transfer, Marionette’s Requiem evolves into Unbound Choir. Suki’s strings multiply in authority, sever hostile control, break imposed bindings, and coordinate many lines as though several precise hands were singing one structure. Once the enemy reacts, Puppeteer becomes the answer to the reaction rather than a disconnected second move. Puppeteer creates controllable strings after Suki physically strikes, touches, hooks, or throws a line onto a valid target. The strings can influence limbs, posture, weapons, trajectories, restraint systems, and connected objects. They can also sever hostile control or create rescue tethers.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The load exceeds baseline physiology. Lines can tear Suki’s joints, damage nerves, or leave fine motor control impaired after reversion. Last Wager grief also makes every protective impulse more absolute and less interested in consent or surrender. A disciplined enemy would try to force that limit before revealing its true objective. The Rawibari answer is relational. Another family member covers the failure state, or Suki deliberately abandons the glamorous line and returns to the narrower job the formation needs. Victory is defined by who comes home, not by who looked strongest at the center of the field.</w:t>
      </w:r>
    </w:p>
    <w:p>
      <w:pPr>
        <w:pStyle w:val="Heading3"/>
        <w:keepNext/>
        <w:keepLines/>
      </w:pPr>
      <w:r>
        <w:t>Upper-rank duel</w:t>
      </w:r>
    </w:p>
    <w:p>
      <w:pPr>
        <w:keepNext w:val="0"/>
        <w:keepLines/>
        <w:spacing w:after="120" w:line="283" w:lineRule="auto"/>
      </w:pPr>
      <w:r>
        <w:rPr>
          <w:i w:val="0"/>
        </w:rPr>
        <w:t>Situation. The field presents a single opponent whose raw statistics exceed the team but whose attention can still be divided. Suki begins from the priorities established by the character’s recorded role rather than from the desire to display maximum output. The first question is what must remain intact: a person, a route, a weapon, a memory, or the possibility of retreat. That answer determines whether Awakening Art · Gray Bell Requiem, Two Souls Beneath One Skin is opened immediately or held as the concealed second layer.</w:t>
      </w:r>
    </w:p>
    <w:p>
      <w:pPr>
        <w:keepNext w:val="0"/>
        <w:keepLines/>
        <w:spacing w:after="120" w:line="283" w:lineRule="auto"/>
      </w:pPr>
      <w:r>
        <w:rPr>
          <w:i w:val="0"/>
        </w:rPr>
        <w:t>Execution. Awakening Art · Gray Bell Requiem, Two Souls Beneath One Skin supplies the first correction: Suki deliberately permits Lilly to inhabit and operate his body while he remains conscious inside the shared system and directs Puppeteer strings. Lilly controls gross movement, feral reaction, and scythe violence; Suki controls line logic, target distinction, and release. Once the enemy reacts, Thread Control &amp; Severance becomes the answer to the reaction rather than a disconnected second move. Suki can brace or redirect joints, steal the last fraction of an attack, pull an ally from impact, make a thrown object curve through line tension, sever magical restraints, and cut foreign control threads attached to a person or mechanism.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Consent must remain active. Trauma triggers, severe sensory corruption, or a disagreement about retreat can collapse cooperation into involuntary possession. The body still pays for both souls’ output and may emerge with extensive damage neither consciousness felt in time. A disciplined enemy would try to force that limit before revealing its true objective. The Rawibari answer is relational. Another family member covers the failure state, or Suki deliberately abandons the glamorous line and returns to the narrower job the formation needs. Victory is defined by who comes home, not by who looked strongest at the center of the field.</w:t>
      </w:r>
    </w:p>
    <w:p>
      <w:pPr>
        <w:pStyle w:val="Heading2"/>
        <w:keepNext/>
        <w:keepLines/>
      </w:pPr>
      <w:r>
        <w:t>Theo · Simulation Cards</w:t>
      </w:r>
    </w:p>
    <w:p>
      <w:pPr>
        <w:pStyle w:val="Heading3"/>
        <w:keepNext/>
        <w:keepLines/>
      </w:pPr>
      <w:r>
        <w:t>Siege corridor</w:t>
      </w:r>
    </w:p>
    <w:p>
      <w:pPr>
        <w:keepNext w:val="0"/>
        <w:keepLines/>
        <w:spacing w:after="120" w:line="283" w:lineRule="auto"/>
      </w:pPr>
      <w:r>
        <w:rPr>
          <w:i w:val="0"/>
        </w:rPr>
        <w:t>Situation. The field presents a narrow approach packed with civilians, collapsing stone, and an enemy that wins by displacement. Theo begins from the priorities established by the character’s recorded role rather than from the desire to display maximum output. The first question is what must remain intact: a person, a route, a weapon, a memory, or the possibility of retreat. That answer determines whether Shark Life is opened immediately or held as the concealed second layer.</w:t>
      </w:r>
    </w:p>
    <w:p>
      <w:pPr>
        <w:keepNext w:val="0"/>
        <w:keepLines/>
        <w:spacing w:after="120" w:line="283" w:lineRule="auto"/>
      </w:pPr>
      <w:r>
        <w:rPr>
          <w:i w:val="0"/>
        </w:rPr>
        <w:t>Execution. Shark Life supplies the first correction: Shark Life allows Theo to transform into a tiger shark in water at approximately ten percent energy cost, shift between hybrid and shark configurations, breathe and function aquatically, and access enhanced smell, underwater vision, current sense, speed, and predatory tracking. Once the enemy reacts, Water, Mist, Ice &amp; Shadow Magic becomes the answer to the reaction rather than a disconnected second move. Water creates current and medium. Mist controls sightlines and carries trace information. Ice creates anchors, blades, seals, and temporary structure. Situational Shadow reduces exposure during land approach but remains secondary to aquatic methods.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The full transformation requires water and consumes energy. Land vision is poor, land anxiety can rise, and gills remain vulnerable. Severe gill injury on land is extreme; severe damage in water may be fatal because the organ is actively required. A disciplined enemy would try to force that limit before revealing its true objective. The Rawibari answer is relational. Another family member covers the failure state, or Theo deliberately abandons the glamorous line and returns to the narrower job the formation needs. Victory is defined by who comes home, not by who looked strongest at the center of the field.</w:t>
      </w:r>
    </w:p>
    <w:p>
      <w:pPr>
        <w:pStyle w:val="Heading3"/>
        <w:keepNext/>
        <w:keepLines/>
      </w:pPr>
      <w:r>
        <w:t>Open-water pursuit</w:t>
      </w:r>
    </w:p>
    <w:p>
      <w:pPr>
        <w:keepNext w:val="0"/>
        <w:keepLines/>
        <w:spacing w:after="120" w:line="283" w:lineRule="auto"/>
      </w:pPr>
      <w:r>
        <w:rPr>
          <w:i w:val="0"/>
        </w:rPr>
        <w:t>Situation. The field presents a retreating target using depth, current, and hostage separation to break line of sight. Theo begins from the priorities established by the character’s recorded role rather than from the desire to display maximum output. The first question is what must remain intact: a person, a route, a weapon, a memory, or the possibility of retreat. That answer determines whether Aquatic Senses &amp; Trace is opened immediately or held as the concealed second layer.</w:t>
      </w:r>
    </w:p>
    <w:p>
      <w:pPr>
        <w:keepNext w:val="0"/>
        <w:keepLines/>
        <w:spacing w:after="120" w:line="283" w:lineRule="auto"/>
      </w:pPr>
      <w:r>
        <w:rPr>
          <w:i w:val="0"/>
        </w:rPr>
        <w:t>Execution. Aquatic Senses &amp; Trace supplies the first correction: Theo reads smell, pressure, current, wake, blood trace, temperature, disturbed sediment, and line vibration. Sensory/Trace magic extends those cues into a track that can survive darkness, mist, or brief loss of visual contact. Once the enemy reacts, Tidehook Promise becomes the answer to the reaction rather than a disconnected second move. Tidehook Promise combines a dark shaft, oceanic spear point, backward shark-tooth or anchor hook, retractable magically reinforced line, and water-channeling core. It can stab, hook, retrieve, pull, anchor, tow, or establish a rescue route.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Land air provides weaker information. Strong chemicals, many overlapping blood sources, magical scent erasure, violent turbulence, or false current signatures can overwhelm or mislead the trace. Sensory overload near gill injury is especially dangerous. A disciplined enemy would try to force that limit before revealing its true objective. The Rawibari answer is relational. Another family member covers the failure state, or Theo deliberately abandons the glamorous line and returns to the narrower job the formation needs. Victory is defined by who comes home, not by who looked strongest at the center of the field.</w:t>
      </w:r>
    </w:p>
    <w:p>
      <w:pPr>
        <w:pStyle w:val="Heading3"/>
        <w:keepNext/>
        <w:keepLines/>
      </w:pPr>
      <w:r>
        <w:t>Anti-magic vault</w:t>
      </w:r>
    </w:p>
    <w:p>
      <w:pPr>
        <w:keepNext w:val="0"/>
        <w:keepLines/>
        <w:spacing w:after="120" w:line="283" w:lineRule="auto"/>
      </w:pPr>
      <w:r>
        <w:rPr>
          <w:i w:val="0"/>
        </w:rPr>
        <w:t>Situation. The field presents a prepared chamber designed to starve spells, sever summons, and reward conventional physical force. Theo begins from the priorities established by the character’s recorded role rather than from the desire to display maximum output. The first question is what must remain intact: a person, a route, a weapon, a memory, or the possibility of retreat. That answer determines whether Water, Mist, Ice &amp; Shadow Magic is opened immediately or held as the concealed second layer.</w:t>
      </w:r>
    </w:p>
    <w:p>
      <w:pPr>
        <w:keepNext w:val="0"/>
        <w:keepLines/>
        <w:spacing w:after="120" w:line="283" w:lineRule="auto"/>
      </w:pPr>
      <w:r>
        <w:rPr>
          <w:i w:val="0"/>
        </w:rPr>
        <w:t>Execution. Water, Mist, Ice &amp; Shadow Magic supplies the first correction: Water creates current and medium. Mist controls sightlines and carries trace information. Ice creates anchors, blades, seals, and temporary structure. Situational Shadow reduces exposure during land approach but remains secondary to aquatic methods. Once the enemy reacts, Homecurrent Fang becomes the answer to the reaction rather than a disconnected second move. Under Last Wager, Tidehook Promise evolves into Homecurrent Fang. Water-current paths appear across hostile terrain, blood-tide sensing identifies family, gill defense hardens around the vulnerable neck, and rescue lines can reach multiple allies while hunting the responsible enemy.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Creating large water volume is expensive. Heat, desiccation, anti-element fields, contaminated water, and civilian electrical hazards constrain use. Shadow does not remove the scent or gill vulnerability that land pursuit exposes. A disciplined enemy would try to force that limit before revealing its true objective. The Rawibari answer is relational. Another family member covers the failure state, or Theo deliberately abandons the glamorous line and returns to the narrower job the formation needs. Victory is defined by who comes home, not by who looked strongest at the center of the field.</w:t>
      </w:r>
    </w:p>
    <w:p>
      <w:pPr>
        <w:pStyle w:val="Heading3"/>
        <w:keepNext/>
        <w:keepLines/>
      </w:pPr>
      <w:r>
        <w:t>False-death operation</w:t>
      </w:r>
    </w:p>
    <w:p>
      <w:pPr>
        <w:keepNext w:val="0"/>
        <w:keepLines/>
        <w:spacing w:after="120" w:line="283" w:lineRule="auto"/>
      </w:pPr>
      <w:r>
        <w:rPr>
          <w:i w:val="0"/>
        </w:rPr>
        <w:t>Situation. The field presents an illusion campaign that shows each family member a different version of Kurnoma dying. Theo begins from the priorities established by the character’s recorded role rather than from the desire to display maximum output. The first question is what must remain intact: a person, a route, a weapon, a memory, or the possibility of retreat. That answer determines whether Tidehook Promise is opened immediately or held as the concealed second layer.</w:t>
      </w:r>
    </w:p>
    <w:p>
      <w:pPr>
        <w:keepNext w:val="0"/>
        <w:keepLines/>
        <w:spacing w:after="120" w:line="283" w:lineRule="auto"/>
      </w:pPr>
      <w:r>
        <w:rPr>
          <w:i w:val="0"/>
        </w:rPr>
        <w:t>Execution. Tidehook Promise supplies the first correction: Tidehook Promise combines a dark shaft, oceanic spear point, backward shark-tooth or anchor hook, retractable magically reinforced line, and water-channeling core. It can stab, hook, retrieve, pull, anchor, tow, or establish a rescue route. Once the enemy reacts, Awakening Art · Hadal Homecoming, You Will Not Surface becomes the answer to the reaction rather than a disconnected second move. Theo drives Tidehook Promise into the ground and creates a still-water circle. The condemned target experiences escalating ocean-depth pressure beneath open sky. Currents pursue attempts to dodge, teleport, fly, or phase; an artificial abyss opens, Theo descends, hooks the target, and rockets upward in a hunting-shark strike before the water vanishes.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The line can be trapped, cut by superior authority, used to pull Theo, or wrapped around hazards. Hooking flesh creates medical risk. The sentience prioritizes bringing people home and may resist a kill that abandons a reachable ally. A disciplined enemy would try to force that limit before revealing its true objective. The Rawibari answer is relational. Another family member covers the failure state, or Theo deliberately abandons the glamorous line and returns to the narrower job the formation needs. Victory is defined by who comes home, not by who looked strongest at the center of the field.</w:t>
      </w:r>
    </w:p>
    <w:p>
      <w:pPr>
        <w:pStyle w:val="Heading3"/>
        <w:keepNext/>
        <w:keepLines/>
      </w:pPr>
      <w:r>
        <w:t>Toolless adversary</w:t>
      </w:r>
    </w:p>
    <w:p>
      <w:pPr>
        <w:keepNext w:val="0"/>
        <w:keepLines/>
        <w:spacing w:after="120" w:line="283" w:lineRule="auto"/>
      </w:pPr>
      <w:r>
        <w:rPr>
          <w:i w:val="0"/>
        </w:rPr>
        <w:t>Situation. The field presents a shapeless or living-energy enemy with no conventional weapon, armor, or stable anatomy to claim. Theo begins from the priorities established by the character’s recorded role rather than from the desire to display maximum output. The first question is what must remain intact: a person, a route, a weapon, a memory, or the possibility of retreat. That answer determines whether Homecurrent Fang is opened immediately or held as the concealed second layer.</w:t>
      </w:r>
    </w:p>
    <w:p>
      <w:pPr>
        <w:keepNext w:val="0"/>
        <w:keepLines/>
        <w:spacing w:after="120" w:line="283" w:lineRule="auto"/>
      </w:pPr>
      <w:r>
        <w:rPr>
          <w:i w:val="0"/>
        </w:rPr>
        <w:t>Execution. Homecurrent Fang supplies the first correction: Under Last Wager, Tidehook Promise evolves into Homecurrent Fang. Water-current paths appear across hostile terrain, blood-tide sensing identifies family, gill defense hardens around the vulnerable neck, and rescue lines can reach multiple allies while hunting the responsible enemy. Once the enemy reacts, Shark Life becomes the answer to the reaction rather than a disconnected second move. Shark Life allows Theo to transform into a tiger shark in water at approximately ten percent energy cost, shift between hybrid and shark configurations, breathe and function aquatically, and access enhanced smell, underwater vision, current sense, speed, and predatory tracking.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The form is physically unsustainable, grief-driven, and vulnerable to false identification if blood or sensory evidence is corrupted. Gill defense reduces but does not erase danger. Reversion can leave dehydration, torn tissue, sensory collapse, and line burns. A disciplined enemy would try to force that limit before revealing its true objective. The Rawibari answer is relational. Another family member covers the failure state, or Theo deliberately abandons the glamorous line and returns to the narrower job the formation needs. Victory is defined by who comes home, not by who looked strongest at the center of the field.</w:t>
      </w:r>
    </w:p>
    <w:p>
      <w:pPr>
        <w:pStyle w:val="Heading3"/>
        <w:keepNext/>
        <w:keepLines/>
      </w:pPr>
      <w:r>
        <w:t>Upper-rank duel</w:t>
      </w:r>
    </w:p>
    <w:p>
      <w:pPr>
        <w:keepNext w:val="0"/>
        <w:keepLines/>
        <w:spacing w:after="120" w:line="283" w:lineRule="auto"/>
      </w:pPr>
      <w:r>
        <w:rPr>
          <w:i w:val="0"/>
        </w:rPr>
        <w:t>Situation. The field presents a single opponent whose raw statistics exceed the team but whose attention can still be divided. Theo begins from the priorities established by the character’s recorded role rather than from the desire to display maximum output. The first question is what must remain intact: a person, a route, a weapon, a memory, or the possibility of retreat. That answer determines whether Awakening Art · Hadal Homecoming, You Will Not Surface is opened immediately or held as the concealed second layer.</w:t>
      </w:r>
    </w:p>
    <w:p>
      <w:pPr>
        <w:keepNext w:val="0"/>
        <w:keepLines/>
        <w:spacing w:after="120" w:line="283" w:lineRule="auto"/>
      </w:pPr>
      <w:r>
        <w:rPr>
          <w:i w:val="0"/>
        </w:rPr>
        <w:t>Execution. Awakening Art · Hadal Homecoming, You Will Not Surface supplies the first correction: Theo drives Tidehook Promise into the ground and creates a still-water circle. The condemned target experiences escalating ocean-depth pressure beneath open sky. Currents pursue attempts to dodge, teleport, fly, or phase; an artificial abyss opens, Theo descends, hooks the target, and rockets upward in a hunting-shark strike before the water vanishes. Once the enemy reacts, Aquatic Senses &amp; Trace becomes the answer to the reaction rather than a disconnected second move. Theo reads smell, pressure, current, wake, blood trace, temperature, disturbed sediment, and line vibration. Sensory/Trace magic extends those cues into a track that can survive darkness, mist, or brief loss of visual contact.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It requires settled lethal intent and enormous environmental output. Incorrect target identification would turn home doctrine into murder. Anti-domain effects, superior pressure immunity, or severance of Theo from the anchored spear may break the abyss before completion. A disciplined enemy would try to force that limit before revealing its true objective. The Rawibari answer is relational. Another family member covers the failure state, or Theo deliberately abandons the glamorous line and returns to the narrower job the formation needs. Victory is defined by who comes home, not by who looked strongest at the center of the field.</w:t>
      </w:r>
    </w:p>
    <w:p>
      <w:pPr>
        <w:pStyle w:val="Heading2"/>
        <w:keepNext/>
        <w:keepLines/>
      </w:pPr>
      <w:r>
        <w:t>Venus · Simulation Cards</w:t>
      </w:r>
    </w:p>
    <w:p>
      <w:pPr>
        <w:pStyle w:val="Heading3"/>
        <w:keepNext/>
        <w:keepLines/>
      </w:pPr>
      <w:r>
        <w:t>Siege corridor</w:t>
      </w:r>
    </w:p>
    <w:p>
      <w:pPr>
        <w:keepNext w:val="0"/>
        <w:keepLines/>
        <w:spacing w:after="120" w:line="283" w:lineRule="auto"/>
      </w:pPr>
      <w:r>
        <w:rPr>
          <w:i w:val="0"/>
        </w:rPr>
        <w:t>Situation. The field presents a narrow approach packed with civilians, collapsing stone, and an enemy that wins by displacement. Venus begins from the priorities established by the character’s recorded role rather than from the desire to display maximum output. The first question is what must remain intact: a person, a route, a weapon, a memory, or the possibility of retreat. That answer determines whether Somnia Dominion is opened immediately or held as the concealed second layer.</w:t>
      </w:r>
    </w:p>
    <w:p>
      <w:pPr>
        <w:keepNext w:val="0"/>
        <w:keepLines/>
        <w:spacing w:after="120" w:line="283" w:lineRule="auto"/>
      </w:pPr>
      <w:r>
        <w:rPr>
          <w:i w:val="0"/>
        </w:rPr>
        <w:t>Execution. Somnia Dominion supplies the first correction: Somnia Dominion maintains a low-grade dream field around Venus and expands through Dream Essence. Inside it she can alter sensory interpretation, construct reality-like scenes, shape temporary beings or tools, change navigational logic, and inflict psychic harm through dream consequence. Once the enemy reacts, Dream Essence Harvest becomes the answer to the reaction rather than a disconnected second move. Venus feeds on and stores imaginative energy produced by dreams. Harvest restores her body, expands Somnia Dominion, fuels psychic effects, and supplies material for conjuration or extraction. The subject loses memory of the harvested dream.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Scale depends on stored Dream Essence. Strong identity, anti-psychic wards, dreamless states, pain anchors, and clearly shared external reference points can resist. Allies may also become confused if Venus fails to preserve signals. The field cannot make every imagined impossibility permanently real. A disciplined enemy would try to force that limit before revealing its true objective. The Rawibari answer is relational. Another family member covers the failure state, or Venus deliberately abandons the glamorous line and returns to the narrower job the formation needs. Victory is defined by who comes home, not by who looked strongest at the center of the field.</w:t>
      </w:r>
    </w:p>
    <w:p>
      <w:pPr>
        <w:pStyle w:val="Heading3"/>
        <w:keepNext/>
        <w:keepLines/>
      </w:pPr>
      <w:r>
        <w:t>Open-water pursuit</w:t>
      </w:r>
    </w:p>
    <w:p>
      <w:pPr>
        <w:keepNext w:val="0"/>
        <w:keepLines/>
        <w:spacing w:after="120" w:line="283" w:lineRule="auto"/>
      </w:pPr>
      <w:r>
        <w:rPr>
          <w:i w:val="0"/>
        </w:rPr>
        <w:t>Situation. The field presents a retreating target using depth, current, and hostage separation to break line of sight. Venus begins from the priorities established by the character’s recorded role rather than from the desire to display maximum output. The first question is what must remain intact: a person, a route, a weapon, a memory, or the possibility of retreat. That answer determines whether Dreamwalking is opened immediately or held as the concealed second layer.</w:t>
      </w:r>
    </w:p>
    <w:p>
      <w:pPr>
        <w:keepNext w:val="0"/>
        <w:keepLines/>
        <w:spacing w:after="120" w:line="283" w:lineRule="auto"/>
      </w:pPr>
      <w:r>
        <w:rPr>
          <w:i w:val="0"/>
        </w:rPr>
        <w:t>Execution. Dreamwalking supplies the first correction: Venus enters, observes, navigates, and interacts with dreams. She can locate symbolic structures, communicate through dream language, identify psychic injury, guide a sleeper toward waking, or confront an intruding presence on the dream’s own terms. Once the enemy reacts, Reality-Like Conjuration &amp; Dream Extraction becomes the answer to the reaction rather than a disconnected second move. Within the domain Venus conjures environments, objects, creatures, weather, and effects with dreamlike plausibility. She can temporarily extract selected constructs into waking space, where they retain limited physical and magical function for minutes before decaying.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Dreamwalking is an intimacy and requires ethical permission outside immediate rescue. A dream can lie without intending deception. Trauma may attack through repetition. Another psychic entity can trap, follow, or alter Venus. Waking the body does not guarantee the dream’s effects vanish instantly. A disciplined enemy would try to force that limit before revealing its true objective. The Rawibari answer is relational. Another family member covers the failure state, or Venus deliberately abandons the glamorous line and returns to the narrower job the formation needs. Victory is defined by who comes home, not by who looked strongest at the center of the field.</w:t>
      </w:r>
    </w:p>
    <w:p>
      <w:pPr>
        <w:pStyle w:val="Heading3"/>
        <w:keepNext/>
        <w:keepLines/>
      </w:pPr>
      <w:r>
        <w:t>Anti-magic vault</w:t>
      </w:r>
    </w:p>
    <w:p>
      <w:pPr>
        <w:keepNext w:val="0"/>
        <w:keepLines/>
        <w:spacing w:after="120" w:line="283" w:lineRule="auto"/>
      </w:pPr>
      <w:r>
        <w:rPr>
          <w:i w:val="0"/>
        </w:rPr>
        <w:t>Situation. The field presents a prepared chamber designed to starve spells, sever summons, and reward conventional physical force. Venus begins from the priorities established by the character’s recorded role rather than from the desire to display maximum output. The first question is what must remain intact: a person, a route, a weapon, a memory, or the possibility of retreat. That answer determines whether Dream Essence Harvest is opened immediately or held as the concealed second layer.</w:t>
      </w:r>
    </w:p>
    <w:p>
      <w:pPr>
        <w:keepNext w:val="0"/>
        <w:keepLines/>
        <w:spacing w:after="120" w:line="283" w:lineRule="auto"/>
      </w:pPr>
      <w:r>
        <w:rPr>
          <w:i w:val="0"/>
        </w:rPr>
        <w:t>Execution. Dream Essence Harvest supplies the first correction: Venus feeds on and stores imaginative energy produced by dreams. Harvest restores her body, expands Somnia Dominion, fuels psychic effects, and supplies material for conjuration or extraction. The subject loses memory of the harvested dream. Once the enemy reacts, Psychic Damage &amp; Memory Pressure becomes the answer to the reaction rather than a disconnected second move. Venus inflicts psychic damage by making dream consequence emotionally and neurologically convincing. She can repeat fear, distort temporal memory, force attention into symbolic threats, or make the target experience injury that destabilizes action even when the body remains initially intact.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Harvest cannot be treated as consequence-free because it removes dream memory. Underfeeding reduces domain scale and energy; overfeeding increases jitter, impulsivity, and output volatility. Dream-poor or magically shielded sleepers supply little or nothing. A disciplined enemy would try to force that limit before revealing its true objective. The Rawibari answer is relational. Another family member covers the failure state, or Venus deliberately abandons the glamorous line and returns to the narrower job the formation needs. Victory is defined by who comes home, not by who looked strongest at the center of the field.</w:t>
      </w:r>
    </w:p>
    <w:p>
      <w:pPr>
        <w:pStyle w:val="Heading3"/>
        <w:keepNext/>
        <w:keepLines/>
      </w:pPr>
      <w:r>
        <w:t>False-death operation</w:t>
      </w:r>
    </w:p>
    <w:p>
      <w:pPr>
        <w:keepNext w:val="0"/>
        <w:keepLines/>
        <w:spacing w:after="120" w:line="283" w:lineRule="auto"/>
      </w:pPr>
      <w:r>
        <w:rPr>
          <w:i w:val="0"/>
        </w:rPr>
        <w:t>Situation. The field presents an illusion campaign that shows each family member a different version of Kurnoma dying. Venus begins from the priorities established by the character’s recorded role rather than from the desire to display maximum output. The first question is what must remain intact: a person, a route, a weapon, a memory, or the possibility of retreat. That answer determines whether Reality-Like Conjuration &amp; Dream Extraction is opened immediately or held as the concealed second layer.</w:t>
      </w:r>
    </w:p>
    <w:p>
      <w:pPr>
        <w:keepNext w:val="0"/>
        <w:keepLines/>
        <w:spacing w:after="120" w:line="283" w:lineRule="auto"/>
      </w:pPr>
      <w:r>
        <w:rPr>
          <w:i w:val="0"/>
        </w:rPr>
        <w:t>Execution. Reality-Like Conjuration &amp; Dream Extraction supplies the first correction: Within the domain Venus conjures environments, objects, creatures, weather, and effects with dreamlike plausibility. She can temporarily extract selected constructs into waking space, where they retain limited physical and magical function for minutes before decaying. Once the enemy reacts, Dream Parasol &amp; Cloud-Riding becomes the answer to the reaction rather than a disconnected second move. The Dream Parasol focuses Somnia Dominion, collects essence, redirects psychic effects, marks portals, shields against falling material or spell fragments, and produces dream droplets or cloud platforms. Flow, Precision, Counter, Light Step, and Speed Arts make it an agile defensive weapon.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Outside the domain, constructs usually last only minutes and decay visibly. Complexity, contradiction, anti-magic, and loss of concentration shorten life. Extracted objects are not permanent manufacturing and cannot safely replace durable infrastructure. A disciplined enemy would try to force that limit before revealing its true objective. The Rawibari answer is relational. Another family member covers the failure state, or Venus deliberately abandons the glamorous line and returns to the narrower job the formation needs. Victory is defined by who comes home, not by who looked strongest at the center of the field.</w:t>
      </w:r>
    </w:p>
    <w:p>
      <w:pPr>
        <w:pStyle w:val="Heading3"/>
        <w:keepNext/>
        <w:keepLines/>
      </w:pPr>
      <w:r>
        <w:t>Toolless adversary</w:t>
      </w:r>
    </w:p>
    <w:p>
      <w:pPr>
        <w:keepNext w:val="0"/>
        <w:keepLines/>
        <w:spacing w:after="120" w:line="283" w:lineRule="auto"/>
      </w:pPr>
      <w:r>
        <w:rPr>
          <w:i w:val="0"/>
        </w:rPr>
        <w:t>Situation. The field presents a shapeless or living-energy enemy with no conventional weapon, armor, or stable anatomy to claim. Venus begins from the priorities established by the character’s recorded role rather than from the desire to display maximum output. The first question is what must remain intact: a person, a route, a weapon, a memory, or the possibility of retreat. That answer determines whether Psychic Damage &amp; Memory Pressure is opened immediately or held as the concealed second layer.</w:t>
      </w:r>
    </w:p>
    <w:p>
      <w:pPr>
        <w:keepNext w:val="0"/>
        <w:keepLines/>
        <w:spacing w:after="120" w:line="283" w:lineRule="auto"/>
      </w:pPr>
      <w:r>
        <w:rPr>
          <w:i w:val="0"/>
        </w:rPr>
        <w:t>Execution. Psychic Damage &amp; Memory Pressure supplies the first correction: Venus inflicts psychic damage by making dream consequence emotionally and neurologically convincing. She can repeat fear, distort temporal memory, force attention into symbolic threats, or make the target experience injury that destabilizes action even when the body remains initially intact. Once the enemy reacts, Somnia Dominion becomes the answer to the reaction rather than a disconnected second move. Somnia Dominion maintains a low-grade dream field around Venus and expands through Dream Essence. Inside it she can alter sensory interpretation, construct reality-like scenes, shape temporary beings or tools, change navigational logic, and inflict psychic harm through dream consequence.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Psychic immunity, shared sensory links, pain or identity anchors, non-dreaming constructs, and opponents trained to act under uncertainty resist. Excessive memory pressure risks collateral trauma and can make interrogation unreliable rather than truthful. A disciplined enemy would try to force that limit before revealing its true objective. The Rawibari answer is relational. Another family member covers the failure state, or Venus deliberately abandons the glamorous line and returns to the narrower job the formation needs. Victory is defined by who comes home, not by who looked strongest at the center of the field.</w:t>
      </w:r>
    </w:p>
    <w:p>
      <w:pPr>
        <w:pStyle w:val="Heading3"/>
        <w:keepNext/>
        <w:keepLines/>
      </w:pPr>
      <w:r>
        <w:t>Upper-rank duel</w:t>
      </w:r>
    </w:p>
    <w:p>
      <w:pPr>
        <w:keepNext w:val="0"/>
        <w:keepLines/>
        <w:spacing w:after="120" w:line="283" w:lineRule="auto"/>
      </w:pPr>
      <w:r>
        <w:rPr>
          <w:i w:val="0"/>
        </w:rPr>
        <w:t>Situation. The field presents a single opponent whose raw statistics exceed the team but whose attention can still be divided. Venus begins from the priorities established by the character’s recorded role rather than from the desire to display maximum output. The first question is what must remain intact: a person, a route, a weapon, a memory, or the possibility of retreat. That answer determines whether Dream Parasol &amp; Cloud-Riding is opened immediately or held as the concealed second layer.</w:t>
      </w:r>
    </w:p>
    <w:p>
      <w:pPr>
        <w:keepNext w:val="0"/>
        <w:keepLines/>
        <w:spacing w:after="120" w:line="283" w:lineRule="auto"/>
      </w:pPr>
      <w:r>
        <w:rPr>
          <w:i w:val="0"/>
        </w:rPr>
        <w:t>Execution. Dream Parasol &amp; Cloud-Riding supplies the first correction: The Dream Parasol focuses Somnia Dominion, collects essence, redirects psychic effects, marks portals, shields against falling material or spell fragments, and produces dream droplets or cloud platforms. Flow, Precision, Counter, Light Step, and Speed Arts make it an agile defensive weapon. Once the enemy reacts, Dreamwalking becomes the answer to the reaction rather than a disconnected second move. Venus enters, observes, navigates, and interacts with dreams. She can locate symbolic structures, communicate through dream language, identify psychic injury, guide a sleeper toward waking, or confront an intruding presence on the dream’s own terms. The character’s doctrine favors stacked modest advantages over an unsupported flourish. Even when the eventual image is spectacular, the winning exchange begins with information, position, and a protected route home.</w:t>
      </w:r>
    </w:p>
    <w:p>
      <w:pPr>
        <w:keepNext w:val="0"/>
        <w:keepLines/>
        <w:spacing w:after="120" w:line="283" w:lineRule="auto"/>
      </w:pPr>
      <w:r>
        <w:rPr>
          <w:i w:val="0"/>
        </w:rPr>
        <w:t>Risk audit. The relevant counter is already present in the canon: It is the only conventional piece of equipment she consistently relies upon and can be damaged or separated from her. Losing it does not end Somnia Dominion, but it reduces focus, clarity, and the family’s ability to read her signals. A disciplined enemy would try to force that limit before revealing its true objective. The Rawibari answer is relational. Another family member covers the failure state, or Venus deliberately abandons the glamorous line and returns to the narrower job the formation needs. Victory is defined by who comes home, not by who looked strongest at the center of the field.</w:t>
      </w:r>
    </w:p>
    <w:p>
      <w:pPr>
        <w:sectPr>
          <w:headerReference w:type="default" r:id="rId33"/>
          <w:footerReference w:type="default" r:id="rId34"/>
          <w:pgSz w:w="12240" w:h="15840"/>
          <w:pgMar w:top="1181" w:right="1296" w:bottom="1181" w:left="1296" w:header="547" w:footer="547" w:gutter="0"/>
          <w:cols w:space="720"/>
          <w:docGrid w:linePitch="360"/>
        </w:sectPr>
      </w:pPr>
    </w:p>
    <w:p>
      <w:pPr>
        <w:pStyle w:val="Heading1"/>
        <w:keepNext/>
        <w:keepLines/>
      </w:pPr>
      <w:r>
        <w:t>Final Ledger Verdict</w:t>
      </w:r>
    </w:p>
    <w:p>
      <w:pPr>
        <w:keepNext w:val="0"/>
        <w:keepLines/>
        <w:spacing w:after="120" w:line="283" w:lineRule="auto"/>
      </w:pPr>
      <w:r>
        <w:rPr>
          <w:i w:val="0"/>
        </w:rPr>
        <w:t>Darius is Missing. Lady Luck is active. Kumoko, Lucius, and Elara have entered adulthood as A-Rank heirs whose specialties refuse to overlap neatly. Suki and Theo remain B-Rank in ordinary classification and can rise temporarily to S-Rank through the Last Wager. Venus remains an A-Rank ally whose friendship predates the triplets and whose homeland witnessed the event that exposed Lady Luck’s true scale. Those are the clean registry facts. The less clean truth is that every name in this volume belongs to the same answer: a home can survive being abandoned if the people inside it keep becoming doors for one another.</w:t>
      </w:r>
    </w:p>
    <w:p>
      <w:pPr>
        <w:keepNext w:val="0"/>
        <w:keepLines/>
        <w:spacing w:after="120" w:line="283" w:lineRule="auto"/>
      </w:pPr>
      <w:r>
        <w:rPr>
          <w:i w:val="0"/>
        </w:rPr>
        <w:t>The family is not invulnerable. It can be isolated, deceived, exhausted, baited through affection, or forced to pay catastrophic bodily and emotional costs. Its greatest powers are conditional because its greatest commitments are conditional: protect this person, close this route, finish this enemy, bring them home. That is why the Rawibari household should never be described as lucky in the ordinary sense. Chance did not spare it. Kurnoma and the people who stayed simply became very good at refusing chance the last word.</w:t>
      </w:r>
    </w:p>
    <w:p>
      <w:pPr>
        <w:pStyle w:val="Quote"/>
        <w:shd w:fill="F1EAF6"/>
        <w:keepNext w:val="0"/>
        <w:keepLines/>
        <w:pBdr>
          <w:top w:val="single" w:sz="10" w:space="5" w:color="78D6B6"/>
          <w:bottom w:val="single" w:sz="10" w:space="5" w:color="78D6B6"/>
        </w:pBdr>
      </w:pPr>
      <w:r>
        <w:t>“No world behind me falls.” — Rawibari final-door doctrine</w:t>
      </w:r>
    </w:p>
    <w:sectPr w:rsidR="00FC693F" w:rsidRPr="0006063C" w:rsidSect="00034616">
      <w:headerReference w:type="default" r:id="rId35"/>
      <w:footerReference w:type="default" r:id="rId36"/>
      <w:pgSz w:w="12240" w:h="15840"/>
      <w:pgMar w:top="1181" w:right="1296" w:bottom="1181" w:left="1296" w:header="547" w:footer="54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6D6472"/>
        <w:sz w:val="16"/>
      </w:rPr>
      <w:t xml:space="preserve">ULTIMATE DATABOOK  ·  </w:t>
    </w:r>
    <w:r>
      <w:fldChar w:fldCharType="begin"/>
      <w:instrText xml:space="preserve"> PAGE </w:instrText>
      <w:fldChar w:fldCharType="end"/>
    </w:r>
  </w:p>
</w:ftr>
</file>

<file path=word/footer1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6D6472"/>
        <w:sz w:val="16"/>
      </w:rPr>
      <w:t xml:space="preserve">ULTIMATE DATABOOK  ·  </w:t>
    </w:r>
    <w:r>
      <w:fldChar w:fldCharType="begin"/>
      <w:instrText xml:space="preserve"> PAGE </w:instrText>
      <w:fldChar w:fldCharType="end"/>
    </w:r>
  </w:p>
</w:ftr>
</file>

<file path=word/footer1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6D6472"/>
        <w:sz w:val="16"/>
      </w:rPr>
      <w:t xml:space="preserve">ULTIMATE DATABOOK  ·  </w:t>
    </w:r>
    <w:r>
      <w:fldChar w:fldCharType="begin"/>
      <w:instrText xml:space="preserve"> PAGE </w:instrText>
      <w:fldChar w:fldCharType="end"/>
    </w:r>
  </w:p>
</w:ftr>
</file>

<file path=word/footer1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6D6472"/>
        <w:sz w:val="16"/>
      </w:rPr>
      <w:t xml:space="preserve">ULTIMATE DATABOOK  ·  </w:t>
    </w:r>
    <w:r>
      <w:fldChar w:fldCharType="begin"/>
      <w:instrText xml:space="preserve"> PAGE </w:instrText>
      <w:fldChar w:fldCharType="end"/>
    </w:r>
  </w:p>
</w:ftr>
</file>

<file path=word/footer1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6D6472"/>
        <w:sz w:val="16"/>
      </w:rPr>
      <w:t xml:space="preserve">ULTIMATE DATABOOK  ·  </w:t>
    </w:r>
    <w:r>
      <w:fldChar w:fldCharType="begin"/>
      <w:instrText xml:space="preserve"> PAGE </w:instrText>
      <w:fldChar w:fldCharType="end"/>
    </w:r>
  </w:p>
</w:ftr>
</file>

<file path=word/footer1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6D6472"/>
        <w:sz w:val="16"/>
      </w:rPr>
      <w:t xml:space="preserve">ULTIMATE DATABOOK  ·  </w:t>
    </w:r>
    <w: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6D6472"/>
        <w:sz w:val="16"/>
      </w:rPr>
      <w:t xml:space="preserve">ULTIMATE DATABOOK  ·  </w:t>
    </w:r>
    <w:r>
      <w:fldChar w:fldCharType="begin"/>
      <w:instrText xml:space="preserve"> PAGE </w:instrTex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6D6472"/>
        <w:sz w:val="16"/>
      </w:rPr>
      <w:t xml:space="preserve">ULTIMATE DATABOOK  ·  </w:t>
    </w:r>
    <w:r>
      <w:fldChar w:fldCharType="begin"/>
      <w:instrText xml:space="preserve"> PAGE </w:instrTex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6D6472"/>
        <w:sz w:val="16"/>
      </w:rPr>
      <w:t xml:space="preserve">ULTIMATE DATABOOK  ·  </w:t>
    </w:r>
    <w:r>
      <w:fldChar w:fldCharType="begin"/>
      <w:instrText xml:space="preserve"> PAGE </w:instrText>
      <w:fldChar w:fldCharType="end"/>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6D6472"/>
        <w:sz w:val="16"/>
      </w:rPr>
      <w:t xml:space="preserve">ULTIMATE DATABOOK  ·  </w:t>
    </w:r>
    <w:r>
      <w:fldChar w:fldCharType="begin"/>
      <w:instrText xml:space="preserve"> PAGE </w:instrText>
      <w:fldChar w:fldCharType="end"/>
    </w:r>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6D6472"/>
        <w:sz w:val="16"/>
      </w:rPr>
      <w:t xml:space="preserve">ULTIMATE DATABOOK  ·  </w:t>
    </w:r>
    <w:r>
      <w:fldChar w:fldCharType="begin"/>
      <w:instrText xml:space="preserve"> PAGE </w:instrText>
      <w:fldChar w:fldCharType="end"/>
    </w:r>
  </w:p>
</w:ftr>
</file>

<file path=word/footer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6D6472"/>
        <w:sz w:val="16"/>
      </w:rPr>
      <w:t xml:space="preserve">ULTIMATE DATABOOK  ·  </w:t>
    </w:r>
    <w:r>
      <w:fldChar w:fldCharType="begin"/>
      <w:instrText xml:space="preserve"> PAGE </w:instrText>
      <w:fldChar w:fldCharType="end"/>
    </w:r>
  </w:p>
</w:ftr>
</file>

<file path=word/footer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6D6472"/>
        <w:sz w:val="16"/>
      </w:rPr>
      <w:t xml:space="preserve">ULTIMATE DATABOOK  ·  </w:t>
    </w:r>
    <w:r>
      <w:fldChar w:fldCharType="begin"/>
      <w:instrText xml:space="preserve"> PAGE </w:instrText>
      <w:fldChar w:fldCharType="end"/>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6D6472"/>
        <w:sz w:val="16"/>
      </w:rPr>
      <w:t xml:space="preserve">ULTIMATE DATABOOK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10" w:space="5" w:color="78D6B6"/>
      </w:pBdr>
    </w:pPr>
    <w:r>
      <w:rPr>
        <w:rFonts w:ascii="Calibri" w:hAnsi="Calibri"/>
        <w:b/>
        <w:color w:val="6D6472"/>
        <w:sz w:val="16"/>
      </w:rPr>
      <w:t>LADY LUCK CONTINUITY  ·  RAWIBARI FAMILY ARCHIVE</w:t>
    </w:r>
  </w:p>
</w:hdr>
</file>

<file path=word/header10.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10" w:space="5" w:color="78D6B6"/>
      </w:pBdr>
    </w:pPr>
    <w:r>
      <w:rPr>
        <w:rFonts w:ascii="Calibri" w:hAnsi="Calibri"/>
        <w:b/>
        <w:color w:val="6D6472"/>
        <w:sz w:val="16"/>
      </w:rPr>
      <w:t>LADY LUCK CONTINUITY  ·  RAWIBARI FAMILY ARCHIVE</w:t>
    </w:r>
  </w:p>
</w:hdr>
</file>

<file path=word/header1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10" w:space="5" w:color="78D6B6"/>
      </w:pBdr>
    </w:pPr>
    <w:r>
      <w:rPr>
        <w:rFonts w:ascii="Calibri" w:hAnsi="Calibri"/>
        <w:b/>
        <w:color w:val="6D6472"/>
        <w:sz w:val="16"/>
      </w:rPr>
      <w:t>LADY LUCK CONTINUITY  ·  RAWIBARI FAMILY ARCHIVE</w:t>
    </w:r>
  </w:p>
</w:hdr>
</file>

<file path=word/header1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10" w:space="5" w:color="78D6B6"/>
      </w:pBdr>
    </w:pPr>
    <w:r>
      <w:rPr>
        <w:rFonts w:ascii="Calibri" w:hAnsi="Calibri"/>
        <w:b/>
        <w:color w:val="6D6472"/>
        <w:sz w:val="16"/>
      </w:rPr>
      <w:t>LADY LUCK CONTINUITY  ·  RAWIBARI FAMILY ARCHIVE</w:t>
    </w:r>
  </w:p>
</w:hdr>
</file>

<file path=word/header1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10" w:space="5" w:color="78D6B6"/>
      </w:pBdr>
    </w:pPr>
    <w:r>
      <w:rPr>
        <w:rFonts w:ascii="Calibri" w:hAnsi="Calibri"/>
        <w:b/>
        <w:color w:val="6D6472"/>
        <w:sz w:val="16"/>
      </w:rPr>
      <w:t>LADY LUCK CONTINUITY  ·  RAWIBARI FAMILY ARCHIVE</w:t>
    </w:r>
  </w:p>
</w:hdr>
</file>

<file path=word/header1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10" w:space="5" w:color="78D6B6"/>
      </w:pBdr>
    </w:pPr>
    <w:r>
      <w:rPr>
        <w:rFonts w:ascii="Calibri" w:hAnsi="Calibri"/>
        <w:b/>
        <w:color w:val="6D6472"/>
        <w:sz w:val="16"/>
      </w:rPr>
      <w:t>LADY LUCK CONTINUITY  ·  RAWIBARI FAMILY ARCHIVE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10" w:space="5" w:color="78D6B6"/>
      </w:pBdr>
    </w:pPr>
    <w:r>
      <w:rPr>
        <w:rFonts w:ascii="Calibri" w:hAnsi="Calibri"/>
        <w:b/>
        <w:color w:val="6D6472"/>
        <w:sz w:val="16"/>
      </w:rPr>
      <w:t>LADY LUCK CONTINUITY  ·  RAWIBARI FAMILY ARCHIVE</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10" w:space="5" w:color="78D6B6"/>
      </w:pBdr>
    </w:pPr>
    <w:r>
      <w:rPr>
        <w:rFonts w:ascii="Calibri" w:hAnsi="Calibri"/>
        <w:b/>
        <w:color w:val="6D6472"/>
        <w:sz w:val="16"/>
      </w:rPr>
      <w:t>LADY LUCK CONTINUITY  ·  RAWIBARI FAMILY ARCHIVE</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10" w:space="5" w:color="78D6B6"/>
      </w:pBdr>
    </w:pPr>
    <w:r>
      <w:rPr>
        <w:rFonts w:ascii="Calibri" w:hAnsi="Calibri"/>
        <w:b/>
        <w:color w:val="6D6472"/>
        <w:sz w:val="16"/>
      </w:rPr>
      <w:t>LADY LUCK CONTINUITY  ·  RAWIBARI FAMILY ARCHIVE</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10" w:space="5" w:color="78D6B6"/>
      </w:pBdr>
    </w:pPr>
    <w:r>
      <w:rPr>
        <w:rFonts w:ascii="Calibri" w:hAnsi="Calibri"/>
        <w:b/>
        <w:color w:val="6D6472"/>
        <w:sz w:val="16"/>
      </w:rPr>
      <w:t>LADY LUCK CONTINUITY  ·  RAWIBARI FAMILY ARCHIVE</w:t>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10" w:space="5" w:color="78D6B6"/>
      </w:pBdr>
    </w:pPr>
    <w:r>
      <w:rPr>
        <w:rFonts w:ascii="Calibri" w:hAnsi="Calibri"/>
        <w:b/>
        <w:color w:val="6D6472"/>
        <w:sz w:val="16"/>
      </w:rPr>
      <w:t>LADY LUCK CONTINUITY  ·  RAWIBARI FAMILY ARCHIVE</w:t>
    </w:r>
  </w:p>
</w:hdr>
</file>

<file path=word/header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10" w:space="5" w:color="78D6B6"/>
      </w:pBdr>
    </w:pPr>
    <w:r>
      <w:rPr>
        <w:rFonts w:ascii="Calibri" w:hAnsi="Calibri"/>
        <w:b/>
        <w:color w:val="6D6472"/>
        <w:sz w:val="16"/>
      </w:rPr>
      <w:t>LADY LUCK CONTINUITY  ·  RAWIBARI FAMILY ARCHIVE</w:t>
    </w:r>
  </w:p>
</w:hdr>
</file>

<file path=word/header8.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10" w:space="5" w:color="78D6B6"/>
      </w:pBdr>
    </w:pPr>
    <w:r>
      <w:rPr>
        <w:rFonts w:ascii="Calibri" w:hAnsi="Calibri"/>
        <w:b/>
        <w:color w:val="6D6472"/>
        <w:sz w:val="16"/>
      </w:rPr>
      <w:t>LADY LUCK CONTINUITY  ·  RAWIBARI FAMILY ARCHIVE</w:t>
    </w:r>
  </w:p>
</w:hdr>
</file>

<file path=word/header9.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10" w:space="5" w:color="78D6B6"/>
      </w:pBdr>
    </w:pPr>
    <w:r>
      <w:rPr>
        <w:rFonts w:ascii="Calibri" w:hAnsi="Calibri"/>
        <w:b/>
        <w:color w:val="6D6472"/>
        <w:sz w:val="16"/>
      </w:rPr>
      <w:t>LADY LUCK CONTINUITY  ·  RAWIBARI FAMILY ARCHIVE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83" w:lineRule="auto"/>
    </w:pPr>
    <w:rPr>
      <w:rFonts w:ascii="Calibri" w:hAnsi="Calibri"/>
      <w:color w:val="1C17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5B2C83"/>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5B2C83"/>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E7D69"/>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ascii="Calibri" w:hAnsi="Calibri"/>
      <w:b/>
      <w:color w:val="341447"/>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pPr>
    <w:rPr>
      <w:rFonts w:asciiTheme="majorHAnsi" w:eastAsiaTheme="majorEastAsia" w:hAnsiTheme="majorHAnsi" w:cstheme="majorBidi" w:ascii="Calibri" w:hAnsi="Calibri"/>
      <w:i/>
      <w:iCs/>
      <w:color w:val="6D6472"/>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160" w:after="160"/>
      <w:ind w:left="461" w:right="259"/>
    </w:pPr>
    <w:rPr>
      <w:rFonts w:ascii="Calibri" w:hAnsi="Calibri"/>
      <w:i/>
      <w:iCs/>
      <w:color w:val="341447"/>
      <w:sz w:val="22"/>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160" w:after="160"/>
      <w:ind w:left="461" w:right="259"/>
    </w:pPr>
    <w:rPr>
      <w:rFonts w:ascii="Calibri" w:hAnsi="Calibri"/>
      <w:b/>
      <w:bCs/>
      <w:i/>
      <w:iCs/>
      <w:color w:val="341447"/>
      <w:sz w:val="22"/>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oter" Target="footer4.xml"/><Relationship Id="rId17" Type="http://schemas.openxmlformats.org/officeDocument/2006/relationships/header" Target="header5.xml"/><Relationship Id="rId18" Type="http://schemas.openxmlformats.org/officeDocument/2006/relationships/footer" Target="footer5.xml"/><Relationship Id="rId19" Type="http://schemas.openxmlformats.org/officeDocument/2006/relationships/header" Target="header6.xml"/><Relationship Id="rId20" Type="http://schemas.openxmlformats.org/officeDocument/2006/relationships/footer" Target="footer6.xml"/><Relationship Id="rId21" Type="http://schemas.openxmlformats.org/officeDocument/2006/relationships/header" Target="header7.xml"/><Relationship Id="rId22" Type="http://schemas.openxmlformats.org/officeDocument/2006/relationships/footer" Target="footer7.xml"/><Relationship Id="rId23" Type="http://schemas.openxmlformats.org/officeDocument/2006/relationships/header" Target="header8.xml"/><Relationship Id="rId24" Type="http://schemas.openxmlformats.org/officeDocument/2006/relationships/footer" Target="footer8.xml"/><Relationship Id="rId25" Type="http://schemas.openxmlformats.org/officeDocument/2006/relationships/header" Target="header9.xml"/><Relationship Id="rId26" Type="http://schemas.openxmlformats.org/officeDocument/2006/relationships/footer" Target="footer9.xml"/><Relationship Id="rId27" Type="http://schemas.openxmlformats.org/officeDocument/2006/relationships/header" Target="header10.xml"/><Relationship Id="rId28" Type="http://schemas.openxmlformats.org/officeDocument/2006/relationships/footer" Target="footer10.xml"/><Relationship Id="rId29" Type="http://schemas.openxmlformats.org/officeDocument/2006/relationships/header" Target="header11.xml"/><Relationship Id="rId30" Type="http://schemas.openxmlformats.org/officeDocument/2006/relationships/footer" Target="footer11.xml"/><Relationship Id="rId31" Type="http://schemas.openxmlformats.org/officeDocument/2006/relationships/header" Target="header12.xml"/><Relationship Id="rId32" Type="http://schemas.openxmlformats.org/officeDocument/2006/relationships/footer" Target="footer12.xml"/><Relationship Id="rId33" Type="http://schemas.openxmlformats.org/officeDocument/2006/relationships/header" Target="header13.xml"/><Relationship Id="rId34" Type="http://schemas.openxmlformats.org/officeDocument/2006/relationships/footer" Target="footer13.xml"/><Relationship Id="rId35" Type="http://schemas.openxmlformats.org/officeDocument/2006/relationships/header" Target="header14.xml"/><Relationship Id="rId36"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House That Luck Refused to Lose — Ultimate Lady Luck Databook</dc:title>
  <dc:subject>Complete Lady Luck continuity databook for the Rawibari family</dc:subject>
  <dc:creator>Rawibari Family Archive</dc:creator>
  <cp:keywords>Lady Luck, Darius, Kumoko, Lucius, Elara, Suki, Theo, Venus, Rawibari</cp:keywords>
  <dc:description>generated by python-docx</dc:description>
  <cp:lastModifiedBy/>
  <cp:revision>1</cp:revision>
  <dcterms:created xsi:type="dcterms:W3CDTF">2013-12-23T23:15:00Z</dcterms:created>
  <dcterms:modified xsi:type="dcterms:W3CDTF">2013-12-23T23:15:00Z</dcterms:modified>
  <cp:category/>
</cp:coreProperties>
</file>